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erif" w:hAnsi="Noto Serif" w:eastAsia="Noto Serif CJK SC" w:cs="Noto Serif"/>
          <w:color w:val="000000"/>
          <w:lang w:val="vi-VN" w:eastAsia="zh-CN" w:bidi="vi-VN"/>
        </w:rPr>
        <w:t>Phụ biểu tham khảo: Kỳ kiêng giữ thân và các điều thiên kỵ, địa kỵ, nhân kỵ</w:t>
      </w:r>
    </w:p>
    <w:p>
      <w:pPr>
        <w:pStyle w:val="BookContentsHeading"/>
        <w:pageBreakBefore/>
      </w:pPr>
      <w:r>
        <w:rPr>
          <w:rFonts w:ascii="Noto Serif" w:hAnsi="Noto Serif" w:eastAsia="Noto Serif CJK SC" w:cs="Noto Serif"/>
          <w:color w:val="000000"/>
          <w:lang w:val="vi-VN" w:eastAsia="zh-CN" w:bidi="vi-VN"/>
        </w:rPr>
        <w:t>Mục lục</w:t>
      </w:r>
      <w:bookmarkStart w:id="1" w:name="b083efcbe7e386222e9da557352ad25"/>
      <w:bookmarkEnd w:id="1"/>
      <w:r>
        <w:fldChar w:fldCharType="begin"/>
      </w:r>
      <w:r>
        <w:instrText xml:space="preserve"> TOC \o "1-2" \h \z </w:instrText>
      </w:r>
      <w:r>
        <w:fldChar w:fldCharType="separate"/>
      </w:r>
    </w:p>
    <w:p>
      <w:pPr>
        <w:pStyle w:val="TOC2"/>
        <w:tabs>
          <w:tab w:pos="5799" w:val="right" w:leader="dot"/>
        </w:tabs>
        <w:ind w:right="560"/>
      </w:pPr>
      <w:hyperlink w:anchor="b187ca9afc9999c89072809f046949c" w:history="1">
        <w:r>
          <w:rPr>
            <w:rFonts w:ascii="Noto Serif" w:hAnsi="Noto Serif" w:eastAsia="Noto Serif CJK SC" w:cs="Noto Serif"/>
            <w:color w:val="000000"/>
            <w:lang w:val="vi-VN" w:eastAsia="zh-CN" w:bidi="vi-VN"/>
          </w:rPr>
          <w:t>Nguồn và cách đọc</w:t>
        </w:r>
      </w:hyperlink>
      <w:r>
        <w:tab/>
      </w:r>
      <w:r>
        <w:fldChar w:fldCharType="begin"/>
      </w:r>
      <w:r>
        <w:instrText xml:space="preserve"> PAGEREF b187ca9afc9999c89072809f046949c \h </w:instrText>
      </w:r>
      <w:r>
        <w:fldChar w:fldCharType="separate"/>
      </w:r>
      <w:r>
        <w:rPr>
          <w:rFonts w:ascii="Noto Serif" w:hAnsi="Noto Serif" w:eastAsia="Noto Serif CJK SC" w:cs="Noto Serif"/>
          <w:color w:val="000000"/>
          <w:sz w:val="20"/>
          <w:szCs w:val="20"/>
          <w:lang w:val="vi-VN" w:eastAsia="zh-CN" w:bidi="vi-VN"/>
          <w:rStyle w:val="GeneratedPageReference"/>
        </w:rPr>
        <w:t>4</w:t>
      </w:r>
      <w:r>
        <w:fldChar w:fldCharType="end"/>
      </w:r>
    </w:p>
    <w:p>
      <w:pPr>
        <w:pStyle w:val="TOC2"/>
        <w:tabs>
          <w:tab w:pos="5799" w:val="right" w:leader="dot"/>
        </w:tabs>
        <w:ind w:right="560"/>
      </w:pPr>
      <w:hyperlink w:anchor="bd30b4d1ed5eafaac9ec248e28f8e12" w:history="1">
        <w:r>
          <w:rPr>
            <w:rFonts w:ascii="Noto Serif" w:hAnsi="Noto Serif" w:eastAsia="Noto Serif CJK SC" w:cs="Noto Serif"/>
            <w:color w:val="000000"/>
            <w:lang w:val="vi-VN" w:eastAsia="zh-CN" w:bidi="vi-VN"/>
          </w:rPr>
          <w:t>Các kỳ kiêng từng tháng</w:t>
        </w:r>
      </w:hyperlink>
      <w:r>
        <w:tab/>
      </w:r>
      <w:r>
        <w:fldChar w:fldCharType="begin"/>
      </w:r>
      <w:r>
        <w:instrText xml:space="preserve"> PAGEREF bd30b4d1ed5eafaac9ec248e28f8e12 \h </w:instrText>
      </w:r>
      <w:r>
        <w:fldChar w:fldCharType="separate"/>
      </w:r>
      <w:r>
        <w:rPr>
          <w:rFonts w:ascii="Noto Serif" w:hAnsi="Noto Serif" w:eastAsia="Noto Serif CJK SC" w:cs="Noto Serif"/>
          <w:color w:val="000000"/>
          <w:sz w:val="20"/>
          <w:szCs w:val="20"/>
          <w:lang w:val="vi-VN" w:eastAsia="zh-CN" w:bidi="vi-VN"/>
          <w:rStyle w:val="GeneratedPageReference"/>
        </w:rPr>
        <w:t>6</w:t>
      </w:r>
      <w:r>
        <w:fldChar w:fldCharType="end"/>
      </w:r>
    </w:p>
    <w:p>
      <w:pPr>
        <w:pStyle w:val="TOC2"/>
        <w:tabs>
          <w:tab w:pos="5799" w:val="right" w:leader="dot"/>
        </w:tabs>
        <w:ind w:right="560"/>
      </w:pPr>
      <w:hyperlink w:anchor="b761b22f38525e1a9b9442a3a1ea665" w:history="1">
        <w:r>
          <w:rPr>
            <w:rFonts w:ascii="Noto Serif" w:hAnsi="Noto Serif" w:eastAsia="Noto Serif CJK SC" w:cs="Noto Serif"/>
            <w:color w:val="000000"/>
            <w:lang w:val="vi-VN" w:eastAsia="zh-CN" w:bidi="vi-VN"/>
          </w:rPr>
          <w:t>Các điều phụ kỵ</w:t>
        </w:r>
      </w:hyperlink>
      <w:r>
        <w:tab/>
      </w:r>
      <w:r>
        <w:fldChar w:fldCharType="begin"/>
      </w:r>
      <w:r>
        <w:instrText xml:space="preserve"> PAGEREF b761b22f38525e1a9b9442a3a1ea665 \h </w:instrText>
      </w:r>
      <w:r>
        <w:fldChar w:fldCharType="separate"/>
      </w:r>
      <w:r>
        <w:rPr>
          <w:rFonts w:ascii="Noto Serif" w:hAnsi="Noto Serif" w:eastAsia="Noto Serif CJK SC" w:cs="Noto Serif"/>
          <w:color w:val="000000"/>
          <w:sz w:val="20"/>
          <w:szCs w:val="20"/>
          <w:lang w:val="vi-VN" w:eastAsia="zh-CN" w:bidi="vi-VN"/>
          <w:rStyle w:val="GeneratedPageReference"/>
        </w:rPr>
        <w:t>38</w:t>
      </w:r>
      <w:r>
        <w:fldChar w:fldCharType="end"/>
      </w:r>
    </w:p>
    <w:p>
      <w:pPr>
        <w:pStyle w:val="TOC2"/>
        <w:tabs>
          <w:tab w:pos="5799" w:val="right" w:leader="dot"/>
        </w:tabs>
        <w:ind w:right="560"/>
      </w:pPr>
      <w:hyperlink w:anchor="b114d7eee5f23e528683bef1e22a756" w:history="1">
        <w:r>
          <w:rPr>
            <w:rFonts w:ascii="Noto Serif" w:hAnsi="Noto Serif" w:eastAsia="Noto Serif CJK SC" w:cs="Noto Serif"/>
            <w:color w:val="000000"/>
            <w:lang w:val="vi-VN" w:eastAsia="zh-CN" w:bidi="vi-VN"/>
          </w:rPr>
          <w:t>Ghi chú về những điểm chưa rõ trong nguồn</w:t>
        </w:r>
      </w:hyperlink>
      <w:r>
        <w:tab/>
      </w:r>
      <w:r>
        <w:fldChar w:fldCharType="begin"/>
      </w:r>
      <w:r>
        <w:instrText xml:space="preserve"> PAGEREF b114d7eee5f23e528683bef1e22a756 \h </w:instrText>
      </w:r>
      <w:r>
        <w:fldChar w:fldCharType="separate"/>
      </w:r>
      <w:r>
        <w:rPr>
          <w:rFonts w:ascii="Noto Serif" w:hAnsi="Noto Serif" w:eastAsia="Noto Serif CJK SC" w:cs="Noto Serif"/>
          <w:color w:val="000000"/>
          <w:sz w:val="20"/>
          <w:szCs w:val="20"/>
          <w:lang w:val="vi-VN" w:eastAsia="zh-CN" w:bidi="vi-VN"/>
          <w:rStyle w:val="GeneratedPageReference"/>
        </w:rPr>
        <w:t>49</w:t>
      </w:r>
      <w:r>
        <w:fldChar w:fldCharType="end"/>
      </w:r>
      <w:r>
        <w:fldChar w:fldCharType="end"/>
      </w:r>
    </w:p>
    <w:p>
      <w:pPr>
        <w:pStyle w:val="BookSourceTitle"/>
        <w:pageBreakBefore/>
      </w:pPr>
      <w:bookmarkStart w:id="3" w:name="b23f8df563fd57bff57f58b676a662a"/>
      <w:bookmarkStart w:id="2" w:name="b842b0b60d783a46500ca2ee9ae2fa8"/>
      <w:bookmarkEnd w:id="2"/>
      <w:r>
        <w:rPr>
          <w:rFonts w:ascii="Noto Serif" w:hAnsi="Noto Serif" w:eastAsia="Noto Serif CJK SC" w:cs="Noto Serif"/>
          <w:color w:val="000000"/>
          <w:lang w:val="vi-VN" w:eastAsia="zh-CN" w:bidi="vi-VN"/>
        </w:rPr>
        <w:t>Phụ biểu tham khảo: Kỳ kiêng giữ thân và các điều thiên kỵ, địa kỵ, nhân kỵ</w:t>
      </w:r>
      <w:bookmarkEnd w:id="3"/>
    </w:p>
    <w:p>
      <w:pPr>
        <w:pStyle w:val="BookFirst"/>
      </w:pPr>
      <w:bookmarkStart w:id="4" w:name="b28c96210da14512e96aebdece53308"/>
      <w:r>
        <w:rPr>
          <w:rFonts w:ascii="Noto Serif" w:hAnsi="Noto Serif" w:eastAsia="Noto Serif CJK SC" w:cs="Noto Serif"/>
          <w:color w:val="000000"/>
          <w:lang w:val="vi-VN" w:eastAsia="zh-CN" w:bidi="vi-VN"/>
        </w:rPr>
        <w:t>Bản dịch bổ sung từ nguồn tham khảo bên ngoài, đã được tác nhân AI đối chiếu độc lập ngày 21 tháng 10 năm 2026. Những điểm chưa rõ trong nguồn vẫn được ghi chú; đây không phải xác nhận của biên tập viên bản ngữ là con người và không thay đổi nguyên bản.</w:t>
      </w:r>
      <w:bookmarkEnd w:id="4"/>
    </w:p>
    <w:p>
      <w:pPr>
        <w:pStyle w:val="Heading2"/>
        <w:pageBreakBefore/>
      </w:pPr>
      <w:bookmarkStart w:id="6" w:name="b187ca9afc9999c89072809f046949c"/>
      <w:bookmarkStart w:id="5" w:name="b0d089ac3526caf5fe612966b6d91af"/>
      <w:bookmarkEnd w:id="5"/>
      <w:r>
        <w:rPr>
          <w:rFonts w:ascii="Noto Serif" w:hAnsi="Noto Serif" w:eastAsia="Noto Serif CJK SC" w:cs="Noto Serif"/>
          <w:color w:val="000000"/>
          <w:lang w:val="vi-VN" w:eastAsia="zh-CN" w:bidi="vi-VN"/>
        </w:rPr>
        <w:t>Nguồn và cách đọc</w:t>
      </w:r>
      <w:bookmarkEnd w:id="6"/>
    </w:p>
    <w:p>
      <w:pPr>
        <w:pStyle w:val="BookFirst"/>
      </w:pPr>
      <w:bookmarkStart w:id="7" w:name="b843a30b13ff80f7947bf44cdbc4a6a"/>
      <w:r>
        <w:rPr>
          <w:rFonts w:ascii="Noto Serif" w:hAnsi="Noto Serif" w:eastAsia="Noto Serif CJK SC" w:cs="Noto Serif"/>
          <w:color w:val="000000"/>
          <w:lang w:val="vi-VN" w:eastAsia="zh-CN" w:bidi="vi-VN"/>
        </w:rPr>
        <w:t>Bản TXT của Âm luật vô tình chỉ dẫn tên bảng ở dòng nguồn 1803 và báo rằng không thể trình bày bảng trong tệp TXT. Phụ biểu này lấy từ bản bạch thoại Thọ Khang Bảo Giám do Ấn Quang biên đính, đệ tử Tam Bảo dịch, trang Giới Tà Dâm hiệu chỉnh; bản in ghi Tô Châu Hoằng Hóa Xã và Hội Nghiên cứu Văn hóa Thọ Khang thành phố Thương Khâu cùng ấn tặng. Dùng các trang PDF 168–184 (trang in 165–181). Chưa xác định năm in, và không khẳng định đây là đúng ấn bản đã được bản TXT dẫn đến.</w:t>
      </w:r>
      <w:bookmarkEnd w:id="7"/>
    </w:p>
    <w:p>
      <w:pPr/>
      <w:bookmarkStart w:id="8" w:name="bec60085ddae4590b81ca1166d37769"/>
      <w:r>
        <w:rPr>
          <w:rFonts w:ascii="Noto Serif" w:hAnsi="Noto Serif" w:eastAsia="Noto Serif CJK SC" w:cs="Noto Serif"/>
          <w:color w:val="000000"/>
          <w:lang w:val="vi-VN" w:eastAsia="zh-CN" w:bidi="vi-VN"/>
        </w:rPr>
        <w:t>Các lời khuyên, quả báo, quan niệm y học và khẳng định về sinh sản dưới đây thuộc nguồn tôn giáo lịch sử, không phải lời tư vấn sức khỏe hiện đại hay sự xác nhận của người dịch. Trong bảng, “kiêng” là kiêng giao hợp; “phạm” là vi phạm điều kiêng ấy. Kỷ và toán là đơn vị giảm thọ theo nguồn, không phải đơn vị y học: một kỷ mười hai năm, một toán một trăm ngày.</w:t>
      </w:r>
      <w:bookmarkEnd w:id="8"/>
    </w:p>
    <w:p>
      <w:pPr/>
      <w:bookmarkStart w:id="9" w:name="bfd7bb31007ba4f09c61498a097f738"/>
      <w:r>
        <w:rPr>
          <w:rFonts w:ascii="Noto Serif" w:hAnsi="Noto Serif" w:eastAsia="Noto Serif CJK SC" w:cs="Noto Serif"/>
          <w:color w:val="000000"/>
          <w:lang w:val="vi-VN" w:eastAsia="zh-CN" w:bidi="vi-VN"/>
        </w:rPr>
        <w:t>Tháng, ngày đều theo âm lịch và hệ can chi của nguồn, không quy đổi sang dương lịch. Mỗi hàng giữ chung các việc và cột quả báo trong cùng một ngày, theo thứ tự nguồn; không tự ghép từng việc với từng quả báo. Dấu “—” chỉ ô nguồn không ghi riêng, không có nghĩa là không có quả báo. Các ô gộp được chú rõ trong phần phụ kỵ. Những lời chú chiếm trọn hàng vẫn là lời chú chung cho hàng ấy; dấu gạch ở các ô còn lại không tách chúng thành một mục có quả báo trống.</w:t>
      </w:r>
      <w:bookmarkEnd w:id="9"/>
    </w:p>
    <w:p>
      <w:pPr>
        <w:pStyle w:val="Heading2"/>
        <w:pageBreakBefore/>
      </w:pPr>
      <w:bookmarkStart w:id="11" w:name="bd30b4d1ed5eafaac9ec248e28f8e12"/>
      <w:bookmarkStart w:id="10" w:name="b7f8b66a5769c7222bcf91247b26f1a"/>
      <w:bookmarkEnd w:id="10"/>
      <w:r>
        <w:rPr>
          <w:rFonts w:ascii="Noto Serif" w:hAnsi="Noto Serif" w:eastAsia="Noto Serif CJK SC" w:cs="Noto Serif"/>
          <w:color w:val="000000"/>
          <w:lang w:val="vi-VN" w:eastAsia="zh-CN" w:bidi="vi-VN"/>
        </w:rPr>
        <w:t>Các kỳ kiêng từng tháng</w:t>
      </w:r>
      <w:bookmarkEnd w:id="11"/>
    </w:p>
    <w:p>
      <w:pPr>
        <w:pStyle w:val="Heading3"/>
        <w:pageBreakBefore w:val="0"/>
      </w:pPr>
      <w:bookmarkStart w:id="13" w:name="b5918a215cd46097313e64fa4009f1f"/>
      <w:bookmarkStart w:id="12" w:name="b9dd889362eedaa6b6f8c6626cd31d7"/>
      <w:bookmarkEnd w:id="12"/>
      <w:r>
        <w:rPr>
          <w:rFonts w:ascii="Noto Serif" w:hAnsi="Noto Serif" w:eastAsia="Noto Serif CJK SC" w:cs="Noto Serif"/>
          <w:color w:val="000000"/>
          <w:lang w:val="vi-VN" w:eastAsia="zh-CN" w:bidi="vi-VN"/>
        </w:rPr>
        <w:t>Tháng 1</w:t>
      </w:r>
      <w:bookmarkEnd w:id="13"/>
    </w:p>
    <w:tbl>
      <w:tblPr>
        <w:tblW w:type="dxa" w:w="583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34"/>
        <w:gridCol w:w="2686"/>
        <w:gridCol w:w="2219"/>
      </w:tblGrid>
      <w:tr>
        <w:trPr>
          <w:cantSplit/>
          <w:tblHeader/>
        </w:trPr>
        <w:tc>
          <w:tcPr>
            <w:tcW w:type="dxa" w:w="934"/>
            <w:vAlign w:val="center"/>
            <w:shd w:fill="EEEEEE" w:val="clear"/>
          </w:tcPr>
          <w:p>
            <w:pPr>
              <w:pStyle w:val="BookTable"/>
            </w:pPr>
            <w:bookmarkStart w:id="14" w:name="b7fb289570838a014e1bd457f326878"/>
            <w:r>
              <w:rPr>
                <w:rFonts w:ascii="Noto Serif" w:hAnsi="Noto Serif" w:eastAsia="Noto Serif CJK SC" w:cs="Noto Serif"/>
                <w:color w:val="000000"/>
                <w:b w:val="1"/>
                <w:bCs w:val="1"/>
                <w:lang w:val="vi-VN" w:eastAsia="zh-CN" w:bidi="vi-VN"/>
              </w:rPr>
              <w:t>Ngày</w:t>
            </w:r>
          </w:p>
        </w:tc>
        <w:tc>
          <w:tcPr>
            <w:tcW w:type="dxa" w:w="2686"/>
            <w:vAlign w:val="center"/>
            <w:shd w:fill="EEEEEE" w:val="clear"/>
          </w:tcPr>
          <w:p>
            <w:pPr>
              <w:pStyle w:val="BookTable"/>
            </w:pPr>
            <w:r>
              <w:rPr>
                <w:rFonts w:ascii="Noto Serif" w:hAnsi="Noto Serif" w:eastAsia="Noto Serif CJK SC" w:cs="Noto Serif"/>
                <w:color w:val="000000"/>
                <w:b w:val="1"/>
                <w:bCs w:val="1"/>
                <w:lang w:val="vi-VN" w:eastAsia="zh-CN" w:bidi="vi-VN"/>
              </w:rPr>
              <w:t>Việc được nguồn nêu làm lý do kiêng</w:t>
            </w:r>
          </w:p>
        </w:tc>
        <w:tc>
          <w:tcPr>
            <w:tcW w:type="dxa" w:w="2219"/>
            <w:vAlign w:val="center"/>
            <w:shd w:fill="EEEEEE" w:val="clear"/>
          </w:tcPr>
          <w:p>
            <w:pPr>
              <w:pStyle w:val="BookTable"/>
            </w:pPr>
            <w:r>
              <w:rPr>
                <w:rFonts w:ascii="Noto Serif" w:hAnsi="Noto Serif" w:eastAsia="Noto Serif CJK SC" w:cs="Noto Serif"/>
                <w:color w:val="000000"/>
                <w:b w:val="1"/>
                <w:bCs w:val="1"/>
                <w:lang w:val="vi-VN" w:eastAsia="zh-CN" w:bidi="vi-VN"/>
              </w:rPr>
              <w:t>Cột quả báo trong nguồn</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w:t>
            </w:r>
          </w:p>
        </w:tc>
        <w:tc>
          <w:tcPr>
            <w:tcW w:type="dxa" w:w="2686"/>
            <w:vAlign w:val="center"/>
          </w:tcPr>
          <w:p>
            <w:pPr>
              <w:pStyle w:val="BookTable"/>
            </w:pPr>
            <w:r>
              <w:rPr>
                <w:rFonts w:ascii="Noto Serif" w:hAnsi="Noto Serif" w:eastAsia="Noto Serif CJK SC" w:cs="Noto Serif"/>
                <w:color w:val="000000"/>
                <w:lang w:val="vi-VN" w:eastAsia="zh-CN" w:bidi="vi-VN"/>
              </w:rPr>
              <w:t>Lễ Thiên lạp</w:t>
            </w:r>
            <w:r>
              <w:br/>
            </w:r>
            <w:r>
              <w:rPr>
                <w:rFonts w:ascii="Noto Serif" w:hAnsi="Noto Serif" w:eastAsia="Noto Serif CJK SC" w:cs="Noto Serif"/>
                <w:color w:val="000000"/>
                <w:lang w:val="vi-VN" w:eastAsia="zh-CN" w:bidi="vi-VN"/>
              </w:rPr>
              <w:t>Ngọc Đế xét thần khí, phúc lộc và thọ mệnh của người đời</w:t>
            </w:r>
            <w:r>
              <w:br/>
            </w:r>
            <w:r>
              <w:rPr>
                <w:rFonts w:ascii="Noto Serif" w:hAnsi="Noto Serif" w:eastAsia="Noto Serif CJK SC" w:cs="Noto Serif"/>
                <w:color w:val="000000"/>
                <w:lang w:val="vi-VN" w:eastAsia="zh-CN" w:bidi="vi-VN"/>
              </w:rPr>
              <w:t>Ngày sóc (đầu tháng)</w:t>
            </w:r>
          </w:p>
        </w:tc>
        <w:tc>
          <w:tcPr>
            <w:tcW w:type="dxa" w:w="2219"/>
            <w:vAlign w:val="center"/>
          </w:tcPr>
          <w:p>
            <w:pPr>
              <w:pStyle w:val="BookTable"/>
            </w:pPr>
            <w:r>
              <w:rPr>
                <w:rFonts w:ascii="Noto Serif" w:hAnsi="Noto Serif" w:eastAsia="Noto Serif CJK SC" w:cs="Noto Serif"/>
                <w:color w:val="000000"/>
                <w:lang w:val="vi-VN" w:eastAsia="zh-CN" w:bidi="vi-VN"/>
              </w:rPr>
              <w:t>Bị giảm phúc lộc, trừ kỷ (một kỷ là mười hai năm, một toán là một trăm ngày; trừ kỷ hay trừ toán đều là giảm tuổi thọ)</w:t>
            </w:r>
            <w:r>
              <w:br/>
            </w: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w:t>
            </w:r>
          </w:p>
        </w:tc>
        <w:tc>
          <w:tcPr>
            <w:tcW w:type="dxa" w:w="2686"/>
            <w:vAlign w:val="center"/>
          </w:tcPr>
          <w:p>
            <w:pPr>
              <w:pStyle w:val="BookTable"/>
            </w:pPr>
            <w:r>
              <w:rPr>
                <w:rFonts w:ascii="Noto Serif" w:hAnsi="Noto Serif" w:eastAsia="Noto Serif CJK SC" w:cs="Noto Serif"/>
                <w:color w:val="000000"/>
                <w:lang w:val="vi-VN" w:eastAsia="zh-CN" w:bidi="vi-VN"/>
              </w:rPr>
              <w:t>Muôn thần hội họp</w:t>
            </w:r>
            <w:r>
              <w:br/>
            </w:r>
            <w:r>
              <w:rPr>
                <w:rFonts w:ascii="Noto Serif" w:hAnsi="Noto Serif" w:eastAsia="Noto Serif CJK SC" w:cs="Noto Serif"/>
                <w:color w:val="000000"/>
                <w:lang w:val="vi-VN" w:eastAsia="zh-CN" w:bidi="vi-VN"/>
              </w:rPr>
              <w:t>Thần Đẩu giáng xuống</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5</w:t>
            </w:r>
          </w:p>
        </w:tc>
        <w:tc>
          <w:tcPr>
            <w:tcW w:type="dxa" w:w="2686"/>
            <w:vAlign w:val="center"/>
          </w:tcPr>
          <w:p>
            <w:pPr>
              <w:pStyle w:val="BookTable"/>
            </w:pPr>
            <w:r>
              <w:rPr>
                <w:rFonts w:ascii="Noto Serif" w:hAnsi="Noto Serif" w:eastAsia="Noto Serif CJK SC" w:cs="Noto Serif"/>
                <w:color w:val="000000"/>
                <w:lang w:val="vi-VN" w:eastAsia="zh-CN" w:bidi="vi-VN"/>
              </w:rPr>
              <w:t>Ngày kỵ ngũ hư (theo cách gọi của y học cổ truyền trong nguồn: mạch nhỏ, da lạnh, đại tiểu tiện mất kiểm soát, không ăn uống được và chân khí không đủ)</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6</w:t>
            </w:r>
          </w:p>
        </w:tc>
        <w:tc>
          <w:tcPr>
            <w:tcW w:type="dxa" w:w="2686"/>
            <w:vAlign w:val="center"/>
          </w:tcPr>
          <w:p>
            <w:pPr>
              <w:pStyle w:val="BookTable"/>
            </w:pPr>
            <w:r>
              <w:rPr>
                <w:rFonts w:ascii="Noto Serif" w:hAnsi="Noto Serif" w:eastAsia="Noto Serif CJK SC" w:cs="Noto Serif"/>
                <w:color w:val="000000"/>
                <w:lang w:val="vi-VN" w:eastAsia="zh-CN" w:bidi="vi-VN"/>
              </w:rPr>
              <w:t>Ngày kỵ lục hao (sáu thứ bệnh do âm, dương, tối, sáng, gió và mưa gây ra theo nguồn)</w:t>
            </w:r>
            <w:r>
              <w:br/>
            </w:r>
            <w:r>
              <w:rPr>
                <w:rFonts w:ascii="Noto Serif" w:hAnsi="Noto Serif" w:eastAsia="Noto Serif CJK SC" w:cs="Noto Serif"/>
                <w:color w:val="000000"/>
                <w:lang w:val="vi-VN" w:eastAsia="zh-CN" w:bidi="vi-VN"/>
              </w:rPr>
              <w:t>Ngày trai giới kính thần Sấm</w:t>
            </w:r>
            <w:r>
              <w:br/>
            </w:r>
            <w:r>
              <w:rPr>
                <w:rFonts w:ascii="Noto Serif" w:hAnsi="Noto Serif" w:eastAsia="Noto Serif CJK SC" w:cs="Noto Serif"/>
                <w:color w:val="000000"/>
                <w:lang w:val="vi-VN" w:eastAsia="zh-CN" w:bidi="vi-VN"/>
              </w:rPr>
              <w:t>(tháng nào cũng vậy)</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7</w:t>
            </w:r>
          </w:p>
        </w:tc>
        <w:tc>
          <w:tcPr>
            <w:tcW w:type="dxa" w:w="2686"/>
            <w:vAlign w:val="center"/>
          </w:tcPr>
          <w:p>
            <w:pPr>
              <w:pStyle w:val="BookTable"/>
            </w:pPr>
            <w:r>
              <w:rPr>
                <w:rFonts w:ascii="Noto Serif" w:hAnsi="Noto Serif" w:eastAsia="Noto Serif CJK SC" w:cs="Noto Serif"/>
                <w:color w:val="000000"/>
                <w:lang w:val="vi-VN" w:eastAsia="zh-CN" w:bidi="vi-VN"/>
              </w:rPr>
              <w:t>Ngày Thượng hội</w:t>
            </w:r>
          </w:p>
        </w:tc>
        <w:tc>
          <w:tcPr>
            <w:tcW w:type="dxa" w:w="2219"/>
            <w:vAlign w:val="center"/>
          </w:tcPr>
          <w:p>
            <w:pPr>
              <w:pStyle w:val="BookTable"/>
            </w:pPr>
            <w:r>
              <w:rPr>
                <w:rFonts w:ascii="Noto Serif" w:hAnsi="Noto Serif" w:eastAsia="Noto Serif CJK SC" w:cs="Noto Serif"/>
                <w:color w:val="000000"/>
                <w:lang w:val="vi-VN" w:eastAsia="zh-CN" w:bidi="vi-VN"/>
              </w:rPr>
              <w:t>Bị tổn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8</w:t>
            </w:r>
          </w:p>
        </w:tc>
        <w:tc>
          <w:tcPr>
            <w:tcW w:type="dxa" w:w="2686"/>
            <w:vAlign w:val="center"/>
          </w:tcPr>
          <w:p>
            <w:pPr>
              <w:pStyle w:val="BookTable"/>
            </w:pPr>
            <w:r>
              <w:rPr>
                <w:rFonts w:ascii="Noto Serif" w:hAnsi="Noto Serif" w:eastAsia="Noto Serif CJK SC" w:cs="Noto Serif"/>
                <w:color w:val="000000"/>
                <w:lang w:val="vi-VN" w:eastAsia="zh-CN" w:bidi="vi-VN"/>
              </w:rPr>
              <w:t>Ngày đản sinh Diêm La Thiên Tử, điện thứ năm</w:t>
            </w:r>
            <w:r>
              <w:br/>
            </w:r>
            <w:r>
              <w:rPr>
                <w:rFonts w:ascii="Noto Serif" w:hAnsi="Noto Serif" w:eastAsia="Noto Serif CJK SC" w:cs="Noto Serif"/>
                <w:color w:val="000000"/>
                <w:lang w:val="vi-VN" w:eastAsia="zh-CN" w:bidi="vi-VN"/>
              </w:rPr>
              <w:t>Tứ Thiên Vương tuần hành</w:t>
            </w:r>
            <w:r>
              <w:br/>
            </w:r>
            <w:r>
              <w:rPr>
                <w:rFonts w:ascii="Noto Serif" w:hAnsi="Noto Serif" w:eastAsia="Noto Serif CJK SC" w:cs="Noto Serif"/>
                <w:color w:val="000000"/>
                <w:lang w:val="vi-VN" w:eastAsia="zh-CN" w:bidi="vi-VN"/>
              </w:rPr>
              <w:t>(tháng nào cũng vậy)</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9</w:t>
            </w:r>
          </w:p>
        </w:tc>
        <w:tc>
          <w:tcPr>
            <w:tcW w:type="dxa" w:w="2686"/>
            <w:vAlign w:val="center"/>
          </w:tcPr>
          <w:p>
            <w:pPr>
              <w:pStyle w:val="BookTable"/>
            </w:pPr>
            <w:r>
              <w:rPr>
                <w:rFonts w:ascii="Noto Serif" w:hAnsi="Noto Serif" w:eastAsia="Noto Serif CJK SC" w:cs="Noto Serif"/>
                <w:color w:val="000000"/>
                <w:lang w:val="vi-VN" w:eastAsia="zh-CN" w:bidi="vi-VN"/>
              </w:rPr>
              <w:t>Ngày đản sinh Ngọc Hoàng Thượng Đế</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13</w:t>
            </w:r>
          </w:p>
        </w:tc>
        <w:tc>
          <w:tcPr>
            <w:tcW w:type="dxa" w:w="2686"/>
            <w:vAlign w:val="center"/>
          </w:tcPr>
          <w:p>
            <w:pPr>
              <w:pStyle w:val="BookTable"/>
            </w:pPr>
            <w:r>
              <w:rPr>
                <w:rFonts w:ascii="Noto Serif" w:hAnsi="Noto Serif" w:eastAsia="Noto Serif CJK SC" w:cs="Noto Serif"/>
                <w:color w:val="000000"/>
                <w:lang w:val="vi-VN" w:eastAsia="zh-CN" w:bidi="vi-VN"/>
              </w:rPr>
              <w:t>Ngày kỵ Dương Công</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14</w:t>
            </w:r>
          </w:p>
        </w:tc>
        <w:tc>
          <w:tcPr>
            <w:tcW w:type="dxa" w:w="2686"/>
            <w:vAlign w:val="center"/>
          </w:tcPr>
          <w:p>
            <w:pPr>
              <w:pStyle w:val="BookTable"/>
            </w:pPr>
            <w:r>
              <w:rPr>
                <w:rFonts w:ascii="Noto Serif" w:hAnsi="Noto Serif" w:eastAsia="Noto Serif CJK SC" w:cs="Noto Serif"/>
                <w:color w:val="000000"/>
                <w:lang w:val="vi-VN" w:eastAsia="zh-CN" w:bidi="vi-VN"/>
              </w:rPr>
              <w:t>Các thần Tam Nguyên giáng xuống</w:t>
            </w:r>
            <w:r>
              <w:br/>
            </w:r>
            <w:r>
              <w:rPr>
                <w:rFonts w:ascii="Noto Serif" w:hAnsi="Noto Serif" w:eastAsia="Noto Serif CJK SC" w:cs="Noto Serif"/>
                <w:color w:val="000000"/>
                <w:lang w:val="vi-VN" w:eastAsia="zh-CN" w:bidi="vi-VN"/>
              </w:rPr>
              <w:t>Tứ Thiên Vương tuần hành</w:t>
            </w:r>
            <w:r>
              <w:br/>
            </w:r>
            <w:r>
              <w:rPr>
                <w:rFonts w:ascii="Noto Serif" w:hAnsi="Noto Serif" w:eastAsia="Noto Serif CJK SC" w:cs="Noto Serif"/>
                <w:color w:val="000000"/>
                <w:lang w:val="vi-VN" w:eastAsia="zh-CN" w:bidi="vi-VN"/>
              </w:rPr>
              <w:t>(tháng nào cũng vậy)</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15</w:t>
            </w:r>
          </w:p>
        </w:tc>
        <w:tc>
          <w:tcPr>
            <w:tcW w:type="dxa" w:w="2686"/>
            <w:vAlign w:val="center"/>
          </w:tcPr>
          <w:p>
            <w:pPr>
              <w:pStyle w:val="BookTable"/>
            </w:pPr>
            <w:r>
              <w:rPr>
                <w:rFonts w:ascii="Noto Serif" w:hAnsi="Noto Serif" w:eastAsia="Noto Serif CJK SC" w:cs="Noto Serif"/>
                <w:color w:val="000000"/>
                <w:lang w:val="vi-VN" w:eastAsia="zh-CN" w:bidi="vi-VN"/>
              </w:rPr>
              <w:t>Các thần Tam Nguyên giáng xuống</w:t>
            </w:r>
            <w:r>
              <w:br/>
            </w:r>
            <w:r>
              <w:rPr>
                <w:rFonts w:ascii="Noto Serif" w:hAnsi="Noto Serif" w:eastAsia="Noto Serif CJK SC" w:cs="Noto Serif"/>
                <w:color w:val="000000"/>
                <w:lang w:val="vi-VN" w:eastAsia="zh-CN" w:bidi="vi-VN"/>
              </w:rPr>
              <w:t>Hội thần Thượng Nguyên</w:t>
            </w:r>
            <w:r>
              <w:br/>
            </w:r>
            <w:r>
              <w:rPr>
                <w:rFonts w:ascii="Noto Serif" w:hAnsi="Noto Serif" w:eastAsia="Noto Serif CJK SC" w:cs="Noto Serif"/>
                <w:color w:val="000000"/>
                <w:lang w:val="vi-VN" w:eastAsia="zh-CN" w:bidi="vi-VN"/>
              </w:rPr>
              <w:t>Ngày vọng (rằm)</w:t>
            </w:r>
            <w:r>
              <w:br/>
            </w:r>
            <w:r>
              <w:rPr>
                <w:rFonts w:ascii="Noto Serif" w:hAnsi="Noto Serif" w:eastAsia="Noto Serif CJK SC" w:cs="Noto Serif"/>
                <w:color w:val="000000"/>
                <w:lang w:val="vi-VN" w:eastAsia="zh-CN" w:bidi="vi-VN"/>
              </w:rPr>
              <w:t>(tháng nào cũng vậy)</w:t>
            </w:r>
            <w:r>
              <w:br/>
            </w:r>
            <w:r>
              <w:rPr>
                <w:rFonts w:ascii="Noto Serif" w:hAnsi="Noto Serif" w:eastAsia="Noto Serif CJK SC" w:cs="Noto Serif"/>
                <w:color w:val="000000"/>
                <w:lang w:val="vi-VN" w:eastAsia="zh-CN" w:bidi="vi-VN"/>
              </w:rPr>
              <w:t>Tứ Thiên Vương tuần hành</w:t>
            </w:r>
            <w:r>
              <w:br/>
            </w:r>
            <w:r>
              <w:rPr>
                <w:rFonts w:ascii="Noto Serif" w:hAnsi="Noto Serif" w:eastAsia="Noto Serif CJK SC" w:cs="Noto Serif"/>
                <w:color w:val="000000"/>
                <w:lang w:val="vi-VN" w:eastAsia="zh-CN" w:bidi="vi-VN"/>
              </w:rPr>
              <w:t>(tháng nào cũng vậy)</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r>
              <w:br/>
            </w:r>
            <w:r>
              <w:rPr>
                <w:rFonts w:ascii="Noto Serif" w:hAnsi="Noto Serif" w:eastAsia="Noto Serif CJK SC" w:cs="Noto Serif"/>
                <w:color w:val="000000"/>
                <w:lang w:val="vi-VN" w:eastAsia="zh-CN" w:bidi="vi-VN"/>
              </w:rPr>
              <w:t>Bị trừ kỷ</w:t>
            </w:r>
            <w:r>
              <w:br/>
            </w: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16</w:t>
            </w:r>
          </w:p>
        </w:tc>
        <w:tc>
          <w:tcPr>
            <w:tcW w:type="dxa" w:w="2686"/>
            <w:vAlign w:val="center"/>
          </w:tcPr>
          <w:p>
            <w:pPr>
              <w:pStyle w:val="BookTable"/>
            </w:pPr>
            <w:r>
              <w:rPr>
                <w:rFonts w:ascii="Noto Serif" w:hAnsi="Noto Serif" w:eastAsia="Noto Serif CJK SC" w:cs="Noto Serif"/>
                <w:color w:val="000000"/>
                <w:lang w:val="vi-VN" w:eastAsia="zh-CN" w:bidi="vi-VN"/>
              </w:rPr>
              <w:t>Các thần Tam Nguyên giáng xuống</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19</w:t>
            </w:r>
          </w:p>
        </w:tc>
        <w:tc>
          <w:tcPr>
            <w:tcW w:type="dxa" w:w="2686"/>
            <w:vAlign w:val="center"/>
          </w:tcPr>
          <w:p>
            <w:pPr>
              <w:pStyle w:val="BookTable"/>
            </w:pPr>
            <w:r>
              <w:rPr>
                <w:rFonts w:ascii="Noto Serif" w:hAnsi="Noto Serif" w:eastAsia="Noto Serif CJK SC" w:cs="Noto Serif"/>
                <w:color w:val="000000"/>
                <w:lang w:val="vi-VN" w:eastAsia="zh-CN" w:bidi="vi-VN"/>
              </w:rPr>
              <w:t>Ngày đản sinh Trường Xuân Chân Nhân</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23</w:t>
            </w:r>
          </w:p>
        </w:tc>
        <w:tc>
          <w:tcPr>
            <w:tcW w:type="dxa" w:w="2686"/>
            <w:vAlign w:val="center"/>
          </w:tcPr>
          <w:p>
            <w:pPr>
              <w:pStyle w:val="BookTable"/>
            </w:pPr>
            <w:r>
              <w:rPr>
                <w:rFonts w:ascii="Noto Serif" w:hAnsi="Noto Serif" w:eastAsia="Noto Serif CJK SC" w:cs="Noto Serif"/>
                <w:color w:val="000000"/>
                <w:lang w:val="vi-VN" w:eastAsia="zh-CN" w:bidi="vi-VN"/>
              </w:rPr>
              <w:t>Thần Tam Thi tâu việc</w:t>
            </w:r>
            <w:r>
              <w:br/>
            </w:r>
            <w:r>
              <w:rPr>
                <w:rFonts w:ascii="Noto Serif" w:hAnsi="Noto Serif" w:eastAsia="Noto Serif CJK SC" w:cs="Noto Serif"/>
                <w:color w:val="000000"/>
                <w:lang w:val="vi-VN" w:eastAsia="zh-CN" w:bidi="vi-VN"/>
              </w:rPr>
              <w:t>Tứ Thiên Vương tuần hành</w:t>
            </w:r>
            <w:r>
              <w:br/>
            </w:r>
            <w:r>
              <w:rPr>
                <w:rFonts w:ascii="Noto Serif" w:hAnsi="Noto Serif" w:eastAsia="Noto Serif CJK SC" w:cs="Noto Serif"/>
                <w:color w:val="000000"/>
                <w:lang w:val="vi-VN" w:eastAsia="zh-CN" w:bidi="vi-VN"/>
              </w:rPr>
              <w:t>(tháng nào cũng vậy)</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25</w:t>
            </w:r>
          </w:p>
        </w:tc>
        <w:tc>
          <w:tcPr>
            <w:tcW w:type="dxa" w:w="2686"/>
            <w:vAlign w:val="center"/>
          </w:tcPr>
          <w:p>
            <w:pPr>
              <w:pStyle w:val="BookTable"/>
            </w:pPr>
            <w:r>
              <w:rPr>
                <w:rFonts w:ascii="Noto Serif" w:hAnsi="Noto Serif" w:eastAsia="Noto Serif CJK SC" w:cs="Noto Serif"/>
                <w:color w:val="000000"/>
                <w:lang w:val="vi-VN" w:eastAsia="zh-CN" w:bidi="vi-VN"/>
              </w:rPr>
              <w:t>Ngày hối (cuối tháng)</w:t>
            </w:r>
            <w:r>
              <w:br/>
            </w:r>
            <w:r>
              <w:rPr>
                <w:rFonts w:ascii="Noto Serif" w:hAnsi="Noto Serif" w:eastAsia="Noto Serif CJK SC" w:cs="Noto Serif"/>
                <w:color w:val="000000"/>
                <w:lang w:val="vi-VN" w:eastAsia="zh-CN" w:bidi="vi-VN"/>
              </w:rPr>
              <w:t>(tháng nào cũng vậy)</w:t>
            </w:r>
            <w:r>
              <w:br/>
            </w:r>
            <w:r>
              <w:rPr>
                <w:rFonts w:ascii="Noto Serif" w:hAnsi="Noto Serif" w:eastAsia="Noto Serif CJK SC" w:cs="Noto Serif"/>
                <w:color w:val="000000"/>
                <w:lang w:val="vi-VN" w:eastAsia="zh-CN" w:bidi="vi-VN"/>
              </w:rPr>
              <w:t>Ngày kho trời đất mở</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r>
              <w:br/>
            </w:r>
            <w:r>
              <w:rPr>
                <w:rFonts w:ascii="Noto Serif" w:hAnsi="Noto Serif" w:eastAsia="Noto Serif CJK SC" w:cs="Noto Serif"/>
                <w:color w:val="000000"/>
                <w:lang w:val="vi-VN" w:eastAsia="zh-CN" w:bidi="vi-VN"/>
              </w:rPr>
              <w:t>Bị tổn thọ, con mang bệnh</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27</w:t>
            </w:r>
          </w:p>
        </w:tc>
        <w:tc>
          <w:tcPr>
            <w:tcW w:type="dxa" w:w="2686"/>
            <w:vAlign w:val="center"/>
          </w:tcPr>
          <w:p>
            <w:pPr>
              <w:pStyle w:val="BookTable"/>
            </w:pPr>
            <w:r>
              <w:rPr>
                <w:rFonts w:ascii="Noto Serif" w:hAnsi="Noto Serif" w:eastAsia="Noto Serif CJK SC" w:cs="Noto Serif"/>
                <w:color w:val="000000"/>
                <w:lang w:val="vi-VN" w:eastAsia="zh-CN" w:bidi="vi-VN"/>
              </w:rPr>
              <w:t>Thần Đẩu giáng xuống</w:t>
            </w:r>
            <w:r>
              <w:br/>
            </w:r>
            <w:r>
              <w:rPr>
                <w:rFonts w:ascii="Noto Serif" w:hAnsi="Noto Serif" w:eastAsia="Noto Serif CJK SC" w:cs="Noto Serif"/>
                <w:color w:val="000000"/>
                <w:lang w:val="vi-VN" w:eastAsia="zh-CN" w:bidi="vi-VN"/>
              </w:rPr>
              <w:t>(tháng nào cũng vậy)</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28</w:t>
            </w:r>
          </w:p>
        </w:tc>
        <w:tc>
          <w:tcPr>
            <w:tcW w:type="dxa" w:w="2686"/>
            <w:vAlign w:val="center"/>
          </w:tcPr>
          <w:p>
            <w:pPr>
              <w:pStyle w:val="BookTable"/>
            </w:pPr>
            <w:r>
              <w:rPr>
                <w:rFonts w:ascii="Noto Serif" w:hAnsi="Noto Serif" w:eastAsia="Noto Serif CJK SC" w:cs="Noto Serif"/>
                <w:color w:val="000000"/>
                <w:lang w:val="vi-VN" w:eastAsia="zh-CN" w:bidi="vi-VN"/>
              </w:rPr>
              <w:t>Nhân thần ở vùng âm bộ</w:t>
            </w:r>
            <w:r>
              <w:br/>
            </w:r>
            <w:r>
              <w:rPr>
                <w:rFonts w:ascii="Noto Serif" w:hAnsi="Noto Serif" w:eastAsia="Noto Serif CJK SC" w:cs="Noto Serif"/>
                <w:color w:val="000000"/>
                <w:lang w:val="vi-VN" w:eastAsia="zh-CN" w:bidi="vi-VN"/>
              </w:rPr>
              <w:t>(tháng nào cũng vậy)</w:t>
            </w:r>
            <w:r>
              <w:br/>
            </w:r>
            <w:r>
              <w:rPr>
                <w:rFonts w:ascii="Noto Serif" w:hAnsi="Noto Serif" w:eastAsia="Noto Serif CJK SC" w:cs="Noto Serif"/>
                <w:color w:val="000000"/>
                <w:lang w:val="vi-VN" w:eastAsia="zh-CN" w:bidi="vi-VN"/>
              </w:rPr>
              <w:t>(nên bắt đầu kiêng từ một ngày trước)</w:t>
            </w:r>
          </w:p>
        </w:tc>
        <w:tc>
          <w:tcPr>
            <w:tcW w:type="dxa" w:w="2219"/>
            <w:vAlign w:val="center"/>
          </w:tcPr>
          <w:p>
            <w:pPr>
              <w:pStyle w:val="BookTable"/>
            </w:pPr>
            <w:r>
              <w:rPr>
                <w:rFonts w:ascii="Noto Serif" w:hAnsi="Noto Serif" w:eastAsia="Noto Serif CJK SC" w:cs="Noto Serif"/>
                <w:color w:val="000000"/>
                <w:lang w:val="vi-VN" w:eastAsia="zh-CN" w:bidi="vi-VN"/>
              </w:rPr>
              <w:t>Mắc bệnh</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29</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r>
              <w:br/>
            </w:r>
            <w:r>
              <w:rPr>
                <w:rFonts w:ascii="Noto Serif" w:hAnsi="Noto Serif" w:eastAsia="Noto Serif CJK SC" w:cs="Noto Serif"/>
                <w:color w:val="000000"/>
                <w:lang w:val="vi-VN" w:eastAsia="zh-CN" w:bidi="vi-VN"/>
              </w:rPr>
              <w:t>(tháng nào cũng vậy)</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30</w:t>
            </w:r>
          </w:p>
        </w:tc>
        <w:tc>
          <w:tcPr>
            <w:tcW w:type="dxa" w:w="2686"/>
            <w:vAlign w:val="center"/>
          </w:tcPr>
          <w:p>
            <w:pPr>
              <w:pStyle w:val="BookTable"/>
            </w:pPr>
            <w:r>
              <w:rPr>
                <w:rFonts w:ascii="Noto Serif" w:hAnsi="Noto Serif" w:eastAsia="Noto Serif CJK SC" w:cs="Noto Serif"/>
                <w:color w:val="000000"/>
                <w:lang w:val="vi-VN" w:eastAsia="zh-CN" w:bidi="vi-VN"/>
              </w:rPr>
              <w:t>Ngày hối (cuối tháng)</w:t>
            </w:r>
            <w:r>
              <w:br/>
            </w:r>
            <w:r>
              <w:rPr>
                <w:rFonts w:ascii="Noto Serif" w:hAnsi="Noto Serif" w:eastAsia="Noto Serif CJK SC" w:cs="Noto Serif"/>
                <w:color w:val="000000"/>
                <w:lang w:val="vi-VN" w:eastAsia="zh-CN" w:bidi="vi-VN"/>
              </w:rPr>
              <w:t>Tư Mệnh tâu việc</w:t>
            </w:r>
            <w:r>
              <w:br/>
            </w:r>
            <w:r>
              <w:rPr>
                <w:rFonts w:ascii="Noto Serif" w:hAnsi="Noto Serif" w:eastAsia="Noto Serif CJK SC" w:cs="Noto Serif"/>
                <w:color w:val="000000"/>
                <w:lang w:val="vi-VN" w:eastAsia="zh-CN" w:bidi="vi-VN"/>
              </w:rPr>
              <w:t>(tháng nào cũng vậy)</w:t>
            </w:r>
            <w:r>
              <w:br/>
            </w:r>
            <w:r>
              <w:rPr>
                <w:rFonts w:ascii="Noto Serif" w:hAnsi="Noto Serif" w:eastAsia="Noto Serif CJK SC" w:cs="Noto Serif"/>
                <w:color w:val="000000"/>
                <w:lang w:val="vi-VN" w:eastAsia="zh-CN" w:bidi="vi-VN"/>
              </w:rPr>
              <w:t>Tứ Thiên Vương tuần hành</w:t>
            </w:r>
            <w:r>
              <w:br/>
            </w:r>
            <w:r>
              <w:rPr>
                <w:rFonts w:ascii="Noto Serif" w:hAnsi="Noto Serif" w:eastAsia="Noto Serif CJK SC" w:cs="Noto Serif"/>
                <w:color w:val="000000"/>
                <w:lang w:val="vi-VN" w:eastAsia="zh-CN" w:bidi="vi-VN"/>
              </w:rPr>
              <w:t>(tháng nào cũng vậy; nếu là tháng thiếu thì kiêng vào ngày 29)</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bookmarkEnd w:id="14"/>
          </w:p>
        </w:tc>
      </w:tr>
    </w:tbl>
    <w:p>
      <w:pPr>
        <w:pStyle w:val="Heading3"/>
        <w:pageBreakBefore w:val="0"/>
      </w:pPr>
      <w:bookmarkStart w:id="16" w:name="b7896c9446898042225500711a50ee4"/>
      <w:bookmarkStart w:id="15" w:name="bd56ee3879f83d230613b5e29002749"/>
      <w:bookmarkEnd w:id="15"/>
      <w:r>
        <w:rPr>
          <w:rFonts w:ascii="Noto Serif" w:hAnsi="Noto Serif" w:eastAsia="Noto Serif CJK SC" w:cs="Noto Serif"/>
          <w:color w:val="000000"/>
          <w:lang w:val="vi-VN" w:eastAsia="zh-CN" w:bidi="vi-VN"/>
        </w:rPr>
        <w:t>Tháng 2</w:t>
      </w:r>
      <w:bookmarkEnd w:id="16"/>
    </w:p>
    <w:tbl>
      <w:tblPr>
        <w:tblW w:type="dxa" w:w="583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34"/>
        <w:gridCol w:w="2686"/>
        <w:gridCol w:w="2219"/>
      </w:tblGrid>
      <w:tr>
        <w:trPr>
          <w:cantSplit/>
          <w:tblHeader/>
        </w:trPr>
        <w:tc>
          <w:tcPr>
            <w:tcW w:type="dxa" w:w="934"/>
            <w:vAlign w:val="center"/>
            <w:shd w:fill="EEEEEE" w:val="clear"/>
          </w:tcPr>
          <w:p>
            <w:pPr>
              <w:pStyle w:val="BookTable"/>
            </w:pPr>
            <w:bookmarkStart w:id="17" w:name="bc22f7c3da7fdd447f3317e9ef9fdf2"/>
            <w:r>
              <w:rPr>
                <w:rFonts w:ascii="Noto Serif" w:hAnsi="Noto Serif" w:eastAsia="Noto Serif CJK SC" w:cs="Noto Serif"/>
                <w:color w:val="000000"/>
                <w:b w:val="1"/>
                <w:bCs w:val="1"/>
                <w:lang w:val="vi-VN" w:eastAsia="zh-CN" w:bidi="vi-VN"/>
              </w:rPr>
              <w:t>Ngày</w:t>
            </w:r>
          </w:p>
        </w:tc>
        <w:tc>
          <w:tcPr>
            <w:tcW w:type="dxa" w:w="2686"/>
            <w:vAlign w:val="center"/>
            <w:shd w:fill="EEEEEE" w:val="clear"/>
          </w:tcPr>
          <w:p>
            <w:pPr>
              <w:pStyle w:val="BookTable"/>
            </w:pPr>
            <w:r>
              <w:rPr>
                <w:rFonts w:ascii="Noto Serif" w:hAnsi="Noto Serif" w:eastAsia="Noto Serif CJK SC" w:cs="Noto Serif"/>
                <w:color w:val="000000"/>
                <w:b w:val="1"/>
                <w:bCs w:val="1"/>
                <w:lang w:val="vi-VN" w:eastAsia="zh-CN" w:bidi="vi-VN"/>
              </w:rPr>
              <w:t>Việc được nguồn nêu làm lý do kiêng</w:t>
            </w:r>
          </w:p>
        </w:tc>
        <w:tc>
          <w:tcPr>
            <w:tcW w:type="dxa" w:w="2219"/>
            <w:vAlign w:val="center"/>
            <w:shd w:fill="EEEEEE" w:val="clear"/>
          </w:tcPr>
          <w:p>
            <w:pPr>
              <w:pStyle w:val="BookTable"/>
            </w:pPr>
            <w:r>
              <w:rPr>
                <w:rFonts w:ascii="Noto Serif" w:hAnsi="Noto Serif" w:eastAsia="Noto Serif CJK SC" w:cs="Noto Serif"/>
                <w:color w:val="000000"/>
                <w:b w:val="1"/>
                <w:bCs w:val="1"/>
                <w:lang w:val="vi-VN" w:eastAsia="zh-CN" w:bidi="vi-VN"/>
              </w:rPr>
              <w:t>Cột quả báo trong nguồn</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w:t>
            </w:r>
          </w:p>
        </w:tc>
        <w:tc>
          <w:tcPr>
            <w:tcW w:type="dxa" w:w="2686"/>
            <w:vAlign w:val="center"/>
          </w:tcPr>
          <w:p>
            <w:pPr>
              <w:pStyle w:val="BookTable"/>
            </w:pPr>
            <w:r>
              <w:rPr>
                <w:rFonts w:ascii="Noto Serif" w:hAnsi="Noto Serif" w:eastAsia="Noto Serif CJK SC" w:cs="Noto Serif"/>
                <w:color w:val="000000"/>
                <w:lang w:val="vi-VN" w:eastAsia="zh-CN" w:bidi="vi-VN"/>
              </w:rPr>
              <w:t>Ngày sóc (đầu tháng)</w:t>
            </w:r>
            <w:r>
              <w:br/>
            </w:r>
            <w:r>
              <w:rPr>
                <w:rFonts w:ascii="Noto Serif" w:hAnsi="Noto Serif" w:eastAsia="Noto Serif CJK SC" w:cs="Noto Serif"/>
                <w:color w:val="000000"/>
                <w:lang w:val="vi-VN" w:eastAsia="zh-CN" w:bidi="vi-VN"/>
              </w:rPr>
              <w:t>Ngày đản sinh Tần Quảng Vương, điện thứ nhất</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w:t>
            </w:r>
          </w:p>
        </w:tc>
        <w:tc>
          <w:tcPr>
            <w:tcW w:type="dxa" w:w="2686"/>
            <w:vAlign w:val="center"/>
          </w:tcPr>
          <w:p>
            <w:pPr>
              <w:pStyle w:val="BookTable"/>
            </w:pPr>
            <w:r>
              <w:rPr>
                <w:rFonts w:ascii="Noto Serif" w:hAnsi="Noto Serif" w:eastAsia="Noto Serif CJK SC" w:cs="Noto Serif"/>
                <w:color w:val="000000"/>
                <w:lang w:val="vi-VN" w:eastAsia="zh-CN" w:bidi="vi-VN"/>
              </w:rPr>
              <w:t>Muôn thần hội họp</w:t>
            </w:r>
            <w:r>
              <w:br/>
            </w:r>
            <w:r>
              <w:rPr>
                <w:rFonts w:ascii="Noto Serif" w:hAnsi="Noto Serif" w:eastAsia="Noto Serif CJK SC" w:cs="Noto Serif"/>
                <w:color w:val="000000"/>
                <w:lang w:val="vi-VN" w:eastAsia="zh-CN" w:bidi="vi-VN"/>
              </w:rPr>
              <w:t>Ngày đản sinh Phúc Đức Thổ Địa Chính Thần</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r>
              <w:br/>
            </w:r>
            <w:r>
              <w:rPr>
                <w:rFonts w:ascii="Noto Serif" w:hAnsi="Noto Serif" w:eastAsia="Noto Serif CJK SC" w:cs="Noto Serif"/>
                <w:color w:val="000000"/>
                <w:lang w:val="vi-VN" w:eastAsia="zh-CN" w:bidi="vi-VN"/>
              </w:rPr>
              <w:t>Gặp họa</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w:t>
            </w:r>
          </w:p>
        </w:tc>
        <w:tc>
          <w:tcPr>
            <w:tcW w:type="dxa" w:w="2686"/>
            <w:vAlign w:val="center"/>
          </w:tcPr>
          <w:p>
            <w:pPr>
              <w:pStyle w:val="BookTable"/>
            </w:pPr>
            <w:r>
              <w:rPr>
                <w:rFonts w:ascii="Noto Serif" w:hAnsi="Noto Serif" w:eastAsia="Noto Serif CJK SC" w:cs="Noto Serif"/>
                <w:color w:val="000000"/>
                <w:lang w:val="vi-VN" w:eastAsia="zh-CN" w:bidi="vi-VN"/>
              </w:rPr>
              <w:t>Thần Đẩu giáng xuống</w:t>
            </w:r>
            <w:r>
              <w:br/>
            </w:r>
            <w:r>
              <w:rPr>
                <w:rFonts w:ascii="Noto Serif" w:hAnsi="Noto Serif" w:eastAsia="Noto Serif CJK SC" w:cs="Noto Serif"/>
                <w:color w:val="000000"/>
                <w:lang w:val="vi-VN" w:eastAsia="zh-CN" w:bidi="vi-VN"/>
              </w:rPr>
              <w:t>Ngày đản sinh Văn Xương Đế Quân</w:t>
            </w:r>
          </w:p>
        </w:tc>
        <w:tc>
          <w:tcPr>
            <w:tcW w:type="dxa" w:w="2219"/>
            <w:vAlign w:val="center"/>
          </w:tcPr>
          <w:p>
            <w:pPr>
              <w:pStyle w:val="BookTable"/>
            </w:pPr>
            <w:r>
              <w:rPr>
                <w:rFonts w:ascii="Noto Serif" w:hAnsi="Noto Serif" w:eastAsia="Noto Serif CJK SC" w:cs="Noto Serif"/>
                <w:color w:val="000000"/>
                <w:lang w:val="vi-VN" w:eastAsia="zh-CN" w:bidi="vi-VN"/>
              </w:rPr>
              <w:t>Bị giảm phúc lộc,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6</w:t>
            </w:r>
          </w:p>
        </w:tc>
        <w:tc>
          <w:tcPr>
            <w:tcW w:type="dxa" w:w="2686"/>
            <w:vAlign w:val="center"/>
          </w:tcPr>
          <w:p>
            <w:pPr>
              <w:pStyle w:val="BookTable"/>
            </w:pPr>
            <w:r>
              <w:rPr>
                <w:rFonts w:ascii="Noto Serif" w:hAnsi="Noto Serif" w:eastAsia="Noto Serif CJK SC" w:cs="Noto Serif"/>
                <w:color w:val="000000"/>
                <w:lang w:val="vi-VN" w:eastAsia="zh-CN" w:bidi="vi-VN"/>
              </w:rPr>
              <w:t>Ngày trai giới kính thần Sấm</w:t>
            </w:r>
            <w:r>
              <w:br/>
            </w:r>
            <w:r>
              <w:rPr>
                <w:rFonts w:ascii="Noto Serif" w:hAnsi="Noto Serif" w:eastAsia="Noto Serif CJK SC" w:cs="Noto Serif"/>
                <w:color w:val="000000"/>
                <w:lang w:val="vi-VN" w:eastAsia="zh-CN" w:bidi="vi-VN"/>
              </w:rPr>
              <w:t>Ngày đản sinh Đông Nhạc Đế Quân</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8</w:t>
            </w:r>
          </w:p>
        </w:tc>
        <w:tc>
          <w:tcPr>
            <w:tcW w:type="dxa" w:w="2686"/>
            <w:vAlign w:val="center"/>
          </w:tcPr>
          <w:p>
            <w:pPr>
              <w:pStyle w:val="BookTable"/>
            </w:pPr>
            <w:r>
              <w:rPr>
                <w:rFonts w:ascii="Noto Serif" w:hAnsi="Noto Serif" w:eastAsia="Noto Serif CJK SC" w:cs="Noto Serif"/>
                <w:color w:val="000000"/>
                <w:lang w:val="vi-VN" w:eastAsia="zh-CN" w:bidi="vi-VN"/>
              </w:rPr>
              <w:t>Ngày Đức Phật Thích Ca Mâu Ni xuất gia</w:t>
            </w:r>
            <w:r>
              <w:br/>
            </w:r>
            <w:r>
              <w:rPr>
                <w:rFonts w:ascii="Noto Serif" w:hAnsi="Noto Serif" w:eastAsia="Noto Serif CJK SC" w:cs="Noto Serif"/>
                <w:color w:val="000000"/>
                <w:lang w:val="vi-VN" w:eastAsia="zh-CN" w:bidi="vi-VN"/>
              </w:rPr>
              <w:t>Ngày đản sinh Tống Đế Vương</w:t>
            </w:r>
            <w:r>
              <w:br/>
            </w:r>
            <w:r>
              <w:rPr>
                <w:rFonts w:ascii="Noto Serif" w:hAnsi="Noto Serif" w:eastAsia="Noto Serif CJK SC" w:cs="Noto Serif"/>
                <w:color w:val="000000"/>
                <w:lang w:val="vi-VN" w:eastAsia="zh-CN" w:bidi="vi-VN"/>
              </w:rPr>
              <w:t>Ngày đản sinh Trương Đại Đế</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11</w:t>
            </w:r>
          </w:p>
        </w:tc>
        <w:tc>
          <w:tcPr>
            <w:tcW w:type="dxa" w:w="2686"/>
            <w:vAlign w:val="center"/>
          </w:tcPr>
          <w:p>
            <w:pPr>
              <w:pStyle w:val="BookTable"/>
            </w:pPr>
            <w:r>
              <w:rPr>
                <w:rFonts w:ascii="Noto Serif" w:hAnsi="Noto Serif" w:eastAsia="Noto Serif CJK SC" w:cs="Noto Serif"/>
                <w:color w:val="000000"/>
                <w:lang w:val="vi-VN" w:eastAsia="zh-CN" w:bidi="vi-VN"/>
              </w:rPr>
              <w:t>Ngày kỵ Dương Công</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14</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15</w:t>
            </w:r>
          </w:p>
        </w:tc>
        <w:tc>
          <w:tcPr>
            <w:tcW w:type="dxa" w:w="2686"/>
            <w:vAlign w:val="center"/>
          </w:tcPr>
          <w:p>
            <w:pPr>
              <w:pStyle w:val="BookTable"/>
            </w:pPr>
            <w:r>
              <w:rPr>
                <w:rFonts w:ascii="Noto Serif" w:hAnsi="Noto Serif" w:eastAsia="Noto Serif CJK SC" w:cs="Noto Serif"/>
                <w:color w:val="000000"/>
                <w:lang w:val="vi-VN" w:eastAsia="zh-CN" w:bidi="vi-VN"/>
              </w:rPr>
              <w:t>Ngày Đức Phật Thích Ca Mâu Ni nhập Đại Niết-bàn</w:t>
            </w:r>
            <w:r>
              <w:br/>
            </w:r>
            <w:r>
              <w:rPr>
                <w:rFonts w:ascii="Noto Serif" w:hAnsi="Noto Serif" w:eastAsia="Noto Serif CJK SC" w:cs="Noto Serif"/>
                <w:color w:val="000000"/>
                <w:lang w:val="vi-VN" w:eastAsia="zh-CN" w:bidi="vi-VN"/>
              </w:rPr>
              <w:t>Ngày vọng (rằm)</w:t>
            </w:r>
            <w:r>
              <w:br/>
            </w:r>
            <w:r>
              <w:rPr>
                <w:rFonts w:ascii="Noto Serif" w:hAnsi="Noto Serif" w:eastAsia="Noto Serif CJK SC" w:cs="Noto Serif"/>
                <w:color w:val="000000"/>
                <w:lang w:val="vi-VN" w:eastAsia="zh-CN" w:bidi="vi-VN"/>
              </w:rPr>
              <w:t>Ngày đản sinh Thái Thượng Lão Quân</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Bị giảm phúc lộc,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17</w:t>
            </w:r>
          </w:p>
        </w:tc>
        <w:tc>
          <w:tcPr>
            <w:tcW w:type="dxa" w:w="2686"/>
            <w:vAlign w:val="center"/>
          </w:tcPr>
          <w:p>
            <w:pPr>
              <w:pStyle w:val="BookTable"/>
            </w:pPr>
            <w:r>
              <w:rPr>
                <w:rFonts w:ascii="Noto Serif" w:hAnsi="Noto Serif" w:eastAsia="Noto Serif CJK SC" w:cs="Noto Serif"/>
                <w:color w:val="000000"/>
                <w:lang w:val="vi-VN" w:eastAsia="zh-CN" w:bidi="vi-VN"/>
              </w:rPr>
              <w:t>Ngày đản sinh Đỗ Tướng Quân ở phương Đông</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18</w:t>
            </w:r>
          </w:p>
        </w:tc>
        <w:tc>
          <w:tcPr>
            <w:tcW w:type="dxa" w:w="2686"/>
            <w:vAlign w:val="center"/>
          </w:tcPr>
          <w:p>
            <w:pPr>
              <w:pStyle w:val="BookTable"/>
            </w:pPr>
            <w:r>
              <w:rPr>
                <w:rFonts w:ascii="Noto Serif" w:hAnsi="Noto Serif" w:eastAsia="Noto Serif CJK SC" w:cs="Noto Serif"/>
                <w:color w:val="000000"/>
                <w:lang w:val="vi-VN" w:eastAsia="zh-CN" w:bidi="vi-VN"/>
              </w:rPr>
              <w:t>Ngày đản sinh Ngũ Quan Vương, điện thứ tư</w:t>
            </w:r>
            <w:r>
              <w:br/>
            </w:r>
            <w:r>
              <w:rPr>
                <w:rFonts w:ascii="Noto Serif" w:hAnsi="Noto Serif" w:eastAsia="Noto Serif CJK SC" w:cs="Noto Serif"/>
                <w:color w:val="000000"/>
                <w:lang w:val="vi-VN" w:eastAsia="zh-CN" w:bidi="vi-VN"/>
              </w:rPr>
              <w:t>Ngày giỗ Chí Thánh Tiên Sư Khổng Tử</w:t>
            </w:r>
          </w:p>
        </w:tc>
        <w:tc>
          <w:tcPr>
            <w:tcW w:type="dxa" w:w="2219"/>
            <w:vAlign w:val="center"/>
          </w:tcPr>
          <w:p>
            <w:pPr>
              <w:pStyle w:val="BookTable"/>
            </w:pPr>
            <w:r>
              <w:rPr>
                <w:rFonts w:ascii="Noto Serif" w:hAnsi="Noto Serif" w:eastAsia="Noto Serif CJK SC" w:cs="Noto Serif"/>
                <w:color w:val="000000"/>
                <w:lang w:val="vi-VN" w:eastAsia="zh-CN" w:bidi="vi-VN"/>
              </w:rPr>
              <w:t>Bị giảm phúc lộc,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19</w:t>
            </w:r>
          </w:p>
        </w:tc>
        <w:tc>
          <w:tcPr>
            <w:tcW w:type="dxa" w:w="2686"/>
            <w:vAlign w:val="center"/>
          </w:tcPr>
          <w:p>
            <w:pPr>
              <w:pStyle w:val="BookTable"/>
            </w:pPr>
            <w:r>
              <w:rPr>
                <w:rFonts w:ascii="Noto Serif" w:hAnsi="Noto Serif" w:eastAsia="Noto Serif CJK SC" w:cs="Noto Serif"/>
                <w:color w:val="000000"/>
                <w:lang w:val="vi-VN" w:eastAsia="zh-CN" w:bidi="vi-VN"/>
              </w:rPr>
              <w:t>Ngày đản sinh Quán Âm Đại Sĩ</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21</w:t>
            </w:r>
          </w:p>
        </w:tc>
        <w:tc>
          <w:tcPr>
            <w:tcW w:type="dxa" w:w="2686"/>
            <w:vAlign w:val="center"/>
          </w:tcPr>
          <w:p>
            <w:pPr>
              <w:pStyle w:val="BookTable"/>
            </w:pPr>
            <w:r>
              <w:rPr>
                <w:rFonts w:ascii="Noto Serif" w:hAnsi="Noto Serif" w:eastAsia="Noto Serif CJK SC" w:cs="Noto Serif"/>
                <w:color w:val="000000"/>
                <w:lang w:val="vi-VN" w:eastAsia="zh-CN" w:bidi="vi-VN"/>
              </w:rPr>
              <w:t>Ngày đản sinh Bồ Tát Phổ Hiền</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23</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25</w:t>
            </w:r>
          </w:p>
        </w:tc>
        <w:tc>
          <w:tcPr>
            <w:tcW w:type="dxa" w:w="2686"/>
            <w:vAlign w:val="center"/>
          </w:tcPr>
          <w:p>
            <w:pPr>
              <w:pStyle w:val="BookTable"/>
            </w:pPr>
            <w:r>
              <w:rPr>
                <w:rFonts w:ascii="Noto Serif" w:hAnsi="Noto Serif" w:eastAsia="Noto Serif CJK SC" w:cs="Noto Serif"/>
                <w:color w:val="000000"/>
                <w:lang w:val="vi-VN" w:eastAsia="zh-CN" w:bidi="vi-VN"/>
              </w:rPr>
              <w:t>Ngày hối (cuối tháng)</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27</w:t>
            </w:r>
          </w:p>
        </w:tc>
        <w:tc>
          <w:tcPr>
            <w:tcW w:type="dxa" w:w="2686"/>
            <w:vAlign w:val="center"/>
          </w:tcPr>
          <w:p>
            <w:pPr>
              <w:pStyle w:val="BookTable"/>
            </w:pPr>
            <w:r>
              <w:rPr>
                <w:rFonts w:ascii="Noto Serif" w:hAnsi="Noto Serif" w:eastAsia="Noto Serif CJK SC" w:cs="Noto Serif"/>
                <w:color w:val="000000"/>
                <w:lang w:val="vi-VN" w:eastAsia="zh-CN" w:bidi="vi-VN"/>
              </w:rPr>
              <w:t>Thần Đẩu giáng xuống</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28</w:t>
            </w:r>
          </w:p>
        </w:tc>
        <w:tc>
          <w:tcPr>
            <w:tcW w:type="dxa" w:w="2686"/>
            <w:vAlign w:val="center"/>
          </w:tcPr>
          <w:p>
            <w:pPr>
              <w:pStyle w:val="BookTable"/>
            </w:pPr>
            <w:r>
              <w:rPr>
                <w:rFonts w:ascii="Noto Serif" w:hAnsi="Noto Serif" w:eastAsia="Noto Serif CJK SC" w:cs="Noto Serif"/>
                <w:color w:val="000000"/>
                <w:lang w:val="vi-VN" w:eastAsia="zh-CN" w:bidi="vi-VN"/>
              </w:rPr>
              <w:t>Nhân thần ở vùng âm bộ</w:t>
            </w:r>
          </w:p>
        </w:tc>
        <w:tc>
          <w:tcPr>
            <w:tcW w:type="dxa" w:w="2219"/>
            <w:vAlign w:val="center"/>
          </w:tcPr>
          <w:p>
            <w:pPr>
              <w:pStyle w:val="BookTable"/>
            </w:pPr>
            <w:r>
              <w:rPr>
                <w:rFonts w:ascii="Noto Serif" w:hAnsi="Noto Serif" w:eastAsia="Noto Serif CJK SC" w:cs="Noto Serif"/>
                <w:color w:val="000000"/>
                <w:lang w:val="vi-VN" w:eastAsia="zh-CN" w:bidi="vi-VN"/>
              </w:rPr>
              <w:t>Mắc bệnh</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29</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30</w:t>
            </w:r>
          </w:p>
        </w:tc>
        <w:tc>
          <w:tcPr>
            <w:tcW w:type="dxa" w:w="2686"/>
            <w:vAlign w:val="center"/>
          </w:tcPr>
          <w:p>
            <w:pPr>
              <w:pStyle w:val="BookTable"/>
            </w:pPr>
            <w:r>
              <w:rPr>
                <w:rFonts w:ascii="Noto Serif" w:hAnsi="Noto Serif" w:eastAsia="Noto Serif CJK SC" w:cs="Noto Serif"/>
                <w:color w:val="000000"/>
                <w:lang w:val="vi-VN" w:eastAsia="zh-CN" w:bidi="vi-VN"/>
              </w:rPr>
              <w:t>Ngày hối (cuối tháng)</w:t>
            </w:r>
            <w:r>
              <w:br/>
            </w:r>
            <w:r>
              <w:rPr>
                <w:rFonts w:ascii="Noto Serif" w:hAnsi="Noto Serif" w:eastAsia="Noto Serif CJK SC" w:cs="Noto Serif"/>
                <w:color w:val="000000"/>
                <w:lang w:val="vi-VN" w:eastAsia="zh-CN" w:bidi="vi-VN"/>
              </w:rPr>
              <w:t>Tư Mệnh tâu việc</w:t>
            </w:r>
            <w:r>
              <w:br/>
            </w:r>
            <w:r>
              <w:rPr>
                <w:rFonts w:ascii="Noto Serif" w:hAnsi="Noto Serif" w:eastAsia="Noto Serif CJK SC" w:cs="Noto Serif"/>
                <w:color w:val="000000"/>
                <w:lang w:val="vi-VN" w:eastAsia="zh-CN" w:bidi="vi-VN"/>
              </w:rPr>
              <w:t>Tứ Thiên Vương tuần hành</w:t>
            </w:r>
            <w:r>
              <w:br/>
            </w:r>
            <w:r>
              <w:rPr>
                <w:rFonts w:ascii="Noto Serif" w:hAnsi="Noto Serif" w:eastAsia="Noto Serif CJK SC" w:cs="Noto Serif"/>
                <w:color w:val="000000"/>
                <w:lang w:val="vi-VN" w:eastAsia="zh-CN" w:bidi="vi-VN"/>
              </w:rPr>
              <w:t>(nếu là tháng thiếu thì kiêng vào ngày 29)</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bookmarkEnd w:id="17"/>
          </w:p>
        </w:tc>
      </w:tr>
    </w:tbl>
    <w:p>
      <w:pPr>
        <w:pStyle w:val="Heading3"/>
        <w:pageBreakBefore w:val="0"/>
      </w:pPr>
      <w:bookmarkStart w:id="19" w:name="b4393191ab3b82c4e7190acf01bf0a8"/>
      <w:bookmarkStart w:id="18" w:name="b1c5c3fab2b9d374243a8440369fefc"/>
      <w:bookmarkEnd w:id="18"/>
      <w:r>
        <w:rPr>
          <w:rFonts w:ascii="Noto Serif" w:hAnsi="Noto Serif" w:eastAsia="Noto Serif CJK SC" w:cs="Noto Serif"/>
          <w:color w:val="000000"/>
          <w:lang w:val="vi-VN" w:eastAsia="zh-CN" w:bidi="vi-VN"/>
        </w:rPr>
        <w:t>Tháng 3</w:t>
      </w:r>
      <w:bookmarkEnd w:id="19"/>
    </w:p>
    <w:tbl>
      <w:tblPr>
        <w:tblW w:type="dxa" w:w="583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34"/>
        <w:gridCol w:w="2686"/>
        <w:gridCol w:w="2219"/>
      </w:tblGrid>
      <w:tr>
        <w:trPr>
          <w:cantSplit/>
          <w:tblHeader/>
        </w:trPr>
        <w:tc>
          <w:tcPr>
            <w:tcW w:type="dxa" w:w="934"/>
            <w:vAlign w:val="center"/>
            <w:shd w:fill="EEEEEE" w:val="clear"/>
          </w:tcPr>
          <w:p>
            <w:pPr>
              <w:pStyle w:val="BookTable"/>
            </w:pPr>
            <w:bookmarkStart w:id="20" w:name="b9aaba7bbfe08f4fe8657673bd3a9e9"/>
            <w:r>
              <w:rPr>
                <w:rFonts w:ascii="Noto Serif" w:hAnsi="Noto Serif" w:eastAsia="Noto Serif CJK SC" w:cs="Noto Serif"/>
                <w:color w:val="000000"/>
                <w:b w:val="1"/>
                <w:bCs w:val="1"/>
                <w:lang w:val="vi-VN" w:eastAsia="zh-CN" w:bidi="vi-VN"/>
              </w:rPr>
              <w:t>Ngày</w:t>
            </w:r>
          </w:p>
        </w:tc>
        <w:tc>
          <w:tcPr>
            <w:tcW w:type="dxa" w:w="2686"/>
            <w:vAlign w:val="center"/>
            <w:shd w:fill="EEEEEE" w:val="clear"/>
          </w:tcPr>
          <w:p>
            <w:pPr>
              <w:pStyle w:val="BookTable"/>
            </w:pPr>
            <w:r>
              <w:rPr>
                <w:rFonts w:ascii="Noto Serif" w:hAnsi="Noto Serif" w:eastAsia="Noto Serif CJK SC" w:cs="Noto Serif"/>
                <w:color w:val="000000"/>
                <w:b w:val="1"/>
                <w:bCs w:val="1"/>
                <w:lang w:val="vi-VN" w:eastAsia="zh-CN" w:bidi="vi-VN"/>
              </w:rPr>
              <w:t>Việc được nguồn nêu làm lý do kiêng</w:t>
            </w:r>
          </w:p>
        </w:tc>
        <w:tc>
          <w:tcPr>
            <w:tcW w:type="dxa" w:w="2219"/>
            <w:vAlign w:val="center"/>
            <w:shd w:fill="EEEEEE" w:val="clear"/>
          </w:tcPr>
          <w:p>
            <w:pPr>
              <w:pStyle w:val="BookTable"/>
            </w:pPr>
            <w:r>
              <w:rPr>
                <w:rFonts w:ascii="Noto Serif" w:hAnsi="Noto Serif" w:eastAsia="Noto Serif CJK SC" w:cs="Noto Serif"/>
                <w:color w:val="000000"/>
                <w:b w:val="1"/>
                <w:bCs w:val="1"/>
                <w:lang w:val="vi-VN" w:eastAsia="zh-CN" w:bidi="vi-VN"/>
              </w:rPr>
              <w:t>Cột quả báo trong nguồn</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w:t>
            </w:r>
          </w:p>
        </w:tc>
        <w:tc>
          <w:tcPr>
            <w:tcW w:type="dxa" w:w="2686"/>
            <w:vAlign w:val="center"/>
          </w:tcPr>
          <w:p>
            <w:pPr>
              <w:pStyle w:val="BookTable"/>
            </w:pPr>
            <w:r>
              <w:rPr>
                <w:rFonts w:ascii="Noto Serif" w:hAnsi="Noto Serif" w:eastAsia="Noto Serif CJK SC" w:cs="Noto Serif"/>
                <w:color w:val="000000"/>
                <w:lang w:val="vi-VN" w:eastAsia="zh-CN" w:bidi="vi-VN"/>
              </w:rPr>
              <w:t>Ngày sóc (đầu tháng)</w:t>
            </w:r>
            <w:r>
              <w:br/>
            </w:r>
            <w:r>
              <w:rPr>
                <w:rFonts w:ascii="Noto Serif" w:hAnsi="Noto Serif" w:eastAsia="Noto Serif CJK SC" w:cs="Noto Serif"/>
                <w:color w:val="000000"/>
                <w:lang w:val="vi-VN" w:eastAsia="zh-CN" w:bidi="vi-VN"/>
              </w:rPr>
              <w:t>Ngày đản sinh Sở Giang Vương, điện thứ hai</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w:t>
            </w:r>
          </w:p>
        </w:tc>
        <w:tc>
          <w:tcPr>
            <w:tcW w:type="dxa" w:w="2686"/>
            <w:vAlign w:val="center"/>
          </w:tcPr>
          <w:p>
            <w:pPr>
              <w:pStyle w:val="BookTable"/>
            </w:pPr>
            <w:r>
              <w:rPr>
                <w:rFonts w:ascii="Noto Serif" w:hAnsi="Noto Serif" w:eastAsia="Noto Serif CJK SC" w:cs="Noto Serif"/>
                <w:color w:val="000000"/>
                <w:lang w:val="vi-VN" w:eastAsia="zh-CN" w:bidi="vi-VN"/>
              </w:rPr>
              <w:t>Thần Đẩu giáng xuống</w:t>
            </w:r>
            <w:r>
              <w:br/>
            </w:r>
            <w:r>
              <w:rPr>
                <w:rFonts w:ascii="Noto Serif" w:hAnsi="Noto Serif" w:eastAsia="Noto Serif CJK SC" w:cs="Noto Serif"/>
                <w:color w:val="000000"/>
                <w:lang w:val="vi-VN" w:eastAsia="zh-CN" w:bidi="vi-VN"/>
              </w:rPr>
              <w:t>Ngày đản sinh Huyền Thiên Thượng Đế</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6</w:t>
            </w:r>
          </w:p>
        </w:tc>
        <w:tc>
          <w:tcPr>
            <w:tcW w:type="dxa" w:w="2686"/>
            <w:vAlign w:val="center"/>
          </w:tcPr>
          <w:p>
            <w:pPr>
              <w:pStyle w:val="BookTable"/>
            </w:pPr>
            <w:r>
              <w:rPr>
                <w:rFonts w:ascii="Noto Serif" w:hAnsi="Noto Serif" w:eastAsia="Noto Serif CJK SC" w:cs="Noto Serif"/>
                <w:color w:val="000000"/>
                <w:lang w:val="vi-VN" w:eastAsia="zh-CN" w:bidi="vi-VN"/>
              </w:rPr>
              <w:t>Ngày trai giới kính thần Sấm</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8</w:t>
            </w:r>
          </w:p>
        </w:tc>
        <w:tc>
          <w:tcPr>
            <w:tcW w:type="dxa" w:w="2686"/>
            <w:vAlign w:val="center"/>
          </w:tcPr>
          <w:p>
            <w:pPr>
              <w:pStyle w:val="BookTable"/>
            </w:pPr>
            <w:r>
              <w:rPr>
                <w:rFonts w:ascii="Noto Serif" w:hAnsi="Noto Serif" w:eastAsia="Noto Serif CJK SC" w:cs="Noto Serif"/>
                <w:color w:val="000000"/>
                <w:lang w:val="vi-VN" w:eastAsia="zh-CN" w:bidi="vi-VN"/>
              </w:rPr>
              <w:t>Ngày đản sinh Biện Thành Vương, điện thứ sáu</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9</w:t>
            </w:r>
          </w:p>
        </w:tc>
        <w:tc>
          <w:tcPr>
            <w:tcW w:type="dxa" w:w="2686"/>
            <w:vAlign w:val="center"/>
          </w:tcPr>
          <w:p>
            <w:pPr>
              <w:pStyle w:val="BookTable"/>
            </w:pPr>
            <w:r>
              <w:rPr>
                <w:rFonts w:ascii="Noto Serif" w:hAnsi="Noto Serif" w:eastAsia="Noto Serif CJK SC" w:cs="Noto Serif"/>
                <w:color w:val="000000"/>
                <w:lang w:val="vi-VN" w:eastAsia="zh-CN" w:bidi="vi-VN"/>
              </w:rPr>
              <w:t>Thần Ngưu Quỷ xuất hiện</w:t>
            </w:r>
            <w:r>
              <w:br/>
            </w:r>
            <w:r>
              <w:rPr>
                <w:rFonts w:ascii="Noto Serif" w:hAnsi="Noto Serif" w:eastAsia="Noto Serif CJK SC" w:cs="Noto Serif"/>
                <w:color w:val="000000"/>
                <w:lang w:val="vi-VN" w:eastAsia="zh-CN" w:bidi="vi-VN"/>
              </w:rPr>
              <w:t>Ngày kỵ Dương Công</w:t>
            </w:r>
          </w:p>
        </w:tc>
        <w:tc>
          <w:tcPr>
            <w:tcW w:type="dxa" w:w="2219"/>
            <w:vAlign w:val="center"/>
          </w:tcPr>
          <w:p>
            <w:pPr>
              <w:pStyle w:val="BookTable"/>
            </w:pPr>
            <w:r>
              <w:rPr>
                <w:rFonts w:ascii="Noto Serif" w:hAnsi="Noto Serif" w:eastAsia="Noto Serif CJK SC" w:cs="Noto Serif"/>
                <w:color w:val="000000"/>
                <w:lang w:val="vi-VN" w:eastAsia="zh-CN" w:bidi="vi-VN"/>
              </w:rPr>
              <w:t>Sinh thai xấu</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12</w:t>
            </w:r>
          </w:p>
        </w:tc>
        <w:tc>
          <w:tcPr>
            <w:tcW w:type="dxa" w:w="2686"/>
            <w:vAlign w:val="center"/>
          </w:tcPr>
          <w:p>
            <w:pPr>
              <w:pStyle w:val="BookTable"/>
            </w:pPr>
            <w:r>
              <w:rPr>
                <w:rFonts w:ascii="Noto Serif" w:hAnsi="Noto Serif" w:eastAsia="Noto Serif CJK SC" w:cs="Noto Serif"/>
                <w:color w:val="000000"/>
                <w:lang w:val="vi-VN" w:eastAsia="zh-CN" w:bidi="vi-VN"/>
              </w:rPr>
              <w:t>Ngày đản sinh Ngũ Đạo ở trung ương</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14</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15</w:t>
            </w:r>
          </w:p>
        </w:tc>
        <w:tc>
          <w:tcPr>
            <w:tcW w:type="dxa" w:w="2686"/>
            <w:vAlign w:val="center"/>
          </w:tcPr>
          <w:p>
            <w:pPr>
              <w:pStyle w:val="BookTable"/>
            </w:pPr>
            <w:r>
              <w:rPr>
                <w:rFonts w:ascii="Noto Serif" w:hAnsi="Noto Serif" w:eastAsia="Noto Serif CJK SC" w:cs="Noto Serif"/>
                <w:color w:val="000000"/>
                <w:lang w:val="vi-VN" w:eastAsia="zh-CN" w:bidi="vi-VN"/>
              </w:rPr>
              <w:t>Ngày vọng (rằm)</w:t>
            </w:r>
            <w:r>
              <w:br/>
            </w:r>
            <w:r>
              <w:rPr>
                <w:rFonts w:ascii="Noto Serif" w:hAnsi="Noto Serif" w:eastAsia="Noto Serif CJK SC" w:cs="Noto Serif"/>
                <w:color w:val="000000"/>
                <w:lang w:val="vi-VN" w:eastAsia="zh-CN" w:bidi="vi-VN"/>
              </w:rPr>
              <w:t>Ngày đản sinh Huyền Đàn</w:t>
            </w:r>
            <w:r>
              <w:br/>
            </w:r>
            <w:r>
              <w:rPr>
                <w:rFonts w:ascii="Noto Serif" w:hAnsi="Noto Serif" w:eastAsia="Noto Serif CJK SC" w:cs="Noto Serif"/>
                <w:color w:val="000000"/>
                <w:lang w:val="vi-VN" w:eastAsia="zh-CN" w:bidi="vi-VN"/>
              </w:rPr>
              <w:t>Ngày đản sinh Hạo Thiên Thượng Đế</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16</w:t>
            </w:r>
          </w:p>
        </w:tc>
        <w:tc>
          <w:tcPr>
            <w:tcW w:type="dxa" w:w="2686"/>
            <w:vAlign w:val="center"/>
          </w:tcPr>
          <w:p>
            <w:pPr>
              <w:pStyle w:val="BookTable"/>
            </w:pPr>
            <w:r>
              <w:rPr>
                <w:rFonts w:ascii="Noto Serif" w:hAnsi="Noto Serif" w:eastAsia="Noto Serif CJK SC" w:cs="Noto Serif"/>
                <w:color w:val="000000"/>
                <w:lang w:val="vi-VN" w:eastAsia="zh-CN" w:bidi="vi-VN"/>
              </w:rPr>
              <w:t>Ngày đản sinh Bồ Tát Chuẩn Đề</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18</w:t>
            </w:r>
          </w:p>
        </w:tc>
        <w:tc>
          <w:tcPr>
            <w:tcW w:type="dxa" w:w="2686"/>
            <w:vAlign w:val="center"/>
          </w:tcPr>
          <w:p>
            <w:pPr>
              <w:pStyle w:val="BookTable"/>
            </w:pPr>
            <w:r>
              <w:rPr>
                <w:rFonts w:ascii="Noto Serif" w:hAnsi="Noto Serif" w:eastAsia="Noto Serif CJK SC" w:cs="Noto Serif"/>
                <w:color w:val="000000"/>
                <w:lang w:val="vi-VN" w:eastAsia="zh-CN" w:bidi="vi-VN"/>
              </w:rPr>
              <w:t>Ngày đản sinh Trung Nhạc Đại Đế</w:t>
            </w:r>
            <w:r>
              <w:br/>
            </w:r>
            <w:r>
              <w:rPr>
                <w:rFonts w:ascii="Noto Serif" w:hAnsi="Noto Serif" w:eastAsia="Noto Serif CJK SC" w:cs="Noto Serif"/>
                <w:color w:val="000000"/>
                <w:lang w:val="vi-VN" w:eastAsia="zh-CN" w:bidi="vi-VN"/>
              </w:rPr>
              <w:t>Ngày đản sinh Hậu Thổ Nương Nương</w:t>
            </w:r>
            <w:r>
              <w:br/>
            </w:r>
            <w:r>
              <w:rPr>
                <w:rFonts w:ascii="Noto Serif" w:hAnsi="Noto Serif" w:eastAsia="Noto Serif CJK SC" w:cs="Noto Serif"/>
                <w:color w:val="000000"/>
                <w:lang w:val="vi-VN" w:eastAsia="zh-CN" w:bidi="vi-VN"/>
              </w:rPr>
              <w:t>Tam Mao giáng xuống</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20</w:t>
            </w:r>
          </w:p>
        </w:tc>
        <w:tc>
          <w:tcPr>
            <w:tcW w:type="dxa" w:w="2686"/>
            <w:vAlign w:val="center"/>
          </w:tcPr>
          <w:p>
            <w:pPr>
              <w:pStyle w:val="BookTable"/>
            </w:pPr>
            <w:r>
              <w:rPr>
                <w:rFonts w:ascii="Noto Serif" w:hAnsi="Noto Serif" w:eastAsia="Noto Serif CJK SC" w:cs="Noto Serif"/>
                <w:color w:val="000000"/>
                <w:lang w:val="vi-VN" w:eastAsia="zh-CN" w:bidi="vi-VN"/>
              </w:rPr>
              <w:t>Ngày kho trời đất mở</w:t>
            </w:r>
            <w:r>
              <w:br/>
            </w:r>
            <w:r>
              <w:rPr>
                <w:rFonts w:ascii="Noto Serif" w:hAnsi="Noto Serif" w:eastAsia="Noto Serif CJK SC" w:cs="Noto Serif"/>
                <w:color w:val="000000"/>
                <w:lang w:val="vi-VN" w:eastAsia="zh-CN" w:bidi="vi-VN"/>
              </w:rPr>
              <w:t>Ngày đản sinh Tử Tôn Nương Nương</w:t>
            </w:r>
          </w:p>
        </w:tc>
        <w:tc>
          <w:tcPr>
            <w:tcW w:type="dxa" w:w="2219"/>
            <w:vAlign w:val="center"/>
          </w:tcPr>
          <w:p>
            <w:pPr>
              <w:pStyle w:val="BookTable"/>
            </w:pPr>
            <w:r>
              <w:rPr>
                <w:rFonts w:ascii="Noto Serif" w:hAnsi="Noto Serif" w:eastAsia="Noto Serif CJK SC" w:cs="Noto Serif"/>
                <w:color w:val="000000"/>
                <w:lang w:val="vi-VN" w:eastAsia="zh-CN" w:bidi="vi-VN"/>
              </w:rPr>
              <w:t>Bị tổn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23</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25</w:t>
            </w:r>
          </w:p>
        </w:tc>
        <w:tc>
          <w:tcPr>
            <w:tcW w:type="dxa" w:w="2686"/>
            <w:vAlign w:val="center"/>
          </w:tcPr>
          <w:p>
            <w:pPr>
              <w:pStyle w:val="BookTable"/>
            </w:pPr>
            <w:r>
              <w:rPr>
                <w:rFonts w:ascii="Noto Serif" w:hAnsi="Noto Serif" w:eastAsia="Noto Serif CJK SC" w:cs="Noto Serif"/>
                <w:color w:val="000000"/>
                <w:lang w:val="vi-VN" w:eastAsia="zh-CN" w:bidi="vi-VN"/>
              </w:rPr>
              <w:t>Ngày hối (cuối tháng)</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27</w:t>
            </w:r>
          </w:p>
        </w:tc>
        <w:tc>
          <w:tcPr>
            <w:tcW w:type="dxa" w:w="2686"/>
            <w:vAlign w:val="center"/>
          </w:tcPr>
          <w:p>
            <w:pPr>
              <w:pStyle w:val="BookTable"/>
            </w:pPr>
            <w:r>
              <w:rPr>
                <w:rFonts w:ascii="Noto Serif" w:hAnsi="Noto Serif" w:eastAsia="Noto Serif CJK SC" w:cs="Noto Serif"/>
                <w:color w:val="000000"/>
                <w:lang w:val="vi-VN" w:eastAsia="zh-CN" w:bidi="vi-VN"/>
              </w:rPr>
              <w:t>Thần Đẩu giáng xuống</w:t>
            </w:r>
            <w:r>
              <w:br/>
            </w:r>
            <w:r>
              <w:rPr>
                <w:rFonts w:ascii="Noto Serif" w:hAnsi="Noto Serif" w:eastAsia="Noto Serif CJK SC" w:cs="Noto Serif"/>
                <w:color w:val="000000"/>
                <w:lang w:val="vi-VN" w:eastAsia="zh-CN" w:bidi="vi-VN"/>
              </w:rPr>
              <w:t>Ngày đản sinh Thái Sơn Vương, điện thứ bảy</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28</w:t>
            </w:r>
          </w:p>
        </w:tc>
        <w:tc>
          <w:tcPr>
            <w:tcW w:type="dxa" w:w="2686"/>
            <w:vAlign w:val="center"/>
          </w:tcPr>
          <w:p>
            <w:pPr>
              <w:pStyle w:val="BookTable"/>
            </w:pPr>
            <w:r>
              <w:rPr>
                <w:rFonts w:ascii="Noto Serif" w:hAnsi="Noto Serif" w:eastAsia="Noto Serif CJK SC" w:cs="Noto Serif"/>
                <w:color w:val="000000"/>
                <w:lang w:val="vi-VN" w:eastAsia="zh-CN" w:bidi="vi-VN"/>
              </w:rPr>
              <w:t>Nhân thần ở vùng âm bộ</w:t>
            </w:r>
            <w:r>
              <w:br/>
            </w:r>
            <w:r>
              <w:rPr>
                <w:rFonts w:ascii="Noto Serif" w:hAnsi="Noto Serif" w:eastAsia="Noto Serif CJK SC" w:cs="Noto Serif"/>
                <w:color w:val="000000"/>
                <w:lang w:val="vi-VN" w:eastAsia="zh-CN" w:bidi="vi-VN"/>
              </w:rPr>
              <w:t>Ngày đản sinh Chí Thánh Tiên Sư Thương Hiệt</w:t>
            </w:r>
          </w:p>
        </w:tc>
        <w:tc>
          <w:tcPr>
            <w:tcW w:type="dxa" w:w="2219"/>
            <w:vAlign w:val="center"/>
          </w:tcPr>
          <w:p>
            <w:pPr>
              <w:pStyle w:val="BookTable"/>
            </w:pPr>
            <w:r>
              <w:rPr>
                <w:rFonts w:ascii="Noto Serif" w:hAnsi="Noto Serif" w:eastAsia="Noto Serif CJK SC" w:cs="Noto Serif"/>
                <w:color w:val="000000"/>
                <w:lang w:val="vi-VN" w:eastAsia="zh-CN" w:bidi="vi-VN"/>
              </w:rPr>
              <w:t>Mắc bệnh</w:t>
            </w:r>
            <w:r>
              <w:br/>
            </w:r>
            <w:r>
              <w:rPr>
                <w:rFonts w:ascii="Noto Serif" w:hAnsi="Noto Serif" w:eastAsia="Noto Serif CJK SC" w:cs="Noto Serif"/>
                <w:color w:val="000000"/>
                <w:lang w:val="vi-VN" w:eastAsia="zh-CN" w:bidi="vi-VN"/>
              </w:rPr>
              <w:t>Bị giảm phúc lộc,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29</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30</w:t>
            </w:r>
          </w:p>
        </w:tc>
        <w:tc>
          <w:tcPr>
            <w:tcW w:type="dxa" w:w="2686"/>
            <w:vAlign w:val="center"/>
          </w:tcPr>
          <w:p>
            <w:pPr>
              <w:pStyle w:val="BookTable"/>
            </w:pPr>
            <w:r>
              <w:rPr>
                <w:rFonts w:ascii="Noto Serif" w:hAnsi="Noto Serif" w:eastAsia="Noto Serif CJK SC" w:cs="Noto Serif"/>
                <w:color w:val="000000"/>
                <w:lang w:val="vi-VN" w:eastAsia="zh-CN" w:bidi="vi-VN"/>
              </w:rPr>
              <w:t>Ngày hối (cuối tháng)</w:t>
            </w:r>
            <w:r>
              <w:br/>
            </w:r>
            <w:r>
              <w:rPr>
                <w:rFonts w:ascii="Noto Serif" w:hAnsi="Noto Serif" w:eastAsia="Noto Serif CJK SC" w:cs="Noto Serif"/>
                <w:color w:val="000000"/>
                <w:lang w:val="vi-VN" w:eastAsia="zh-CN" w:bidi="vi-VN"/>
              </w:rPr>
              <w:t>Tư Mệnh tâu việc</w:t>
            </w:r>
            <w:r>
              <w:br/>
            </w:r>
            <w:r>
              <w:rPr>
                <w:rFonts w:ascii="Noto Serif" w:hAnsi="Noto Serif" w:eastAsia="Noto Serif CJK SC" w:cs="Noto Serif"/>
                <w:color w:val="000000"/>
                <w:lang w:val="vi-VN" w:eastAsia="zh-CN" w:bidi="vi-VN"/>
              </w:rPr>
              <w:t>Tứ Thiên Vương tuần hành</w:t>
            </w:r>
            <w:r>
              <w:br/>
            </w:r>
            <w:r>
              <w:rPr>
                <w:rFonts w:ascii="Noto Serif" w:hAnsi="Noto Serif" w:eastAsia="Noto Serif CJK SC" w:cs="Noto Serif"/>
                <w:color w:val="000000"/>
                <w:lang w:val="vi-VN" w:eastAsia="zh-CN" w:bidi="vi-VN"/>
              </w:rPr>
              <w:t>(nếu là tháng thiếu thì kiêng vào ngày 29)</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bookmarkEnd w:id="20"/>
          </w:p>
        </w:tc>
      </w:tr>
    </w:tbl>
    <w:p>
      <w:pPr>
        <w:pStyle w:val="Heading3"/>
        <w:pageBreakBefore w:val="0"/>
      </w:pPr>
      <w:bookmarkStart w:id="22" w:name="bd08db5fc243b201c35512600c822e6"/>
      <w:bookmarkStart w:id="21" w:name="bc863a16392d50fc1799451c807a161"/>
      <w:bookmarkEnd w:id="21"/>
      <w:r>
        <w:rPr>
          <w:rFonts w:ascii="Noto Serif" w:hAnsi="Noto Serif" w:eastAsia="Noto Serif CJK SC" w:cs="Noto Serif"/>
          <w:color w:val="000000"/>
          <w:lang w:val="vi-VN" w:eastAsia="zh-CN" w:bidi="vi-VN"/>
        </w:rPr>
        <w:t>Tháng 4</w:t>
      </w:r>
      <w:bookmarkEnd w:id="22"/>
    </w:p>
    <w:tbl>
      <w:tblPr>
        <w:tblW w:type="dxa" w:w="583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34"/>
        <w:gridCol w:w="2686"/>
        <w:gridCol w:w="2219"/>
      </w:tblGrid>
      <w:tr>
        <w:trPr>
          <w:cantSplit/>
          <w:tblHeader/>
        </w:trPr>
        <w:tc>
          <w:tcPr>
            <w:tcW w:type="dxa" w:w="934"/>
            <w:vAlign w:val="center"/>
            <w:shd w:fill="EEEEEE" w:val="clear"/>
          </w:tcPr>
          <w:p>
            <w:pPr>
              <w:pStyle w:val="BookTable"/>
            </w:pPr>
            <w:bookmarkStart w:id="23" w:name="b842d8cf32944c06b78afa11624c656"/>
            <w:r>
              <w:rPr>
                <w:rFonts w:ascii="Noto Serif" w:hAnsi="Noto Serif" w:eastAsia="Noto Serif CJK SC" w:cs="Noto Serif"/>
                <w:color w:val="000000"/>
                <w:b w:val="1"/>
                <w:bCs w:val="1"/>
                <w:lang w:val="vi-VN" w:eastAsia="zh-CN" w:bidi="vi-VN"/>
              </w:rPr>
              <w:t>Ngày</w:t>
            </w:r>
          </w:p>
        </w:tc>
        <w:tc>
          <w:tcPr>
            <w:tcW w:type="dxa" w:w="2686"/>
            <w:vAlign w:val="center"/>
            <w:shd w:fill="EEEEEE" w:val="clear"/>
          </w:tcPr>
          <w:p>
            <w:pPr>
              <w:pStyle w:val="BookTable"/>
            </w:pPr>
            <w:r>
              <w:rPr>
                <w:rFonts w:ascii="Noto Serif" w:hAnsi="Noto Serif" w:eastAsia="Noto Serif CJK SC" w:cs="Noto Serif"/>
                <w:color w:val="000000"/>
                <w:b w:val="1"/>
                <w:bCs w:val="1"/>
                <w:lang w:val="vi-VN" w:eastAsia="zh-CN" w:bidi="vi-VN"/>
              </w:rPr>
              <w:t>Việc được nguồn nêu làm lý do kiêng</w:t>
            </w:r>
          </w:p>
        </w:tc>
        <w:tc>
          <w:tcPr>
            <w:tcW w:type="dxa" w:w="2219"/>
            <w:vAlign w:val="center"/>
            <w:shd w:fill="EEEEEE" w:val="clear"/>
          </w:tcPr>
          <w:p>
            <w:pPr>
              <w:pStyle w:val="BookTable"/>
            </w:pPr>
            <w:r>
              <w:rPr>
                <w:rFonts w:ascii="Noto Serif" w:hAnsi="Noto Serif" w:eastAsia="Noto Serif CJK SC" w:cs="Noto Serif"/>
                <w:color w:val="000000"/>
                <w:b w:val="1"/>
                <w:bCs w:val="1"/>
                <w:lang w:val="vi-VN" w:eastAsia="zh-CN" w:bidi="vi-VN"/>
              </w:rPr>
              <w:t>Cột quả báo trong nguồn</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w:t>
            </w:r>
          </w:p>
        </w:tc>
        <w:tc>
          <w:tcPr>
            <w:tcW w:type="dxa" w:w="2686"/>
            <w:vAlign w:val="center"/>
          </w:tcPr>
          <w:p>
            <w:pPr>
              <w:pStyle w:val="BookTable"/>
            </w:pPr>
            <w:r>
              <w:rPr>
                <w:rFonts w:ascii="Noto Serif" w:hAnsi="Noto Serif" w:eastAsia="Noto Serif CJK SC" w:cs="Noto Serif"/>
                <w:color w:val="000000"/>
                <w:lang w:val="vi-VN" w:eastAsia="zh-CN" w:bidi="vi-VN"/>
              </w:rPr>
              <w:t>Ngày sóc (đầu tháng)</w:t>
            </w:r>
            <w:r>
              <w:br/>
            </w:r>
            <w:r>
              <w:rPr>
                <w:rFonts w:ascii="Noto Serif" w:hAnsi="Noto Serif" w:eastAsia="Noto Serif CJK SC" w:cs="Noto Serif"/>
                <w:color w:val="000000"/>
                <w:lang w:val="vi-VN" w:eastAsia="zh-CN" w:bidi="vi-VN"/>
              </w:rPr>
              <w:t>Ngày đản sinh Đô Thị Vương, điện thứ tám</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w:t>
            </w:r>
          </w:p>
        </w:tc>
        <w:tc>
          <w:tcPr>
            <w:tcW w:type="dxa" w:w="2686"/>
            <w:vAlign w:val="center"/>
          </w:tcPr>
          <w:p>
            <w:pPr>
              <w:pStyle w:val="BookTable"/>
            </w:pPr>
            <w:r>
              <w:rPr>
                <w:rFonts w:ascii="Noto Serif" w:hAnsi="Noto Serif" w:eastAsia="Noto Serif CJK SC" w:cs="Noto Serif"/>
                <w:color w:val="000000"/>
                <w:lang w:val="vi-VN" w:eastAsia="zh-CN" w:bidi="vi-VN"/>
              </w:rPr>
              <w:t>Thần Đẩu giáng xuống</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4</w:t>
            </w:r>
          </w:p>
        </w:tc>
        <w:tc>
          <w:tcPr>
            <w:tcW w:type="dxa" w:w="2686"/>
            <w:vAlign w:val="center"/>
          </w:tcPr>
          <w:p>
            <w:pPr>
              <w:pStyle w:val="BookTable"/>
            </w:pPr>
            <w:r>
              <w:rPr>
                <w:rFonts w:ascii="Noto Serif" w:hAnsi="Noto Serif" w:eastAsia="Noto Serif CJK SC" w:cs="Noto Serif"/>
                <w:color w:val="000000"/>
                <w:lang w:val="vi-VN" w:eastAsia="zh-CN" w:bidi="vi-VN"/>
              </w:rPr>
              <w:t>Muôn thần giáo hóa hướng thiện</w:t>
            </w:r>
            <w:r>
              <w:br/>
            </w:r>
            <w:r>
              <w:rPr>
                <w:rFonts w:ascii="Noto Serif" w:hAnsi="Noto Serif" w:eastAsia="Noto Serif CJK SC" w:cs="Noto Serif"/>
                <w:color w:val="000000"/>
                <w:lang w:val="vi-VN" w:eastAsia="zh-CN" w:bidi="vi-VN"/>
              </w:rPr>
              <w:t>Ngày đản sinh Bồ Tát Văn Thù</w:t>
            </w:r>
          </w:p>
        </w:tc>
        <w:tc>
          <w:tcPr>
            <w:tcW w:type="dxa" w:w="2219"/>
            <w:vAlign w:val="center"/>
          </w:tcPr>
          <w:p>
            <w:pPr>
              <w:pStyle w:val="BookTable"/>
            </w:pPr>
            <w:r>
              <w:rPr>
                <w:rFonts w:ascii="Noto Serif" w:hAnsi="Noto Serif" w:eastAsia="Noto Serif CJK SC" w:cs="Noto Serif"/>
                <w:color w:val="000000"/>
                <w:lang w:val="vi-VN" w:eastAsia="zh-CN" w:bidi="vi-VN"/>
              </w:rPr>
              <w:t>“</w:t>
            </w:r>
            <w:r>
              <w:rPr>
                <w:rFonts w:ascii="Noto Serif CJK SC" w:hAnsi="Noto Serif CJK SC" w:eastAsia="Noto Serif CJK SC" w:cs="Noto Serif CJK SC"/>
                <w:color w:val="000000"/>
                <w:lang w:val="vi-VN" w:eastAsia="zh-CN" w:bidi="vi-VN"/>
              </w:rPr>
              <w:t>失瘏” [</w:t>
            </w:r>
            <w:r>
              <w:rPr>
                <w:rFonts w:ascii="Noto Serif" w:hAnsi="Noto Serif" w:eastAsia="Noto Serif CJK SC" w:cs="Noto Serif"/>
                <w:color w:val="000000"/>
                <w:lang w:val="vi-VN" w:eastAsia="zh-CN" w:bidi="vi-VN"/>
              </w:rPr>
              <w:t>chữ trong nguồn còn chưa rõ]; thai chết yểu</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6</w:t>
            </w:r>
          </w:p>
        </w:tc>
        <w:tc>
          <w:tcPr>
            <w:tcW w:type="dxa" w:w="2686"/>
            <w:vAlign w:val="center"/>
          </w:tcPr>
          <w:p>
            <w:pPr>
              <w:pStyle w:val="BookTable"/>
            </w:pPr>
            <w:r>
              <w:rPr>
                <w:rFonts w:ascii="Noto Serif" w:hAnsi="Noto Serif" w:eastAsia="Noto Serif CJK SC" w:cs="Noto Serif"/>
                <w:color w:val="000000"/>
                <w:lang w:val="vi-VN" w:eastAsia="zh-CN" w:bidi="vi-VN"/>
              </w:rPr>
              <w:t>Ngày trai giới kính thần Sấm</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8</w:t>
            </w:r>
          </w:p>
        </w:tc>
        <w:tc>
          <w:tcPr>
            <w:tcW w:type="dxa" w:w="2686"/>
            <w:vAlign w:val="center"/>
          </w:tcPr>
          <w:p>
            <w:pPr>
              <w:pStyle w:val="BookTable"/>
            </w:pPr>
            <w:r>
              <w:rPr>
                <w:rFonts w:ascii="Noto Serif" w:hAnsi="Noto Serif" w:eastAsia="Noto Serif CJK SC" w:cs="Noto Serif"/>
                <w:color w:val="000000"/>
                <w:lang w:val="vi-VN" w:eastAsia="zh-CN" w:bidi="vi-VN"/>
              </w:rPr>
              <w:t>Ngày đản sinh Đức Phật Thích Ca Mâu Ni</w:t>
            </w:r>
            <w:r>
              <w:br/>
            </w:r>
            <w:r>
              <w:rPr>
                <w:rFonts w:ascii="Noto Serif" w:hAnsi="Noto Serif" w:eastAsia="Noto Serif CJK SC" w:cs="Noto Serif"/>
                <w:color w:val="000000"/>
                <w:lang w:val="vi-VN" w:eastAsia="zh-CN" w:bidi="vi-VN"/>
              </w:rPr>
              <w:t>Muôn thần giáo hóa hướng thiện</w:t>
            </w:r>
            <w:r>
              <w:br/>
            </w:r>
            <w:r>
              <w:rPr>
                <w:rFonts w:ascii="Noto Serif" w:hAnsi="Noto Serif" w:eastAsia="Noto Serif CJK SC" w:cs="Noto Serif"/>
                <w:color w:val="000000"/>
                <w:lang w:val="vi-VN" w:eastAsia="zh-CN" w:bidi="vi-VN"/>
              </w:rPr>
              <w:t>Thiện Ác Đồng Tử giáng xuống</w:t>
            </w:r>
            <w:r>
              <w:br/>
            </w:r>
            <w:r>
              <w:rPr>
                <w:rFonts w:ascii="Noto Serif" w:hAnsi="Noto Serif" w:eastAsia="Noto Serif CJK SC" w:cs="Noto Serif"/>
                <w:color w:val="000000"/>
                <w:lang w:val="vi-VN" w:eastAsia="zh-CN" w:bidi="vi-VN"/>
              </w:rPr>
              <w:t>Ngày đản sinh Bình Đẳng Vương, điện thứ chín</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r>
              <w:br/>
            </w:r>
            <w:r>
              <w:rPr>
                <w:rFonts w:ascii="Noto Serif" w:hAnsi="Noto Serif" w:eastAsia="Noto Serif CJK SC" w:cs="Noto Serif"/>
                <w:color w:val="000000"/>
                <w:lang w:val="vi-VN" w:eastAsia="zh-CN" w:bidi="vi-VN"/>
              </w:rPr>
              <w:t>“</w:t>
            </w:r>
            <w:r>
              <w:rPr>
                <w:rFonts w:ascii="Noto Serif CJK SC" w:hAnsi="Noto Serif CJK SC" w:eastAsia="Noto Serif CJK SC" w:cs="Noto Serif CJK SC"/>
                <w:color w:val="000000"/>
                <w:lang w:val="vi-VN" w:eastAsia="zh-CN" w:bidi="vi-VN"/>
              </w:rPr>
              <w:t>失瘏” [</w:t>
            </w:r>
            <w:r>
              <w:rPr>
                <w:rFonts w:ascii="Noto Serif" w:hAnsi="Noto Serif" w:eastAsia="Noto Serif CJK SC" w:cs="Noto Serif"/>
                <w:color w:val="000000"/>
                <w:lang w:val="vi-VN" w:eastAsia="zh-CN" w:bidi="vi-VN"/>
              </w:rPr>
              <w:t>chữ trong nguồn còn chưa rõ]; thai chết yểu</w:t>
            </w:r>
            <w:r>
              <w:br/>
            </w:r>
            <w:r>
              <w:rPr>
                <w:rFonts w:ascii="Noto Serif" w:hAnsi="Noto Serif" w:eastAsia="Noto Serif CJK SC" w:cs="Noto Serif"/>
                <w:color w:val="000000"/>
                <w:lang w:val="vi-VN" w:eastAsia="zh-CN" w:bidi="vi-VN"/>
              </w:rPr>
              <w:t>Chết vì máu</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14</w:t>
            </w:r>
          </w:p>
        </w:tc>
        <w:tc>
          <w:tcPr>
            <w:tcW w:type="dxa" w:w="2686"/>
            <w:vAlign w:val="center"/>
          </w:tcPr>
          <w:p>
            <w:pPr>
              <w:pStyle w:val="BookTable"/>
            </w:pPr>
            <w:r>
              <w:rPr>
                <w:rFonts w:ascii="Noto Serif" w:hAnsi="Noto Serif" w:eastAsia="Noto Serif CJK SC" w:cs="Noto Serif"/>
                <w:color w:val="000000"/>
                <w:lang w:val="vi-VN" w:eastAsia="zh-CN" w:bidi="vi-VN"/>
              </w:rPr>
              <w:t>Ngày đản sinh Thuần Dương Tổ Sư</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15</w:t>
            </w:r>
          </w:p>
        </w:tc>
        <w:tc>
          <w:tcPr>
            <w:tcW w:type="dxa" w:w="2686"/>
            <w:vAlign w:val="center"/>
          </w:tcPr>
          <w:p>
            <w:pPr>
              <w:pStyle w:val="BookTable"/>
            </w:pPr>
            <w:r>
              <w:rPr>
                <w:rFonts w:ascii="Noto Serif" w:hAnsi="Noto Serif" w:eastAsia="Noto Serif CJK SC" w:cs="Noto Serif"/>
                <w:color w:val="000000"/>
                <w:lang w:val="vi-VN" w:eastAsia="zh-CN" w:bidi="vi-VN"/>
              </w:rPr>
              <w:t>Ngày vọng (rằm)</w:t>
            </w:r>
            <w:r>
              <w:br/>
            </w:r>
            <w:r>
              <w:rPr>
                <w:rFonts w:ascii="Noto Serif" w:hAnsi="Noto Serif" w:eastAsia="Noto Serif CJK SC" w:cs="Noto Serif"/>
                <w:color w:val="000000"/>
                <w:lang w:val="vi-VN" w:eastAsia="zh-CN" w:bidi="vi-VN"/>
              </w:rPr>
              <w:t>Ngày đản sinh Chung Ly Tổ Sư</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16</w:t>
            </w:r>
          </w:p>
        </w:tc>
        <w:tc>
          <w:tcPr>
            <w:tcW w:type="dxa" w:w="2686"/>
            <w:vAlign w:val="center"/>
          </w:tcPr>
          <w:p>
            <w:pPr>
              <w:pStyle w:val="BookTable"/>
            </w:pPr>
            <w:r>
              <w:rPr>
                <w:rFonts w:ascii="Noto Serif" w:hAnsi="Noto Serif" w:eastAsia="Noto Serif CJK SC" w:cs="Noto Serif"/>
                <w:color w:val="000000"/>
                <w:lang w:val="vi-VN" w:eastAsia="zh-CN" w:bidi="vi-VN"/>
              </w:rPr>
              <w:t>Ngày kho trời đất mở</w:t>
            </w:r>
          </w:p>
        </w:tc>
        <w:tc>
          <w:tcPr>
            <w:tcW w:type="dxa" w:w="2219"/>
            <w:vAlign w:val="center"/>
          </w:tcPr>
          <w:p>
            <w:pPr>
              <w:pStyle w:val="BookTable"/>
            </w:pPr>
            <w:r>
              <w:rPr>
                <w:rFonts w:ascii="Noto Serif" w:hAnsi="Noto Serif" w:eastAsia="Noto Serif CJK SC" w:cs="Noto Serif"/>
                <w:color w:val="000000"/>
                <w:lang w:val="vi-VN" w:eastAsia="zh-CN" w:bidi="vi-VN"/>
              </w:rPr>
              <w:t>Bị tổn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17</w:t>
            </w:r>
          </w:p>
        </w:tc>
        <w:tc>
          <w:tcPr>
            <w:tcW w:type="dxa" w:w="2686"/>
            <w:vAlign w:val="center"/>
          </w:tcPr>
          <w:p>
            <w:pPr>
              <w:pStyle w:val="BookTable"/>
            </w:pPr>
            <w:r>
              <w:rPr>
                <w:rFonts w:ascii="Noto Serif" w:hAnsi="Noto Serif" w:eastAsia="Noto Serif CJK SC" w:cs="Noto Serif"/>
                <w:color w:val="000000"/>
                <w:lang w:val="vi-VN" w:eastAsia="zh-CN" w:bidi="vi-VN"/>
              </w:rPr>
              <w:t>Ngày đản sinh Chuyển Luân Vương, điện thứ mười</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18</w:t>
            </w:r>
          </w:p>
        </w:tc>
        <w:tc>
          <w:tcPr>
            <w:tcW w:type="dxa" w:w="2686"/>
            <w:vAlign w:val="center"/>
          </w:tcPr>
          <w:p>
            <w:pPr>
              <w:pStyle w:val="BookTable"/>
            </w:pPr>
            <w:r>
              <w:rPr>
                <w:rFonts w:ascii="Noto Serif" w:hAnsi="Noto Serif" w:eastAsia="Noto Serif CJK SC" w:cs="Noto Serif"/>
                <w:color w:val="000000"/>
                <w:lang w:val="vi-VN" w:eastAsia="zh-CN" w:bidi="vi-VN"/>
              </w:rPr>
              <w:t>Ngày kho trời đất mở</w:t>
            </w:r>
            <w:r>
              <w:br/>
            </w:r>
            <w:r>
              <w:rPr>
                <w:rFonts w:ascii="Noto Serif" w:hAnsi="Noto Serif" w:eastAsia="Noto Serif CJK SC" w:cs="Noto Serif"/>
                <w:color w:val="000000"/>
                <w:lang w:val="vi-VN" w:eastAsia="zh-CN" w:bidi="vi-VN"/>
              </w:rPr>
              <w:t>Ngày đản sinh Tử Vi Đại Đế</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20</w:t>
            </w:r>
          </w:p>
        </w:tc>
        <w:tc>
          <w:tcPr>
            <w:tcW w:type="dxa" w:w="2686"/>
            <w:vAlign w:val="center"/>
          </w:tcPr>
          <w:p>
            <w:pPr>
              <w:pStyle w:val="BookTable"/>
            </w:pPr>
            <w:r>
              <w:rPr>
                <w:rFonts w:ascii="Noto Serif" w:hAnsi="Noto Serif" w:eastAsia="Noto Serif CJK SC" w:cs="Noto Serif"/>
                <w:color w:val="000000"/>
                <w:lang w:val="vi-VN" w:eastAsia="zh-CN" w:bidi="vi-VN"/>
              </w:rPr>
              <w:t>Ngày đản sinh Nhãn Quang Thánh Mẫu</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23</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25</w:t>
            </w:r>
          </w:p>
        </w:tc>
        <w:tc>
          <w:tcPr>
            <w:tcW w:type="dxa" w:w="2686"/>
            <w:vAlign w:val="center"/>
          </w:tcPr>
          <w:p>
            <w:pPr>
              <w:pStyle w:val="BookTable"/>
            </w:pPr>
            <w:r>
              <w:rPr>
                <w:rFonts w:ascii="Noto Serif" w:hAnsi="Noto Serif" w:eastAsia="Noto Serif CJK SC" w:cs="Noto Serif"/>
                <w:color w:val="000000"/>
                <w:lang w:val="vi-VN" w:eastAsia="zh-CN" w:bidi="vi-VN"/>
              </w:rPr>
              <w:t>Ngày hối (cuối tháng)</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27</w:t>
            </w:r>
          </w:p>
        </w:tc>
        <w:tc>
          <w:tcPr>
            <w:tcW w:type="dxa" w:w="2686"/>
            <w:vAlign w:val="center"/>
          </w:tcPr>
          <w:p>
            <w:pPr>
              <w:pStyle w:val="BookTable"/>
            </w:pPr>
            <w:r>
              <w:rPr>
                <w:rFonts w:ascii="Noto Serif" w:hAnsi="Noto Serif" w:eastAsia="Noto Serif CJK SC" w:cs="Noto Serif"/>
                <w:color w:val="000000"/>
                <w:lang w:val="vi-VN" w:eastAsia="zh-CN" w:bidi="vi-VN"/>
              </w:rPr>
              <w:t>Thần Đẩu giáng xuống</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28</w:t>
            </w:r>
          </w:p>
        </w:tc>
        <w:tc>
          <w:tcPr>
            <w:tcW w:type="dxa" w:w="2686"/>
            <w:vAlign w:val="center"/>
          </w:tcPr>
          <w:p>
            <w:pPr>
              <w:pStyle w:val="BookTable"/>
            </w:pPr>
            <w:r>
              <w:rPr>
                <w:rFonts w:ascii="Noto Serif" w:hAnsi="Noto Serif" w:eastAsia="Noto Serif CJK SC" w:cs="Noto Serif"/>
                <w:color w:val="000000"/>
                <w:lang w:val="vi-VN" w:eastAsia="zh-CN" w:bidi="vi-VN"/>
              </w:rPr>
              <w:t>Nhân thần ở vùng âm bộ</w:t>
            </w:r>
          </w:p>
        </w:tc>
        <w:tc>
          <w:tcPr>
            <w:tcW w:type="dxa" w:w="2219"/>
            <w:vAlign w:val="center"/>
          </w:tcPr>
          <w:p>
            <w:pPr>
              <w:pStyle w:val="BookTable"/>
            </w:pPr>
            <w:r>
              <w:rPr>
                <w:rFonts w:ascii="Noto Serif" w:hAnsi="Noto Serif" w:eastAsia="Noto Serif CJK SC" w:cs="Noto Serif"/>
                <w:color w:val="000000"/>
                <w:lang w:val="vi-VN" w:eastAsia="zh-CN" w:bidi="vi-VN"/>
              </w:rPr>
              <w:t>Mắc bệnh</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29</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30</w:t>
            </w:r>
          </w:p>
        </w:tc>
        <w:tc>
          <w:tcPr>
            <w:tcW w:type="dxa" w:w="2686"/>
            <w:vAlign w:val="center"/>
          </w:tcPr>
          <w:p>
            <w:pPr>
              <w:pStyle w:val="BookTable"/>
            </w:pPr>
            <w:r>
              <w:rPr>
                <w:rFonts w:ascii="Noto Serif" w:hAnsi="Noto Serif" w:eastAsia="Noto Serif CJK SC" w:cs="Noto Serif"/>
                <w:color w:val="000000"/>
                <w:lang w:val="vi-VN" w:eastAsia="zh-CN" w:bidi="vi-VN"/>
              </w:rPr>
              <w:t>Ngày hối (cuối tháng)</w:t>
            </w:r>
            <w:r>
              <w:br/>
            </w:r>
            <w:r>
              <w:rPr>
                <w:rFonts w:ascii="Noto Serif" w:hAnsi="Noto Serif" w:eastAsia="Noto Serif CJK SC" w:cs="Noto Serif"/>
                <w:color w:val="000000"/>
                <w:lang w:val="vi-VN" w:eastAsia="zh-CN" w:bidi="vi-VN"/>
              </w:rPr>
              <w:t>Tư Mệnh tâu việc</w:t>
            </w:r>
            <w:r>
              <w:br/>
            </w:r>
            <w:r>
              <w:rPr>
                <w:rFonts w:ascii="Noto Serif" w:hAnsi="Noto Serif" w:eastAsia="Noto Serif CJK SC" w:cs="Noto Serif"/>
                <w:color w:val="000000"/>
                <w:lang w:val="vi-VN" w:eastAsia="zh-CN" w:bidi="vi-VN"/>
              </w:rPr>
              <w:t>Tứ Thiên Vương tuần hành</w:t>
            </w:r>
            <w:r>
              <w:br/>
            </w:r>
            <w:r>
              <w:rPr>
                <w:rFonts w:ascii="Noto Serif" w:hAnsi="Noto Serif" w:eastAsia="Noto Serif CJK SC" w:cs="Noto Serif"/>
                <w:color w:val="000000"/>
                <w:lang w:val="vi-VN" w:eastAsia="zh-CN" w:bidi="vi-VN"/>
              </w:rPr>
              <w:t>(nếu gặp tháng thiếu thì kiêng vào ngày 29)</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bookmarkEnd w:id="23"/>
          </w:p>
        </w:tc>
      </w:tr>
    </w:tbl>
    <w:p>
      <w:pPr>
        <w:pStyle w:val="Heading3"/>
        <w:pageBreakBefore w:val="0"/>
      </w:pPr>
      <w:bookmarkStart w:id="25" w:name="bafef648db0ec9959a66a7f3d934fe9"/>
      <w:bookmarkStart w:id="24" w:name="beb5fad826cd4a0cf141c3b3a23be90"/>
      <w:bookmarkEnd w:id="24"/>
      <w:r>
        <w:rPr>
          <w:rFonts w:ascii="Noto Serif" w:hAnsi="Noto Serif" w:eastAsia="Noto Serif CJK SC" w:cs="Noto Serif"/>
          <w:color w:val="000000"/>
          <w:lang w:val="vi-VN" w:eastAsia="zh-CN" w:bidi="vi-VN"/>
        </w:rPr>
        <w:t>Tháng 5</w:t>
      </w:r>
      <w:bookmarkEnd w:id="25"/>
    </w:p>
    <w:tbl>
      <w:tblPr>
        <w:tblW w:type="dxa" w:w="583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34"/>
        <w:gridCol w:w="2686"/>
        <w:gridCol w:w="2219"/>
      </w:tblGrid>
      <w:tr>
        <w:trPr>
          <w:cantSplit/>
          <w:tblHeader/>
        </w:trPr>
        <w:tc>
          <w:tcPr>
            <w:tcW w:type="dxa" w:w="934"/>
            <w:vAlign w:val="center"/>
            <w:shd w:fill="EEEEEE" w:val="clear"/>
          </w:tcPr>
          <w:p>
            <w:pPr>
              <w:pStyle w:val="BookTable"/>
            </w:pPr>
            <w:bookmarkStart w:id="26" w:name="b75e0f40931cedffaec7fab6a4b49c5"/>
            <w:r>
              <w:rPr>
                <w:rFonts w:ascii="Noto Serif" w:hAnsi="Noto Serif" w:eastAsia="Noto Serif CJK SC" w:cs="Noto Serif"/>
                <w:color w:val="000000"/>
                <w:b w:val="1"/>
                <w:bCs w:val="1"/>
                <w:lang w:val="vi-VN" w:eastAsia="zh-CN" w:bidi="vi-VN"/>
              </w:rPr>
              <w:t>Ngày</w:t>
            </w:r>
          </w:p>
        </w:tc>
        <w:tc>
          <w:tcPr>
            <w:tcW w:type="dxa" w:w="2686"/>
            <w:vAlign w:val="center"/>
            <w:shd w:fill="EEEEEE" w:val="clear"/>
          </w:tcPr>
          <w:p>
            <w:pPr>
              <w:pStyle w:val="BookTable"/>
            </w:pPr>
            <w:r>
              <w:rPr>
                <w:rFonts w:ascii="Noto Serif" w:hAnsi="Noto Serif" w:eastAsia="Noto Serif CJK SC" w:cs="Noto Serif"/>
                <w:color w:val="000000"/>
                <w:b w:val="1"/>
                <w:bCs w:val="1"/>
                <w:lang w:val="vi-VN" w:eastAsia="zh-CN" w:bidi="vi-VN"/>
              </w:rPr>
              <w:t>Việc được nguồn nêu làm lý do kiêng</w:t>
            </w:r>
          </w:p>
        </w:tc>
        <w:tc>
          <w:tcPr>
            <w:tcW w:type="dxa" w:w="2219"/>
            <w:vAlign w:val="center"/>
            <w:shd w:fill="EEEEEE" w:val="clear"/>
          </w:tcPr>
          <w:p>
            <w:pPr>
              <w:pStyle w:val="BookTable"/>
            </w:pPr>
            <w:r>
              <w:rPr>
                <w:rFonts w:ascii="Noto Serif" w:hAnsi="Noto Serif" w:eastAsia="Noto Serif CJK SC" w:cs="Noto Serif"/>
                <w:color w:val="000000"/>
                <w:b w:val="1"/>
                <w:bCs w:val="1"/>
                <w:lang w:val="vi-VN" w:eastAsia="zh-CN" w:bidi="vi-VN"/>
              </w:rPr>
              <w:t>Cột quả báo trong nguồn</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w:t>
            </w:r>
          </w:p>
        </w:tc>
        <w:tc>
          <w:tcPr>
            <w:tcW w:type="dxa" w:w="2686"/>
            <w:vAlign w:val="center"/>
          </w:tcPr>
          <w:p>
            <w:pPr>
              <w:pStyle w:val="BookTable"/>
            </w:pPr>
            <w:r>
              <w:rPr>
                <w:rFonts w:ascii="Noto Serif" w:hAnsi="Noto Serif" w:eastAsia="Noto Serif CJK SC" w:cs="Noto Serif"/>
                <w:color w:val="000000"/>
                <w:lang w:val="vi-VN" w:eastAsia="zh-CN" w:bidi="vi-VN"/>
              </w:rPr>
              <w:t>Ngày sóc (đầu tháng)</w:t>
            </w:r>
            <w:r>
              <w:br/>
            </w:r>
            <w:r>
              <w:rPr>
                <w:rFonts w:ascii="Noto Serif" w:hAnsi="Noto Serif" w:eastAsia="Noto Serif CJK SC" w:cs="Noto Serif"/>
                <w:color w:val="000000"/>
                <w:lang w:val="vi-VN" w:eastAsia="zh-CN" w:bidi="vi-VN"/>
              </w:rPr>
              <w:t>Ngày đản sinh Nam Cực Trường Sinh Đại Đế</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w:t>
            </w:r>
          </w:p>
        </w:tc>
        <w:tc>
          <w:tcPr>
            <w:tcW w:type="dxa" w:w="2686"/>
            <w:vAlign w:val="center"/>
          </w:tcPr>
          <w:p>
            <w:pPr>
              <w:pStyle w:val="BookTable"/>
            </w:pPr>
            <w:r>
              <w:rPr>
                <w:rFonts w:ascii="Noto Serif" w:hAnsi="Noto Serif" w:eastAsia="Noto Serif CJK SC" w:cs="Noto Serif"/>
                <w:color w:val="000000"/>
                <w:lang w:val="vi-VN" w:eastAsia="zh-CN" w:bidi="vi-VN"/>
              </w:rPr>
              <w:t>Thần Đẩu giáng xuống</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5</w:t>
            </w:r>
          </w:p>
        </w:tc>
        <w:tc>
          <w:tcPr>
            <w:tcW w:type="dxa" w:w="2686"/>
            <w:vAlign w:val="center"/>
          </w:tcPr>
          <w:p>
            <w:pPr>
              <w:pStyle w:val="BookTable"/>
            </w:pPr>
            <w:r>
              <w:rPr>
                <w:rFonts w:ascii="Noto Serif" w:hAnsi="Noto Serif" w:eastAsia="Noto Serif CJK SC" w:cs="Noto Serif"/>
                <w:color w:val="000000"/>
                <w:lang w:val="vi-VN" w:eastAsia="zh-CN" w:bidi="vi-VN"/>
              </w:rPr>
              <w:t>Lễ Địa lạp</w:t>
            </w:r>
            <w:r>
              <w:br/>
            </w:r>
            <w:r>
              <w:rPr>
                <w:rFonts w:ascii="Noto Serif" w:hAnsi="Noto Serif" w:eastAsia="Noto Serif CJK SC" w:cs="Noto Serif"/>
                <w:color w:val="000000"/>
                <w:lang w:val="vi-VN" w:eastAsia="zh-CN" w:bidi="vi-VN"/>
              </w:rPr>
              <w:t>Ngũ Đế xét định quan tước của con người</w:t>
            </w:r>
            <w:r>
              <w:br/>
            </w:r>
            <w:r>
              <w:rPr>
                <w:rFonts w:ascii="Noto Serif" w:hAnsi="Noto Serif" w:eastAsia="Noto Serif CJK SC" w:cs="Noto Serif"/>
                <w:color w:val="000000"/>
                <w:lang w:val="vi-VN" w:eastAsia="zh-CN" w:bidi="vi-VN"/>
              </w:rPr>
              <w:t>Ngày cửu độc</w:t>
            </w:r>
            <w:r>
              <w:br/>
            </w:r>
            <w:r>
              <w:rPr>
                <w:rFonts w:ascii="Noto Serif" w:hAnsi="Noto Serif" w:eastAsia="Noto Serif CJK SC" w:cs="Noto Serif"/>
                <w:color w:val="000000"/>
                <w:lang w:val="vi-VN" w:eastAsia="zh-CN" w:bidi="vi-VN"/>
              </w:rPr>
              <w:t>Ngày kỵ Dương Công</w:t>
            </w:r>
          </w:p>
        </w:tc>
        <w:tc>
          <w:tcPr>
            <w:tcW w:type="dxa" w:w="2219"/>
            <w:vAlign w:val="center"/>
          </w:tcPr>
          <w:p>
            <w:pPr>
              <w:pStyle w:val="BookTable"/>
            </w:pPr>
            <w:r>
              <w:rPr>
                <w:rFonts w:ascii="Noto Serif" w:hAnsi="Noto Serif" w:eastAsia="Noto Serif CJK SC" w:cs="Noto Serif"/>
                <w:color w:val="000000"/>
                <w:lang w:val="vi-VN" w:eastAsia="zh-CN" w:bidi="vi-VN"/>
              </w:rPr>
              <w:t>Bị giảm phúc lộc, trừ kỷ</w:t>
            </w:r>
            <w:r>
              <w:br/>
            </w:r>
            <w:r>
              <w:rPr>
                <w:rFonts w:ascii="Noto Serif" w:hAnsi="Noto Serif" w:eastAsia="Noto Serif CJK SC" w:cs="Noto Serif"/>
                <w:color w:val="000000"/>
                <w:lang w:val="vi-VN" w:eastAsia="zh-CN" w:bidi="vi-VN"/>
              </w:rPr>
              <w:t>Chết yểu, gặp tai họa bất ngờ khó lường</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6</w:t>
            </w:r>
          </w:p>
        </w:tc>
        <w:tc>
          <w:tcPr>
            <w:tcW w:type="dxa" w:w="2686"/>
            <w:vAlign w:val="center"/>
          </w:tcPr>
          <w:p>
            <w:pPr>
              <w:pStyle w:val="BookTable"/>
            </w:pPr>
            <w:r>
              <w:rPr>
                <w:rFonts w:ascii="Noto Serif" w:hAnsi="Noto Serif" w:eastAsia="Noto Serif CJK SC" w:cs="Noto Serif"/>
                <w:color w:val="000000"/>
                <w:lang w:val="vi-VN" w:eastAsia="zh-CN" w:bidi="vi-VN"/>
              </w:rPr>
              <w:t>Ngày cửu độc</w:t>
            </w:r>
            <w:r>
              <w:br/>
            </w:r>
            <w:r>
              <w:rPr>
                <w:rFonts w:ascii="Noto Serif" w:hAnsi="Noto Serif" w:eastAsia="Noto Serif CJK SC" w:cs="Noto Serif"/>
                <w:color w:val="000000"/>
                <w:lang w:val="vi-VN" w:eastAsia="zh-CN" w:bidi="vi-VN"/>
              </w:rPr>
              <w:t>Ngày trai giới kính thần Sấm</w:t>
            </w:r>
          </w:p>
        </w:tc>
        <w:tc>
          <w:tcPr>
            <w:tcW w:type="dxa" w:w="2219"/>
            <w:vAlign w:val="center"/>
          </w:tcPr>
          <w:p>
            <w:pPr>
              <w:pStyle w:val="BookTable"/>
            </w:pPr>
            <w:r>
              <w:rPr>
                <w:rFonts w:ascii="Noto Serif" w:hAnsi="Noto Serif" w:eastAsia="Noto Serif CJK SC" w:cs="Noto Serif"/>
                <w:color w:val="000000"/>
                <w:lang w:val="vi-VN" w:eastAsia="zh-CN" w:bidi="vi-VN"/>
              </w:rPr>
              <w:t>Chết yểu, gặp tai họa bất ngờ khó lường</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7</w:t>
            </w:r>
          </w:p>
        </w:tc>
        <w:tc>
          <w:tcPr>
            <w:tcW w:type="dxa" w:w="2686"/>
            <w:vAlign w:val="center"/>
          </w:tcPr>
          <w:p>
            <w:pPr>
              <w:pStyle w:val="BookTable"/>
            </w:pPr>
            <w:r>
              <w:rPr>
                <w:rFonts w:ascii="Noto Serif" w:hAnsi="Noto Serif" w:eastAsia="Noto Serif CJK SC" w:cs="Noto Serif"/>
                <w:color w:val="000000"/>
                <w:lang w:val="vi-VN" w:eastAsia="zh-CN" w:bidi="vi-VN"/>
              </w:rPr>
              <w:t>Ngày cửu độc</w:t>
            </w:r>
          </w:p>
        </w:tc>
        <w:tc>
          <w:tcPr>
            <w:tcW w:type="dxa" w:w="2219"/>
            <w:vAlign w:val="center"/>
          </w:tcPr>
          <w:p>
            <w:pPr>
              <w:pStyle w:val="BookTable"/>
            </w:pPr>
            <w:r>
              <w:rPr>
                <w:rFonts w:ascii="Noto Serif" w:hAnsi="Noto Serif" w:eastAsia="Noto Serif CJK SC" w:cs="Noto Serif"/>
                <w:color w:val="000000"/>
                <w:lang w:val="vi-VN" w:eastAsia="zh-CN" w:bidi="vi-VN"/>
              </w:rPr>
              <w:t>Chết yểu, gặp tai họa bất ngờ khó lường</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8</w:t>
            </w:r>
          </w:p>
        </w:tc>
        <w:tc>
          <w:tcPr>
            <w:tcW w:type="dxa" w:w="2686"/>
            <w:vAlign w:val="center"/>
          </w:tcPr>
          <w:p>
            <w:pPr>
              <w:pStyle w:val="BookTable"/>
            </w:pPr>
            <w:r>
              <w:rPr>
                <w:rFonts w:ascii="Noto Serif" w:hAnsi="Noto Serif" w:eastAsia="Noto Serif CJK SC" w:cs="Noto Serif"/>
                <w:color w:val="000000"/>
                <w:lang w:val="vi-VN" w:eastAsia="zh-CN" w:bidi="vi-VN"/>
              </w:rPr>
              <w:t>Ngày đản sinh Ngũ Đạo ở phương Nam</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11</w:t>
            </w:r>
          </w:p>
        </w:tc>
        <w:tc>
          <w:tcPr>
            <w:tcW w:type="dxa" w:w="2686"/>
            <w:vAlign w:val="center"/>
          </w:tcPr>
          <w:p>
            <w:pPr>
              <w:pStyle w:val="BookTable"/>
            </w:pPr>
            <w:r>
              <w:rPr>
                <w:rFonts w:ascii="Noto Serif" w:hAnsi="Noto Serif" w:eastAsia="Noto Serif CJK SC" w:cs="Noto Serif"/>
                <w:color w:val="000000"/>
                <w:lang w:val="vi-VN" w:eastAsia="zh-CN" w:bidi="vi-VN"/>
              </w:rPr>
              <w:t>Ngày kho trời mở</w:t>
            </w:r>
            <w:r>
              <w:br/>
            </w:r>
            <w:r>
              <w:rPr>
                <w:rFonts w:ascii="Noto Serif" w:hAnsi="Noto Serif" w:eastAsia="Noto Serif CJK SC" w:cs="Noto Serif"/>
                <w:color w:val="000000"/>
                <w:lang w:val="vi-VN" w:eastAsia="zh-CN" w:bidi="vi-VN"/>
              </w:rPr>
              <w:t>Ngày đản sinh Đô Thành Hoàng trong thiên hạ</w:t>
            </w:r>
          </w:p>
        </w:tc>
        <w:tc>
          <w:tcPr>
            <w:tcW w:type="dxa" w:w="2219"/>
            <w:vAlign w:val="center"/>
          </w:tcPr>
          <w:p>
            <w:pPr>
              <w:pStyle w:val="BookTable"/>
            </w:pPr>
            <w:r>
              <w:rPr>
                <w:rFonts w:ascii="Noto Serif" w:hAnsi="Noto Serif" w:eastAsia="Noto Serif CJK SC" w:cs="Noto Serif"/>
                <w:color w:val="000000"/>
                <w:lang w:val="vi-VN" w:eastAsia="zh-CN" w:bidi="vi-VN"/>
              </w:rPr>
              <w:t>Bị tổn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12</w:t>
            </w:r>
          </w:p>
        </w:tc>
        <w:tc>
          <w:tcPr>
            <w:tcW w:type="dxa" w:w="2686"/>
            <w:vAlign w:val="center"/>
          </w:tcPr>
          <w:p>
            <w:pPr>
              <w:pStyle w:val="BookTable"/>
            </w:pPr>
            <w:r>
              <w:rPr>
                <w:rFonts w:ascii="Noto Serif" w:hAnsi="Noto Serif" w:eastAsia="Noto Serif CJK SC" w:cs="Noto Serif"/>
                <w:color w:val="000000"/>
                <w:lang w:val="vi-VN" w:eastAsia="zh-CN" w:bidi="vi-VN"/>
              </w:rPr>
              <w:t>Ngày đản sinh Bỉnh Linh Công</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13</w:t>
            </w:r>
          </w:p>
        </w:tc>
        <w:tc>
          <w:tcPr>
            <w:tcW w:type="dxa" w:w="2686"/>
            <w:vAlign w:val="center"/>
          </w:tcPr>
          <w:p>
            <w:pPr>
              <w:pStyle w:val="BookTable"/>
            </w:pPr>
            <w:r>
              <w:rPr>
                <w:rFonts w:ascii="Noto Serif" w:hAnsi="Noto Serif" w:eastAsia="Noto Serif CJK SC" w:cs="Noto Serif"/>
                <w:color w:val="000000"/>
                <w:lang w:val="vi-VN" w:eastAsia="zh-CN" w:bidi="vi-VN"/>
              </w:rPr>
              <w:t>Quan Thánh giáng thần</w:t>
            </w:r>
          </w:p>
        </w:tc>
        <w:tc>
          <w:tcPr>
            <w:tcW w:type="dxa" w:w="2219"/>
            <w:vAlign w:val="center"/>
          </w:tcPr>
          <w:p>
            <w:pPr>
              <w:pStyle w:val="BookTable"/>
            </w:pPr>
            <w:r>
              <w:rPr>
                <w:rFonts w:ascii="Noto Serif" w:hAnsi="Noto Serif" w:eastAsia="Noto Serif CJK SC" w:cs="Noto Serif"/>
                <w:color w:val="000000"/>
                <w:lang w:val="vi-VN" w:eastAsia="zh-CN" w:bidi="vi-VN"/>
              </w:rPr>
              <w:t>Bị giảm phúc lộc,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14</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r>
              <w:br/>
            </w:r>
            <w:r>
              <w:rPr>
                <w:rFonts w:ascii="Noto Serif" w:hAnsi="Noto Serif" w:eastAsia="Noto Serif CJK SC" w:cs="Noto Serif"/>
                <w:color w:val="000000"/>
                <w:lang w:val="vi-VN" w:eastAsia="zh-CN" w:bidi="vi-VN"/>
              </w:rPr>
              <w:t>Giờ Tý ban đêm là lúc trời đất giao thái</w:t>
            </w:r>
          </w:p>
        </w:tc>
        <w:tc>
          <w:tcPr>
            <w:tcW w:type="dxa" w:w="2219"/>
            <w:vAlign w:val="center"/>
          </w:tcPr>
          <w:p>
            <w:pPr>
              <w:pStyle w:val="BookTable"/>
            </w:pPr>
            <w:r>
              <w:rPr>
                <w:rFonts w:ascii="Noto Serif" w:hAnsi="Noto Serif" w:eastAsia="Noto Serif CJK SC" w:cs="Noto Serif"/>
                <w:color w:val="000000"/>
                <w:lang w:val="vi-VN" w:eastAsia="zh-CN" w:bidi="vi-VN"/>
              </w:rPr>
              <w:t>Cả hai vợ chồng chết trong vòng ba năm</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15</w:t>
            </w:r>
          </w:p>
        </w:tc>
        <w:tc>
          <w:tcPr>
            <w:tcW w:type="dxa" w:w="2686"/>
            <w:vAlign w:val="center"/>
          </w:tcPr>
          <w:p>
            <w:pPr>
              <w:pStyle w:val="BookTable"/>
            </w:pPr>
            <w:r>
              <w:rPr>
                <w:rFonts w:ascii="Noto Serif" w:hAnsi="Noto Serif" w:eastAsia="Noto Serif CJK SC" w:cs="Noto Serif"/>
                <w:color w:val="000000"/>
                <w:lang w:val="vi-VN" w:eastAsia="zh-CN" w:bidi="vi-VN"/>
              </w:rPr>
              <w:t>Ngày vọng (rằm)</w:t>
            </w:r>
            <w:r>
              <w:br/>
            </w:r>
            <w:r>
              <w:rPr>
                <w:rFonts w:ascii="Noto Serif" w:hAnsi="Noto Serif" w:eastAsia="Noto Serif CJK SC" w:cs="Noto Serif"/>
                <w:color w:val="000000"/>
                <w:lang w:val="vi-VN" w:eastAsia="zh-CN" w:bidi="vi-VN"/>
              </w:rPr>
              <w:t>Ngày cửu độc</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r>
              <w:br/>
            </w:r>
            <w:r>
              <w:rPr>
                <w:rFonts w:ascii="Noto Serif" w:hAnsi="Noto Serif" w:eastAsia="Noto Serif CJK SC" w:cs="Noto Serif"/>
                <w:color w:val="000000"/>
                <w:lang w:val="vi-VN" w:eastAsia="zh-CN" w:bidi="vi-VN"/>
              </w:rPr>
              <w:t>Chết yểu, gặp tai họa bất ngờ khó lường</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16</w:t>
            </w:r>
          </w:p>
        </w:tc>
        <w:tc>
          <w:tcPr>
            <w:tcW w:type="dxa" w:w="2686"/>
            <w:vAlign w:val="center"/>
          </w:tcPr>
          <w:p>
            <w:pPr>
              <w:pStyle w:val="BookTable"/>
            </w:pPr>
            <w:r>
              <w:rPr>
                <w:rFonts w:ascii="Noto Serif" w:hAnsi="Noto Serif" w:eastAsia="Noto Serif CJK SC" w:cs="Noto Serif"/>
                <w:color w:val="000000"/>
                <w:lang w:val="vi-VN" w:eastAsia="zh-CN" w:bidi="vi-VN"/>
              </w:rPr>
              <w:t>Ngày cửu độc</w:t>
            </w:r>
            <w:r>
              <w:br/>
            </w:r>
            <w:r>
              <w:rPr>
                <w:rFonts w:ascii="Noto Serif" w:hAnsi="Noto Serif" w:eastAsia="Noto Serif CJK SC" w:cs="Noto Serif"/>
                <w:color w:val="000000"/>
                <w:lang w:val="vi-VN" w:eastAsia="zh-CN" w:bidi="vi-VN"/>
              </w:rPr>
              <w:t>Ngày nguyên khí trời đất sinh hóa muôn vật</w:t>
            </w:r>
          </w:p>
        </w:tc>
        <w:tc>
          <w:tcPr>
            <w:tcW w:type="dxa" w:w="2219"/>
            <w:vAlign w:val="center"/>
          </w:tcPr>
          <w:p>
            <w:pPr>
              <w:pStyle w:val="BookTable"/>
            </w:pPr>
            <w:r>
              <w:rPr>
                <w:rFonts w:ascii="Noto Serif" w:hAnsi="Noto Serif" w:eastAsia="Noto Serif CJK SC" w:cs="Noto Serif"/>
                <w:color w:val="000000"/>
                <w:lang w:val="vi-VN" w:eastAsia="zh-CN" w:bidi="vi-VN"/>
              </w:rPr>
              <w:t>Cả hai vợ chồng chết trong vòng ba năm</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17</w:t>
            </w:r>
          </w:p>
        </w:tc>
        <w:tc>
          <w:tcPr>
            <w:tcW w:type="dxa" w:w="2686"/>
            <w:vAlign w:val="center"/>
          </w:tcPr>
          <w:p>
            <w:pPr>
              <w:pStyle w:val="BookTable"/>
            </w:pPr>
            <w:r>
              <w:rPr>
                <w:rFonts w:ascii="Noto Serif" w:hAnsi="Noto Serif" w:eastAsia="Noto Serif CJK SC" w:cs="Noto Serif"/>
                <w:color w:val="000000"/>
                <w:lang w:val="vi-VN" w:eastAsia="zh-CN" w:bidi="vi-VN"/>
              </w:rPr>
              <w:t>Ngày cửu độc</w:t>
            </w:r>
          </w:p>
        </w:tc>
        <w:tc>
          <w:tcPr>
            <w:tcW w:type="dxa" w:w="2219"/>
            <w:vAlign w:val="center"/>
          </w:tcPr>
          <w:p>
            <w:pPr>
              <w:pStyle w:val="BookTable"/>
            </w:pPr>
            <w:r>
              <w:rPr>
                <w:rFonts w:ascii="Noto Serif" w:hAnsi="Noto Serif" w:eastAsia="Noto Serif CJK SC" w:cs="Noto Serif"/>
                <w:color w:val="000000"/>
                <w:lang w:val="vi-VN" w:eastAsia="zh-CN" w:bidi="vi-VN"/>
              </w:rPr>
              <w:t>Chết yểu, gặp tai họa bất ngờ khó lường</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18</w:t>
            </w:r>
          </w:p>
        </w:tc>
        <w:tc>
          <w:tcPr>
            <w:tcW w:type="dxa" w:w="2686"/>
            <w:vAlign w:val="center"/>
          </w:tcPr>
          <w:p>
            <w:pPr>
              <w:pStyle w:val="BookTable"/>
            </w:pPr>
            <w:r>
              <w:rPr>
                <w:rFonts w:ascii="Noto Serif" w:hAnsi="Noto Serif" w:eastAsia="Noto Serif CJK SC" w:cs="Noto Serif"/>
                <w:color w:val="000000"/>
                <w:lang w:val="vi-VN" w:eastAsia="zh-CN" w:bidi="vi-VN"/>
              </w:rPr>
              <w:t>Ngày đản sinh Trương Thiên Sư</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22</w:t>
            </w:r>
          </w:p>
        </w:tc>
        <w:tc>
          <w:tcPr>
            <w:tcW w:type="dxa" w:w="2686"/>
            <w:vAlign w:val="center"/>
          </w:tcPr>
          <w:p>
            <w:pPr>
              <w:pStyle w:val="BookTable"/>
            </w:pPr>
            <w:r>
              <w:rPr>
                <w:rFonts w:ascii="Noto Serif" w:hAnsi="Noto Serif" w:eastAsia="Noto Serif CJK SC" w:cs="Noto Serif"/>
                <w:color w:val="000000"/>
                <w:lang w:val="vi-VN" w:eastAsia="zh-CN" w:bidi="vi-VN"/>
              </w:rPr>
              <w:t>Ngày đản sinh thần Hiếu Nga</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23</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25</w:t>
            </w:r>
          </w:p>
        </w:tc>
        <w:tc>
          <w:tcPr>
            <w:tcW w:type="dxa" w:w="2686"/>
            <w:vAlign w:val="center"/>
          </w:tcPr>
          <w:p>
            <w:pPr>
              <w:pStyle w:val="BookTable"/>
            </w:pPr>
            <w:r>
              <w:rPr>
                <w:rFonts w:ascii="Noto Serif" w:hAnsi="Noto Serif" w:eastAsia="Noto Serif CJK SC" w:cs="Noto Serif"/>
                <w:color w:val="000000"/>
                <w:lang w:val="vi-VN" w:eastAsia="zh-CN" w:bidi="vi-VN"/>
              </w:rPr>
              <w:t>Ngày cửu độc</w:t>
            </w:r>
            <w:r>
              <w:br/>
            </w:r>
            <w:r>
              <w:rPr>
                <w:rFonts w:ascii="Noto Serif" w:hAnsi="Noto Serif" w:eastAsia="Noto Serif CJK SC" w:cs="Noto Serif"/>
                <w:color w:val="000000"/>
                <w:lang w:val="vi-VN" w:eastAsia="zh-CN" w:bidi="vi-VN"/>
              </w:rPr>
              <w:t>Ngày hối (cuối tháng)</w:t>
            </w:r>
          </w:p>
        </w:tc>
        <w:tc>
          <w:tcPr>
            <w:tcW w:type="dxa" w:w="2219"/>
            <w:vAlign w:val="center"/>
          </w:tcPr>
          <w:p>
            <w:pPr>
              <w:pStyle w:val="BookTable"/>
            </w:pPr>
            <w:r>
              <w:rPr>
                <w:rFonts w:ascii="Noto Serif" w:hAnsi="Noto Serif" w:eastAsia="Noto Serif CJK SC" w:cs="Noto Serif"/>
                <w:color w:val="000000"/>
                <w:lang w:val="vi-VN" w:eastAsia="zh-CN" w:bidi="vi-VN"/>
              </w:rPr>
              <w:t>Chết yểu, gặp tai họa bất ngờ khó lường</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26</w:t>
            </w:r>
          </w:p>
        </w:tc>
        <w:tc>
          <w:tcPr>
            <w:tcW w:type="dxa" w:w="2686"/>
            <w:vAlign w:val="center"/>
          </w:tcPr>
          <w:p>
            <w:pPr>
              <w:pStyle w:val="BookTable"/>
            </w:pPr>
            <w:r>
              <w:rPr>
                <w:rFonts w:ascii="Noto Serif" w:hAnsi="Noto Serif" w:eastAsia="Noto Serif CJK SC" w:cs="Noto Serif"/>
                <w:color w:val="000000"/>
                <w:lang w:val="vi-VN" w:eastAsia="zh-CN" w:bidi="vi-VN"/>
              </w:rPr>
              <w:t>Ngày cửu độc</w:t>
            </w:r>
          </w:p>
        </w:tc>
        <w:tc>
          <w:tcPr>
            <w:tcW w:type="dxa" w:w="2219"/>
            <w:vAlign w:val="center"/>
          </w:tcPr>
          <w:p>
            <w:pPr>
              <w:pStyle w:val="BookTable"/>
            </w:pPr>
            <w:r>
              <w:rPr>
                <w:rFonts w:ascii="Noto Serif" w:hAnsi="Noto Serif" w:eastAsia="Noto Serif CJK SC" w:cs="Noto Serif"/>
                <w:color w:val="000000"/>
                <w:lang w:val="vi-VN" w:eastAsia="zh-CN" w:bidi="vi-VN"/>
              </w:rPr>
              <w:t>Chết yểu, gặp tai họa bất ngờ khó lường</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27</w:t>
            </w:r>
          </w:p>
        </w:tc>
        <w:tc>
          <w:tcPr>
            <w:tcW w:type="dxa" w:w="2686"/>
            <w:vAlign w:val="center"/>
          </w:tcPr>
          <w:p>
            <w:pPr>
              <w:pStyle w:val="BookTable"/>
            </w:pPr>
            <w:r>
              <w:rPr>
                <w:rFonts w:ascii="Noto Serif" w:hAnsi="Noto Serif" w:eastAsia="Noto Serif CJK SC" w:cs="Noto Serif"/>
                <w:color w:val="000000"/>
                <w:lang w:val="vi-VN" w:eastAsia="zh-CN" w:bidi="vi-VN"/>
              </w:rPr>
              <w:t>Ngày cửu độc</w:t>
            </w:r>
            <w:r>
              <w:br/>
            </w:r>
            <w:r>
              <w:rPr>
                <w:rFonts w:ascii="Noto Serif" w:hAnsi="Noto Serif" w:eastAsia="Noto Serif CJK SC" w:cs="Noto Serif"/>
                <w:color w:val="000000"/>
                <w:lang w:val="vi-VN" w:eastAsia="zh-CN" w:bidi="vi-VN"/>
              </w:rPr>
              <w:t>Thần Đẩu giáng xuống</w:t>
            </w:r>
          </w:p>
        </w:tc>
        <w:tc>
          <w:tcPr>
            <w:tcW w:type="dxa" w:w="2219"/>
            <w:vAlign w:val="center"/>
          </w:tcPr>
          <w:p>
            <w:pPr>
              <w:pStyle w:val="BookTable"/>
            </w:pPr>
            <w:r>
              <w:rPr>
                <w:rFonts w:ascii="Noto Serif" w:hAnsi="Noto Serif" w:eastAsia="Noto Serif CJK SC" w:cs="Noto Serif"/>
                <w:color w:val="000000"/>
                <w:lang w:val="vi-VN" w:eastAsia="zh-CN" w:bidi="vi-VN"/>
              </w:rPr>
              <w:t>Chết yểu, gặp tai họa bất ngờ khó lường</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28</w:t>
            </w:r>
          </w:p>
        </w:tc>
        <w:tc>
          <w:tcPr>
            <w:tcW w:type="dxa" w:w="2686"/>
            <w:vAlign w:val="center"/>
          </w:tcPr>
          <w:p>
            <w:pPr>
              <w:pStyle w:val="BookTable"/>
            </w:pPr>
            <w:r>
              <w:rPr>
                <w:rFonts w:ascii="Noto Serif" w:hAnsi="Noto Serif" w:eastAsia="Noto Serif CJK SC" w:cs="Noto Serif"/>
                <w:color w:val="000000"/>
                <w:lang w:val="vi-VN" w:eastAsia="zh-CN" w:bidi="vi-VN"/>
              </w:rPr>
              <w:t>Nhân thần ở vùng âm bộ</w:t>
            </w:r>
          </w:p>
        </w:tc>
        <w:tc>
          <w:tcPr>
            <w:tcW w:type="dxa" w:w="2219"/>
            <w:vAlign w:val="center"/>
          </w:tcPr>
          <w:p>
            <w:pPr>
              <w:pStyle w:val="BookTable"/>
            </w:pPr>
            <w:r>
              <w:rPr>
                <w:rFonts w:ascii="Noto Serif" w:hAnsi="Noto Serif" w:eastAsia="Noto Serif CJK SC" w:cs="Noto Serif"/>
                <w:color w:val="000000"/>
                <w:lang w:val="vi-VN" w:eastAsia="zh-CN" w:bidi="vi-VN"/>
              </w:rPr>
              <w:t>Mắc bệnh</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29</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30</w:t>
            </w:r>
          </w:p>
        </w:tc>
        <w:tc>
          <w:tcPr>
            <w:tcW w:type="dxa" w:w="2686"/>
            <w:vAlign w:val="center"/>
          </w:tcPr>
          <w:p>
            <w:pPr>
              <w:pStyle w:val="BookTable"/>
            </w:pPr>
            <w:r>
              <w:rPr>
                <w:rFonts w:ascii="Noto Serif" w:hAnsi="Noto Serif" w:eastAsia="Noto Serif CJK SC" w:cs="Noto Serif"/>
                <w:color w:val="000000"/>
                <w:lang w:val="vi-VN" w:eastAsia="zh-CN" w:bidi="vi-VN"/>
              </w:rPr>
              <w:t>Ngày hối (cuối tháng)</w:t>
            </w:r>
            <w:r>
              <w:br/>
            </w:r>
            <w:r>
              <w:rPr>
                <w:rFonts w:ascii="Noto Serif" w:hAnsi="Noto Serif" w:eastAsia="Noto Serif CJK SC" w:cs="Noto Serif"/>
                <w:color w:val="000000"/>
                <w:lang w:val="vi-VN" w:eastAsia="zh-CN" w:bidi="vi-VN"/>
              </w:rPr>
              <w:t>Tư Mệnh tâu việc</w:t>
            </w:r>
            <w:r>
              <w:br/>
            </w:r>
            <w:r>
              <w:rPr>
                <w:rFonts w:ascii="Noto Serif" w:hAnsi="Noto Serif" w:eastAsia="Noto Serif CJK SC" w:cs="Noto Serif"/>
                <w:color w:val="000000"/>
                <w:lang w:val="vi-VN" w:eastAsia="zh-CN" w:bidi="vi-VN"/>
              </w:rPr>
              <w:t>Tứ Thiên Vương tuần hành</w:t>
            </w:r>
            <w:r>
              <w:br/>
            </w:r>
            <w:r>
              <w:rPr>
                <w:rFonts w:ascii="Noto Serif" w:hAnsi="Noto Serif" w:eastAsia="Noto Serif CJK SC" w:cs="Noto Serif"/>
                <w:color w:val="000000"/>
                <w:lang w:val="vi-VN" w:eastAsia="zh-CN" w:bidi="vi-VN"/>
              </w:rPr>
              <w:t>(nếu là tháng thiếu thì kiêng vào ngày 29)</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bookmarkEnd w:id="26"/>
          </w:p>
        </w:tc>
      </w:tr>
    </w:tbl>
    <w:p>
      <w:pPr>
        <w:pStyle w:val="BookFirst"/>
      </w:pPr>
      <w:bookmarkStart w:id="27" w:name="b0777b59107caa8322e881c952954a6"/>
      <w:r>
        <w:rPr>
          <w:rFonts w:ascii="Noto Serif" w:hAnsi="Noto Serif" w:eastAsia="Noto Serif CJK SC" w:cs="Noto Serif"/>
          <w:color w:val="000000"/>
          <w:lang w:val="vi-VN" w:eastAsia="zh-CN" w:bidi="vi-VN"/>
        </w:rPr>
        <w:t>Chú của nguồn: Trong tháng này, nên kiêng trọn tháng mới phải.</w:t>
      </w:r>
      <w:bookmarkEnd w:id="27"/>
    </w:p>
    <w:p>
      <w:pPr>
        <w:pStyle w:val="Heading3"/>
        <w:pageBreakBefore w:val="0"/>
      </w:pPr>
      <w:bookmarkStart w:id="29" w:name="b51475c1794a265cc755da0923d5bc9"/>
      <w:bookmarkStart w:id="28" w:name="b375ab4a3d5c8679b3e974c2288d647"/>
      <w:bookmarkEnd w:id="28"/>
      <w:r>
        <w:rPr>
          <w:rFonts w:ascii="Noto Serif" w:hAnsi="Noto Serif" w:eastAsia="Noto Serif CJK SC" w:cs="Noto Serif"/>
          <w:color w:val="000000"/>
          <w:lang w:val="vi-VN" w:eastAsia="zh-CN" w:bidi="vi-VN"/>
        </w:rPr>
        <w:t>Tháng 6</w:t>
      </w:r>
      <w:bookmarkEnd w:id="29"/>
    </w:p>
    <w:tbl>
      <w:tblPr>
        <w:tblW w:type="dxa" w:w="583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34"/>
        <w:gridCol w:w="2686"/>
        <w:gridCol w:w="2219"/>
      </w:tblGrid>
      <w:tr>
        <w:trPr>
          <w:cantSplit/>
          <w:tblHeader/>
        </w:trPr>
        <w:tc>
          <w:tcPr>
            <w:tcW w:type="dxa" w:w="934"/>
            <w:vAlign w:val="center"/>
            <w:shd w:fill="EEEEEE" w:val="clear"/>
          </w:tcPr>
          <w:p>
            <w:pPr>
              <w:pStyle w:val="BookTable"/>
            </w:pPr>
            <w:bookmarkStart w:id="30" w:name="baa24a1ce8d4f6f76aa4491ede6bedb"/>
            <w:r>
              <w:rPr>
                <w:rFonts w:ascii="Noto Serif" w:hAnsi="Noto Serif" w:eastAsia="Noto Serif CJK SC" w:cs="Noto Serif"/>
                <w:color w:val="000000"/>
                <w:b w:val="1"/>
                <w:bCs w:val="1"/>
                <w:lang w:val="vi-VN" w:eastAsia="zh-CN" w:bidi="vi-VN"/>
              </w:rPr>
              <w:t>Ngày</w:t>
            </w:r>
          </w:p>
        </w:tc>
        <w:tc>
          <w:tcPr>
            <w:tcW w:type="dxa" w:w="2686"/>
            <w:vAlign w:val="center"/>
            <w:shd w:fill="EEEEEE" w:val="clear"/>
          </w:tcPr>
          <w:p>
            <w:pPr>
              <w:pStyle w:val="BookTable"/>
            </w:pPr>
            <w:r>
              <w:rPr>
                <w:rFonts w:ascii="Noto Serif" w:hAnsi="Noto Serif" w:eastAsia="Noto Serif CJK SC" w:cs="Noto Serif"/>
                <w:color w:val="000000"/>
                <w:b w:val="1"/>
                <w:bCs w:val="1"/>
                <w:lang w:val="vi-VN" w:eastAsia="zh-CN" w:bidi="vi-VN"/>
              </w:rPr>
              <w:t>Việc được nguồn nêu làm lý do kiêng</w:t>
            </w:r>
          </w:p>
        </w:tc>
        <w:tc>
          <w:tcPr>
            <w:tcW w:type="dxa" w:w="2219"/>
            <w:vAlign w:val="center"/>
            <w:shd w:fill="EEEEEE" w:val="clear"/>
          </w:tcPr>
          <w:p>
            <w:pPr>
              <w:pStyle w:val="BookTable"/>
            </w:pPr>
            <w:r>
              <w:rPr>
                <w:rFonts w:ascii="Noto Serif" w:hAnsi="Noto Serif" w:eastAsia="Noto Serif CJK SC" w:cs="Noto Serif"/>
                <w:color w:val="000000"/>
                <w:b w:val="1"/>
                <w:bCs w:val="1"/>
                <w:lang w:val="vi-VN" w:eastAsia="zh-CN" w:bidi="vi-VN"/>
              </w:rPr>
              <w:t>Cột quả báo trong nguồn</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w:t>
            </w:r>
          </w:p>
        </w:tc>
        <w:tc>
          <w:tcPr>
            <w:tcW w:type="dxa" w:w="2686"/>
            <w:vAlign w:val="center"/>
          </w:tcPr>
          <w:p>
            <w:pPr>
              <w:pStyle w:val="BookTable"/>
            </w:pPr>
            <w:r>
              <w:rPr>
                <w:rFonts w:ascii="Noto Serif" w:hAnsi="Noto Serif" w:eastAsia="Noto Serif CJK SC" w:cs="Noto Serif"/>
                <w:color w:val="000000"/>
                <w:lang w:val="vi-VN" w:eastAsia="zh-CN" w:bidi="vi-VN"/>
              </w:rPr>
              <w:t>Ngày sóc (đầu tháng)</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w:t>
            </w:r>
          </w:p>
        </w:tc>
        <w:tc>
          <w:tcPr>
            <w:tcW w:type="dxa" w:w="2686"/>
            <w:vAlign w:val="center"/>
          </w:tcPr>
          <w:p>
            <w:pPr>
              <w:pStyle w:val="BookTable"/>
            </w:pPr>
            <w:r>
              <w:rPr>
                <w:rFonts w:ascii="Noto Serif" w:hAnsi="Noto Serif" w:eastAsia="Noto Serif CJK SC" w:cs="Noto Serif"/>
                <w:color w:val="000000"/>
                <w:lang w:val="vi-VN" w:eastAsia="zh-CN" w:bidi="vi-VN"/>
              </w:rPr>
              <w:t>Thần Đẩu giáng xuống</w:t>
            </w:r>
            <w:r>
              <w:br/>
            </w:r>
            <w:r>
              <w:rPr>
                <w:rFonts w:ascii="Noto Serif" w:hAnsi="Noto Serif" w:eastAsia="Noto Serif CJK SC" w:cs="Noto Serif"/>
                <w:color w:val="000000"/>
                <w:lang w:val="vi-VN" w:eastAsia="zh-CN" w:bidi="vi-VN"/>
              </w:rPr>
              <w:t>Ngày kỵ Dương Công</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4</w:t>
            </w:r>
          </w:p>
        </w:tc>
        <w:tc>
          <w:tcPr>
            <w:tcW w:type="dxa" w:w="2686"/>
            <w:vAlign w:val="center"/>
          </w:tcPr>
          <w:p>
            <w:pPr>
              <w:pStyle w:val="BookTable"/>
            </w:pPr>
            <w:r>
              <w:rPr>
                <w:rFonts w:ascii="Noto Serif" w:hAnsi="Noto Serif" w:eastAsia="Noto Serif CJK SC" w:cs="Noto Serif"/>
                <w:color w:val="000000"/>
                <w:lang w:val="vi-VN" w:eastAsia="zh-CN" w:bidi="vi-VN"/>
              </w:rPr>
              <w:t>Chuyển đại pháp luân ở Nam Thiệm Bộ Châu</w:t>
            </w:r>
          </w:p>
        </w:tc>
        <w:tc>
          <w:tcPr>
            <w:tcW w:type="dxa" w:w="2219"/>
            <w:vAlign w:val="center"/>
          </w:tcPr>
          <w:p>
            <w:pPr>
              <w:pStyle w:val="BookTable"/>
            </w:pPr>
            <w:r>
              <w:rPr>
                <w:rFonts w:ascii="Noto Serif" w:hAnsi="Noto Serif" w:eastAsia="Noto Serif CJK SC" w:cs="Noto Serif"/>
                <w:color w:val="000000"/>
                <w:lang w:val="vi-VN" w:eastAsia="zh-CN" w:bidi="vi-VN"/>
              </w:rPr>
              <w:t>Bị tổn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6</w:t>
            </w:r>
          </w:p>
        </w:tc>
        <w:tc>
          <w:tcPr>
            <w:tcW w:type="dxa" w:w="2686"/>
            <w:vAlign w:val="center"/>
          </w:tcPr>
          <w:p>
            <w:pPr>
              <w:pStyle w:val="BookTable"/>
            </w:pPr>
            <w:r>
              <w:rPr>
                <w:rFonts w:ascii="Noto Serif" w:hAnsi="Noto Serif" w:eastAsia="Noto Serif CJK SC" w:cs="Noto Serif"/>
                <w:color w:val="000000"/>
                <w:lang w:val="vi-VN" w:eastAsia="zh-CN" w:bidi="vi-VN"/>
              </w:rPr>
              <w:t>Ngày kho trời mở</w:t>
            </w:r>
            <w:r>
              <w:br/>
            </w:r>
            <w:r>
              <w:rPr>
                <w:rFonts w:ascii="Noto Serif" w:hAnsi="Noto Serif" w:eastAsia="Noto Serif CJK SC" w:cs="Noto Serif"/>
                <w:color w:val="000000"/>
                <w:lang w:val="vi-VN" w:eastAsia="zh-CN" w:bidi="vi-VN"/>
              </w:rPr>
              <w:t>Ngày trai giới kính thần Sấm</w:t>
            </w:r>
          </w:p>
        </w:tc>
        <w:tc>
          <w:tcPr>
            <w:tcW w:type="dxa" w:w="2219"/>
            <w:vAlign w:val="center"/>
          </w:tcPr>
          <w:p>
            <w:pPr>
              <w:pStyle w:val="BookTable"/>
            </w:pPr>
            <w:r>
              <w:rPr>
                <w:rFonts w:ascii="Noto Serif" w:hAnsi="Noto Serif" w:eastAsia="Noto Serif CJK SC" w:cs="Noto Serif"/>
                <w:color w:val="000000"/>
                <w:lang w:val="vi-VN" w:eastAsia="zh-CN" w:bidi="vi-VN"/>
              </w:rPr>
              <w:t>Bị tổn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8</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10</w:t>
            </w:r>
          </w:p>
        </w:tc>
        <w:tc>
          <w:tcPr>
            <w:tcW w:type="dxa" w:w="2686"/>
            <w:vAlign w:val="center"/>
          </w:tcPr>
          <w:p>
            <w:pPr>
              <w:pStyle w:val="BookTable"/>
            </w:pPr>
            <w:r>
              <w:rPr>
                <w:rFonts w:ascii="Noto Serif" w:hAnsi="Noto Serif" w:eastAsia="Noto Serif CJK SC" w:cs="Noto Serif"/>
                <w:color w:val="000000"/>
                <w:lang w:val="vi-VN" w:eastAsia="zh-CN" w:bidi="vi-VN"/>
              </w:rPr>
              <w:t>Ngày đản sinh Kim Túc Như Lai</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13</w:t>
            </w:r>
          </w:p>
        </w:tc>
        <w:tc>
          <w:tcPr>
            <w:tcW w:type="dxa" w:w="2686"/>
            <w:vAlign w:val="center"/>
          </w:tcPr>
          <w:p>
            <w:pPr>
              <w:pStyle w:val="BookTable"/>
            </w:pPr>
            <w:r>
              <w:rPr>
                <w:rFonts w:ascii="Noto Serif" w:hAnsi="Noto Serif" w:eastAsia="Noto Serif CJK SC" w:cs="Noto Serif"/>
                <w:color w:val="000000"/>
                <w:lang w:val="vi-VN" w:eastAsia="zh-CN" w:bidi="vi-VN"/>
              </w:rPr>
              <w:t>Ngày đản sinh Tỉnh Tuyền Long Vương</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14</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15</w:t>
            </w:r>
          </w:p>
        </w:tc>
        <w:tc>
          <w:tcPr>
            <w:tcW w:type="dxa" w:w="2686"/>
            <w:vAlign w:val="center"/>
          </w:tcPr>
          <w:p>
            <w:pPr>
              <w:pStyle w:val="BookTable"/>
            </w:pPr>
            <w:r>
              <w:rPr>
                <w:rFonts w:ascii="Noto Serif" w:hAnsi="Noto Serif" w:eastAsia="Noto Serif CJK SC" w:cs="Noto Serif"/>
                <w:color w:val="000000"/>
                <w:lang w:val="vi-VN" w:eastAsia="zh-CN" w:bidi="vi-VN"/>
              </w:rPr>
              <w:t>Ngày vọng (rằm)</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19</w:t>
            </w:r>
          </w:p>
        </w:tc>
        <w:tc>
          <w:tcPr>
            <w:tcW w:type="dxa" w:w="2686"/>
            <w:vAlign w:val="center"/>
          </w:tcPr>
          <w:p>
            <w:pPr>
              <w:pStyle w:val="BookTable"/>
            </w:pPr>
            <w:r>
              <w:rPr>
                <w:rFonts w:ascii="Noto Serif" w:hAnsi="Noto Serif" w:eastAsia="Noto Serif CJK SC" w:cs="Noto Serif"/>
                <w:color w:val="000000"/>
                <w:lang w:val="vi-VN" w:eastAsia="zh-CN" w:bidi="vi-VN"/>
              </w:rPr>
              <w:t>Quán Âm Đại Sĩ nhập Niết-bàn (ngày thành đạo)</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23</w:t>
            </w:r>
          </w:p>
        </w:tc>
        <w:tc>
          <w:tcPr>
            <w:tcW w:type="dxa" w:w="2686"/>
            <w:vAlign w:val="center"/>
          </w:tcPr>
          <w:p>
            <w:pPr>
              <w:pStyle w:val="BookTable"/>
            </w:pPr>
            <w:r>
              <w:rPr>
                <w:rFonts w:ascii="Noto Serif" w:hAnsi="Noto Serif" w:eastAsia="Noto Serif CJK SC" w:cs="Noto Serif"/>
                <w:color w:val="000000"/>
                <w:lang w:val="vi-VN" w:eastAsia="zh-CN" w:bidi="vi-VN"/>
              </w:rPr>
              <w:t>Ngày đản sinh Hỏa Thần phương Nam</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Gặp hỏa hoạn</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24</w:t>
            </w:r>
          </w:p>
        </w:tc>
        <w:tc>
          <w:tcPr>
            <w:tcW w:type="dxa" w:w="2686"/>
            <w:vAlign w:val="center"/>
          </w:tcPr>
          <w:p>
            <w:pPr>
              <w:pStyle w:val="BookTable"/>
            </w:pPr>
            <w:r>
              <w:rPr>
                <w:rFonts w:ascii="Noto Serif" w:hAnsi="Noto Serif" w:eastAsia="Noto Serif CJK SC" w:cs="Noto Serif"/>
                <w:color w:val="000000"/>
                <w:lang w:val="vi-VN" w:eastAsia="zh-CN" w:bidi="vi-VN"/>
              </w:rPr>
              <w:t>Ngày đản sinh Lôi Tổ</w:t>
            </w:r>
            <w:r>
              <w:br/>
            </w:r>
            <w:r>
              <w:rPr>
                <w:rFonts w:ascii="Noto Serif" w:hAnsi="Noto Serif" w:eastAsia="Noto Serif CJK SC" w:cs="Noto Serif"/>
                <w:color w:val="000000"/>
                <w:lang w:val="vi-VN" w:eastAsia="zh-CN" w:bidi="vi-VN"/>
              </w:rPr>
              <w:t>Ngày đản sinh Quan Đế</w:t>
            </w:r>
          </w:p>
        </w:tc>
        <w:tc>
          <w:tcPr>
            <w:tcW w:type="dxa" w:w="2219"/>
            <w:vAlign w:val="center"/>
          </w:tcPr>
          <w:p>
            <w:pPr>
              <w:pStyle w:val="BookTable"/>
            </w:pPr>
            <w:r>
              <w:rPr>
                <w:rFonts w:ascii="Noto Serif" w:hAnsi="Noto Serif" w:eastAsia="Noto Serif CJK SC" w:cs="Noto Serif"/>
                <w:color w:val="000000"/>
                <w:lang w:val="vi-VN" w:eastAsia="zh-CN" w:bidi="vi-VN"/>
              </w:rPr>
              <w:t>Bị giảm phúc lộc,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25</w:t>
            </w:r>
          </w:p>
        </w:tc>
        <w:tc>
          <w:tcPr>
            <w:tcW w:type="dxa" w:w="2686"/>
            <w:vAlign w:val="center"/>
          </w:tcPr>
          <w:p>
            <w:pPr>
              <w:pStyle w:val="BookTable"/>
            </w:pPr>
            <w:r>
              <w:rPr>
                <w:rFonts w:ascii="Noto Serif" w:hAnsi="Noto Serif" w:eastAsia="Noto Serif CJK SC" w:cs="Noto Serif"/>
                <w:color w:val="000000"/>
                <w:lang w:val="vi-VN" w:eastAsia="zh-CN" w:bidi="vi-VN"/>
              </w:rPr>
              <w:t>Ngày hối (cuối tháng)</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27</w:t>
            </w:r>
          </w:p>
        </w:tc>
        <w:tc>
          <w:tcPr>
            <w:tcW w:type="dxa" w:w="2686"/>
            <w:vAlign w:val="center"/>
          </w:tcPr>
          <w:p>
            <w:pPr>
              <w:pStyle w:val="BookTable"/>
            </w:pPr>
            <w:r>
              <w:rPr>
                <w:rFonts w:ascii="Noto Serif" w:hAnsi="Noto Serif" w:eastAsia="Noto Serif CJK SC" w:cs="Noto Serif"/>
                <w:color w:val="000000"/>
                <w:lang w:val="vi-VN" w:eastAsia="zh-CN" w:bidi="vi-VN"/>
              </w:rPr>
              <w:t>Thần Đẩu giáng xuống</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28</w:t>
            </w:r>
          </w:p>
        </w:tc>
        <w:tc>
          <w:tcPr>
            <w:tcW w:type="dxa" w:w="2686"/>
            <w:vAlign w:val="center"/>
          </w:tcPr>
          <w:p>
            <w:pPr>
              <w:pStyle w:val="BookTable"/>
            </w:pPr>
            <w:r>
              <w:rPr>
                <w:rFonts w:ascii="Noto Serif" w:hAnsi="Noto Serif" w:eastAsia="Noto Serif CJK SC" w:cs="Noto Serif"/>
                <w:color w:val="000000"/>
                <w:lang w:val="vi-VN" w:eastAsia="zh-CN" w:bidi="vi-VN"/>
              </w:rPr>
              <w:t>Nhân thần ở vùng âm bộ</w:t>
            </w:r>
          </w:p>
        </w:tc>
        <w:tc>
          <w:tcPr>
            <w:tcW w:type="dxa" w:w="2219"/>
            <w:vAlign w:val="center"/>
          </w:tcPr>
          <w:p>
            <w:pPr>
              <w:pStyle w:val="BookTable"/>
            </w:pPr>
            <w:r>
              <w:rPr>
                <w:rFonts w:ascii="Noto Serif" w:hAnsi="Noto Serif" w:eastAsia="Noto Serif CJK SC" w:cs="Noto Serif"/>
                <w:color w:val="000000"/>
                <w:lang w:val="vi-VN" w:eastAsia="zh-CN" w:bidi="vi-VN"/>
              </w:rPr>
              <w:t>Mắc bệnh</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29</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30</w:t>
            </w:r>
          </w:p>
        </w:tc>
        <w:tc>
          <w:tcPr>
            <w:tcW w:type="dxa" w:w="2686"/>
            <w:vAlign w:val="center"/>
          </w:tcPr>
          <w:p>
            <w:pPr>
              <w:pStyle w:val="BookTable"/>
            </w:pPr>
            <w:r>
              <w:rPr>
                <w:rFonts w:ascii="Noto Serif" w:hAnsi="Noto Serif" w:eastAsia="Noto Serif CJK SC" w:cs="Noto Serif"/>
                <w:color w:val="000000"/>
                <w:lang w:val="vi-VN" w:eastAsia="zh-CN" w:bidi="vi-VN"/>
              </w:rPr>
              <w:t>Ngày hối (cuối tháng)</w:t>
            </w:r>
            <w:r>
              <w:br/>
            </w:r>
            <w:r>
              <w:rPr>
                <w:rFonts w:ascii="Noto Serif" w:hAnsi="Noto Serif" w:eastAsia="Noto Serif CJK SC" w:cs="Noto Serif"/>
                <w:color w:val="000000"/>
                <w:lang w:val="vi-VN" w:eastAsia="zh-CN" w:bidi="vi-VN"/>
              </w:rPr>
              <w:t>Tư Mệnh tâu việc</w:t>
            </w:r>
            <w:r>
              <w:br/>
            </w:r>
            <w:r>
              <w:rPr>
                <w:rFonts w:ascii="Noto Serif" w:hAnsi="Noto Serif" w:eastAsia="Noto Serif CJK SC" w:cs="Noto Serif"/>
                <w:color w:val="000000"/>
                <w:lang w:val="vi-VN" w:eastAsia="zh-CN" w:bidi="vi-VN"/>
              </w:rPr>
              <w:t>Tứ Thiên Vương tuần hành</w:t>
            </w:r>
            <w:r>
              <w:br/>
            </w:r>
            <w:r>
              <w:rPr>
                <w:rFonts w:ascii="Noto Serif" w:hAnsi="Noto Serif" w:eastAsia="Noto Serif CJK SC" w:cs="Noto Serif"/>
                <w:color w:val="000000"/>
                <w:lang w:val="vi-VN" w:eastAsia="zh-CN" w:bidi="vi-VN"/>
              </w:rPr>
              <w:t>(nếu là tháng thiếu thì kiêng vào ngày 29)</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bookmarkEnd w:id="30"/>
          </w:p>
        </w:tc>
      </w:tr>
    </w:tbl>
    <w:p>
      <w:pPr>
        <w:pStyle w:val="Heading3"/>
        <w:pageBreakBefore w:val="0"/>
      </w:pPr>
      <w:bookmarkStart w:id="32" w:name="bf11c433676f7a06622be7ca2e92d28"/>
      <w:bookmarkStart w:id="31" w:name="b73c9faa1f0144f3b506ab24684d239"/>
      <w:bookmarkEnd w:id="31"/>
      <w:r>
        <w:rPr>
          <w:rFonts w:ascii="Noto Serif" w:hAnsi="Noto Serif" w:eastAsia="Noto Serif CJK SC" w:cs="Noto Serif"/>
          <w:color w:val="000000"/>
          <w:lang w:val="vi-VN" w:eastAsia="zh-CN" w:bidi="vi-VN"/>
        </w:rPr>
        <w:t>Tháng 7</w:t>
      </w:r>
      <w:bookmarkEnd w:id="32"/>
    </w:p>
    <w:tbl>
      <w:tblPr>
        <w:tblW w:type="dxa" w:w="583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34"/>
        <w:gridCol w:w="2686"/>
        <w:gridCol w:w="2219"/>
      </w:tblGrid>
      <w:tr>
        <w:trPr>
          <w:cantSplit/>
          <w:tblHeader/>
        </w:trPr>
        <w:tc>
          <w:tcPr>
            <w:tcW w:type="dxa" w:w="934"/>
            <w:vAlign w:val="center"/>
            <w:shd w:fill="EEEEEE" w:val="clear"/>
          </w:tcPr>
          <w:p>
            <w:pPr>
              <w:pStyle w:val="BookTable"/>
            </w:pPr>
            <w:bookmarkStart w:id="33" w:name="b9a8c3347e8e8b48c8e698e588a8731"/>
            <w:r>
              <w:rPr>
                <w:rFonts w:ascii="Noto Serif" w:hAnsi="Noto Serif" w:eastAsia="Noto Serif CJK SC" w:cs="Noto Serif"/>
                <w:color w:val="000000"/>
                <w:b w:val="1"/>
                <w:bCs w:val="1"/>
                <w:lang w:val="vi-VN" w:eastAsia="zh-CN" w:bidi="vi-VN"/>
              </w:rPr>
              <w:t>Ngày</w:t>
            </w:r>
          </w:p>
        </w:tc>
        <w:tc>
          <w:tcPr>
            <w:tcW w:type="dxa" w:w="2686"/>
            <w:vAlign w:val="center"/>
            <w:shd w:fill="EEEEEE" w:val="clear"/>
          </w:tcPr>
          <w:p>
            <w:pPr>
              <w:pStyle w:val="BookTable"/>
            </w:pPr>
            <w:r>
              <w:rPr>
                <w:rFonts w:ascii="Noto Serif" w:hAnsi="Noto Serif" w:eastAsia="Noto Serif CJK SC" w:cs="Noto Serif"/>
                <w:color w:val="000000"/>
                <w:b w:val="1"/>
                <w:bCs w:val="1"/>
                <w:lang w:val="vi-VN" w:eastAsia="zh-CN" w:bidi="vi-VN"/>
              </w:rPr>
              <w:t>Việc được nguồn nêu làm lý do kiêng</w:t>
            </w:r>
          </w:p>
        </w:tc>
        <w:tc>
          <w:tcPr>
            <w:tcW w:type="dxa" w:w="2219"/>
            <w:vAlign w:val="center"/>
            <w:shd w:fill="EEEEEE" w:val="clear"/>
          </w:tcPr>
          <w:p>
            <w:pPr>
              <w:pStyle w:val="BookTable"/>
            </w:pPr>
            <w:r>
              <w:rPr>
                <w:rFonts w:ascii="Noto Serif" w:hAnsi="Noto Serif" w:eastAsia="Noto Serif CJK SC" w:cs="Noto Serif"/>
                <w:color w:val="000000"/>
                <w:b w:val="1"/>
                <w:bCs w:val="1"/>
                <w:lang w:val="vi-VN" w:eastAsia="zh-CN" w:bidi="vi-VN"/>
              </w:rPr>
              <w:t>Cột quả báo trong nguồn</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w:t>
            </w:r>
          </w:p>
        </w:tc>
        <w:tc>
          <w:tcPr>
            <w:tcW w:type="dxa" w:w="2686"/>
            <w:vAlign w:val="center"/>
          </w:tcPr>
          <w:p>
            <w:pPr>
              <w:pStyle w:val="BookTable"/>
            </w:pPr>
            <w:r>
              <w:rPr>
                <w:rFonts w:ascii="Noto Serif" w:hAnsi="Noto Serif" w:eastAsia="Noto Serif CJK SC" w:cs="Noto Serif"/>
                <w:color w:val="000000"/>
                <w:lang w:val="vi-VN" w:eastAsia="zh-CN" w:bidi="vi-VN"/>
              </w:rPr>
              <w:t>Ngày hối (cuối tháng)</w:t>
            </w:r>
            <w:r>
              <w:br/>
            </w:r>
            <w:r>
              <w:rPr>
                <w:rFonts w:ascii="Noto Serif" w:hAnsi="Noto Serif" w:eastAsia="Noto Serif CJK SC" w:cs="Noto Serif"/>
                <w:color w:val="000000"/>
                <w:lang w:val="vi-VN" w:eastAsia="zh-CN" w:bidi="vi-VN"/>
              </w:rPr>
              <w:t>Ngày kỵ Dương Công</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w:t>
            </w:r>
          </w:p>
        </w:tc>
        <w:tc>
          <w:tcPr>
            <w:tcW w:type="dxa" w:w="2686"/>
            <w:vAlign w:val="center"/>
          </w:tcPr>
          <w:p>
            <w:pPr>
              <w:pStyle w:val="BookTable"/>
            </w:pPr>
            <w:r>
              <w:rPr>
                <w:rFonts w:ascii="Noto Serif" w:hAnsi="Noto Serif" w:eastAsia="Noto Serif CJK SC" w:cs="Noto Serif"/>
                <w:color w:val="000000"/>
                <w:lang w:val="vi-VN" w:eastAsia="zh-CN" w:bidi="vi-VN"/>
              </w:rPr>
              <w:t>Thần Đẩu giáng xuống</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5</w:t>
            </w:r>
          </w:p>
        </w:tc>
        <w:tc>
          <w:tcPr>
            <w:tcW w:type="dxa" w:w="2686"/>
            <w:vAlign w:val="center"/>
          </w:tcPr>
          <w:p>
            <w:pPr>
              <w:pStyle w:val="BookTable"/>
            </w:pPr>
            <w:r>
              <w:rPr>
                <w:rFonts w:ascii="Noto Serif" w:hAnsi="Noto Serif" w:eastAsia="Noto Serif CJK SC" w:cs="Noto Serif"/>
                <w:color w:val="000000"/>
                <w:lang w:val="vi-VN" w:eastAsia="zh-CN" w:bidi="vi-VN"/>
              </w:rPr>
              <w:t>Ngày Trung hội</w:t>
            </w:r>
            <w:r>
              <w:br/>
            </w:r>
            <w:r>
              <w:rPr>
                <w:rFonts w:ascii="Noto Serif" w:hAnsi="Noto Serif" w:eastAsia="Noto Serif CJK SC" w:cs="Noto Serif"/>
                <w:color w:val="000000"/>
                <w:lang w:val="vi-VN" w:eastAsia="zh-CN" w:bidi="vi-VN"/>
              </w:rPr>
              <w:t>Có bản chép là mồng 7</w:t>
            </w:r>
          </w:p>
        </w:tc>
        <w:tc>
          <w:tcPr>
            <w:tcW w:type="dxa" w:w="2219"/>
            <w:vAlign w:val="center"/>
          </w:tcPr>
          <w:p>
            <w:pPr>
              <w:pStyle w:val="BookTable"/>
            </w:pPr>
            <w:r>
              <w:rPr>
                <w:rFonts w:ascii="Noto Serif" w:hAnsi="Noto Serif" w:eastAsia="Noto Serif CJK SC" w:cs="Noto Serif"/>
                <w:color w:val="000000"/>
                <w:lang w:val="vi-VN" w:eastAsia="zh-CN" w:bidi="vi-VN"/>
              </w:rPr>
              <w:t>Bị tổn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6</w:t>
            </w:r>
          </w:p>
        </w:tc>
        <w:tc>
          <w:tcPr>
            <w:tcW w:type="dxa" w:w="2686"/>
            <w:vAlign w:val="center"/>
          </w:tcPr>
          <w:p>
            <w:pPr>
              <w:pStyle w:val="BookTable"/>
            </w:pPr>
            <w:r>
              <w:rPr>
                <w:rFonts w:ascii="Noto Serif" w:hAnsi="Noto Serif" w:eastAsia="Noto Serif CJK SC" w:cs="Noto Serif"/>
                <w:color w:val="000000"/>
                <w:lang w:val="vi-VN" w:eastAsia="zh-CN" w:bidi="vi-VN"/>
              </w:rPr>
              <w:t>Ngày trai giới kính thần Sấm</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7</w:t>
            </w:r>
          </w:p>
        </w:tc>
        <w:tc>
          <w:tcPr>
            <w:tcW w:type="dxa" w:w="2686"/>
            <w:vAlign w:val="center"/>
          </w:tcPr>
          <w:p>
            <w:pPr>
              <w:pStyle w:val="BookTable"/>
            </w:pPr>
            <w:r>
              <w:rPr>
                <w:rFonts w:ascii="Noto Serif" w:hAnsi="Noto Serif" w:eastAsia="Noto Serif CJK SC" w:cs="Noto Serif"/>
                <w:color w:val="000000"/>
                <w:lang w:val="vi-VN" w:eastAsia="zh-CN" w:bidi="vi-VN"/>
              </w:rPr>
              <w:t>Lễ Đạo Đức lạp</w:t>
            </w:r>
            <w:r>
              <w:br/>
            </w:r>
            <w:r>
              <w:rPr>
                <w:rFonts w:ascii="Noto Serif" w:hAnsi="Noto Serif" w:eastAsia="Noto Serif CJK SC" w:cs="Noto Serif"/>
                <w:color w:val="000000"/>
                <w:lang w:val="vi-VN" w:eastAsia="zh-CN" w:bidi="vi-VN"/>
              </w:rPr>
              <w:t>Ngũ Đế xét thiện ác của người sống</w:t>
            </w:r>
            <w:r>
              <w:br/>
            </w:r>
            <w:r>
              <w:rPr>
                <w:rFonts w:ascii="Noto Serif" w:hAnsi="Noto Serif" w:eastAsia="Noto Serif CJK SC" w:cs="Noto Serif"/>
                <w:color w:val="000000"/>
                <w:lang w:val="vi-VN" w:eastAsia="zh-CN" w:bidi="vi-VN"/>
              </w:rPr>
              <w:t>Ngày đản sinh Khôi Tinh</w:t>
            </w:r>
          </w:p>
        </w:tc>
        <w:tc>
          <w:tcPr>
            <w:tcW w:type="dxa" w:w="2219"/>
            <w:vAlign w:val="center"/>
          </w:tcPr>
          <w:p>
            <w:pPr>
              <w:pStyle w:val="BookTable"/>
            </w:pPr>
            <w:r>
              <w:rPr>
                <w:rFonts w:ascii="Noto Serif" w:hAnsi="Noto Serif" w:eastAsia="Noto Serif CJK SC" w:cs="Noto Serif"/>
                <w:color w:val="000000"/>
                <w:lang w:val="vi-VN" w:eastAsia="zh-CN" w:bidi="vi-VN"/>
              </w:rPr>
              <w:t>Bị giảm phúc lộc,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8</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10</w:t>
            </w:r>
          </w:p>
        </w:tc>
        <w:tc>
          <w:tcPr>
            <w:tcW w:type="dxa" w:w="2686"/>
            <w:vAlign w:val="center"/>
          </w:tcPr>
          <w:p>
            <w:pPr>
              <w:pStyle w:val="BookTable"/>
            </w:pPr>
            <w:r>
              <w:rPr>
                <w:rFonts w:ascii="Noto Serif" w:hAnsi="Noto Serif" w:eastAsia="Noto Serif CJK SC" w:cs="Noto Serif"/>
                <w:color w:val="000000"/>
                <w:lang w:val="vi-VN" w:eastAsia="zh-CN" w:bidi="vi-VN"/>
              </w:rPr>
              <w:t>Ngày âm độc, hết sức kiêng kỵ</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12</w:t>
            </w:r>
          </w:p>
        </w:tc>
        <w:tc>
          <w:tcPr>
            <w:tcW w:type="dxa" w:w="2686"/>
            <w:vAlign w:val="center"/>
          </w:tcPr>
          <w:p>
            <w:pPr>
              <w:pStyle w:val="BookTable"/>
            </w:pPr>
            <w:r>
              <w:rPr>
                <w:rFonts w:ascii="Noto Serif" w:hAnsi="Noto Serif" w:eastAsia="Noto Serif CJK SC" w:cs="Noto Serif"/>
                <w:color w:val="000000"/>
                <w:lang w:val="vi-VN" w:eastAsia="zh-CN" w:bidi="vi-VN"/>
              </w:rPr>
              <w:t>Ngày đản sinh Trường Chân Đàm Chân Nhân</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13</w:t>
            </w:r>
          </w:p>
        </w:tc>
        <w:tc>
          <w:tcPr>
            <w:tcW w:type="dxa" w:w="2686"/>
            <w:vAlign w:val="center"/>
          </w:tcPr>
          <w:p>
            <w:pPr>
              <w:pStyle w:val="BookTable"/>
            </w:pPr>
            <w:r>
              <w:rPr>
                <w:rFonts w:ascii="Noto Serif" w:hAnsi="Noto Serif" w:eastAsia="Noto Serif CJK SC" w:cs="Noto Serif"/>
                <w:color w:val="000000"/>
                <w:lang w:val="vi-VN" w:eastAsia="zh-CN" w:bidi="vi-VN"/>
              </w:rPr>
              <w:t>Ngày đản sinh Bồ Tát Đại Thế Chí</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14</w:t>
            </w:r>
          </w:p>
        </w:tc>
        <w:tc>
          <w:tcPr>
            <w:tcW w:type="dxa" w:w="2686"/>
            <w:vAlign w:val="center"/>
          </w:tcPr>
          <w:p>
            <w:pPr>
              <w:pStyle w:val="BookTable"/>
            </w:pPr>
            <w:r>
              <w:rPr>
                <w:rFonts w:ascii="Noto Serif" w:hAnsi="Noto Serif" w:eastAsia="Noto Serif CJK SC" w:cs="Noto Serif"/>
                <w:color w:val="000000"/>
                <w:lang w:val="vi-VN" w:eastAsia="zh-CN" w:bidi="vi-VN"/>
              </w:rPr>
              <w:t>Các thần Tam Nguyên giáng xuống</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15</w:t>
            </w:r>
          </w:p>
        </w:tc>
        <w:tc>
          <w:tcPr>
            <w:tcW w:type="dxa" w:w="2686"/>
            <w:vAlign w:val="center"/>
          </w:tcPr>
          <w:p>
            <w:pPr>
              <w:pStyle w:val="BookTable"/>
            </w:pPr>
            <w:r>
              <w:rPr>
                <w:rFonts w:ascii="Noto Serif" w:hAnsi="Noto Serif" w:eastAsia="Noto Serif CJK SC" w:cs="Noto Serif"/>
                <w:color w:val="000000"/>
                <w:lang w:val="vi-VN" w:eastAsia="zh-CN" w:bidi="vi-VN"/>
              </w:rPr>
              <w:t>Ngày vọng (rằm)</w:t>
            </w:r>
            <w:r>
              <w:br/>
            </w:r>
            <w:r>
              <w:rPr>
                <w:rFonts w:ascii="Noto Serif" w:hAnsi="Noto Serif" w:eastAsia="Noto Serif CJK SC" w:cs="Noto Serif"/>
                <w:color w:val="000000"/>
                <w:lang w:val="vi-VN" w:eastAsia="zh-CN" w:bidi="vi-VN"/>
              </w:rPr>
              <w:t>Các thần Tam Nguyên giáng xuống</w:t>
            </w:r>
            <w:r>
              <w:br/>
            </w:r>
            <w:r>
              <w:rPr>
                <w:rFonts w:ascii="Noto Serif" w:hAnsi="Noto Serif" w:eastAsia="Noto Serif CJK SC" w:cs="Noto Serif"/>
                <w:color w:val="000000"/>
                <w:lang w:val="vi-VN" w:eastAsia="zh-CN" w:bidi="vi-VN"/>
              </w:rPr>
              <w:t>Địa Quan xét sổ</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16</w:t>
            </w:r>
          </w:p>
        </w:tc>
        <w:tc>
          <w:tcPr>
            <w:tcW w:type="dxa" w:w="2686"/>
            <w:vAlign w:val="center"/>
          </w:tcPr>
          <w:p>
            <w:pPr>
              <w:pStyle w:val="BookTable"/>
            </w:pPr>
            <w:r>
              <w:rPr>
                <w:rFonts w:ascii="Noto Serif" w:hAnsi="Noto Serif" w:eastAsia="Noto Serif CJK SC" w:cs="Noto Serif"/>
                <w:color w:val="000000"/>
                <w:lang w:val="vi-VN" w:eastAsia="zh-CN" w:bidi="vi-VN"/>
              </w:rPr>
              <w:t>Các thần Tam Nguyên giáng xuống</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18</w:t>
            </w:r>
          </w:p>
        </w:tc>
        <w:tc>
          <w:tcPr>
            <w:tcW w:type="dxa" w:w="2686"/>
            <w:vAlign w:val="center"/>
          </w:tcPr>
          <w:p>
            <w:pPr>
              <w:pStyle w:val="BookTable"/>
            </w:pPr>
            <w:r>
              <w:rPr>
                <w:rFonts w:ascii="Noto Serif" w:hAnsi="Noto Serif" w:eastAsia="Noto Serif CJK SC" w:cs="Noto Serif"/>
                <w:color w:val="000000"/>
                <w:lang w:val="vi-VN" w:eastAsia="zh-CN" w:bidi="vi-VN"/>
              </w:rPr>
              <w:t>Ngày đản sinh Tây Vương Mẫu</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19</w:t>
            </w:r>
          </w:p>
        </w:tc>
        <w:tc>
          <w:tcPr>
            <w:tcW w:type="dxa" w:w="2686"/>
            <w:vAlign w:val="center"/>
          </w:tcPr>
          <w:p>
            <w:pPr>
              <w:pStyle w:val="BookTable"/>
            </w:pPr>
            <w:r>
              <w:rPr>
                <w:rFonts w:ascii="Noto Serif" w:hAnsi="Noto Serif" w:eastAsia="Noto Serif CJK SC" w:cs="Noto Serif"/>
                <w:color w:val="000000"/>
                <w:lang w:val="vi-VN" w:eastAsia="zh-CN" w:bidi="vi-VN"/>
              </w:rPr>
              <w:t>Ngày đản sinh Thái Tuế</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22</w:t>
            </w:r>
          </w:p>
        </w:tc>
        <w:tc>
          <w:tcPr>
            <w:tcW w:type="dxa" w:w="2686"/>
            <w:vAlign w:val="center"/>
          </w:tcPr>
          <w:p>
            <w:pPr>
              <w:pStyle w:val="BookTable"/>
            </w:pPr>
            <w:r>
              <w:rPr>
                <w:rFonts w:ascii="Noto Serif" w:hAnsi="Noto Serif" w:eastAsia="Noto Serif CJK SC" w:cs="Noto Serif"/>
                <w:color w:val="000000"/>
                <w:lang w:val="vi-VN" w:eastAsia="zh-CN" w:bidi="vi-VN"/>
              </w:rPr>
              <w:t>Ngày đản sinh Tăng Phúc Tài Thần</w:t>
            </w:r>
          </w:p>
        </w:tc>
        <w:tc>
          <w:tcPr>
            <w:tcW w:type="dxa" w:w="2219"/>
            <w:vAlign w:val="center"/>
          </w:tcPr>
          <w:p>
            <w:pPr>
              <w:pStyle w:val="BookTable"/>
            </w:pPr>
            <w:r>
              <w:rPr>
                <w:rFonts w:ascii="Noto Serif" w:hAnsi="Noto Serif" w:eastAsia="Noto Serif CJK SC" w:cs="Noto Serif"/>
                <w:color w:val="000000"/>
                <w:lang w:val="vi-VN" w:eastAsia="zh-CN" w:bidi="vi-VN"/>
              </w:rPr>
              <w:t>Bị giảm phúc lộc,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23</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25</w:t>
            </w:r>
          </w:p>
        </w:tc>
        <w:tc>
          <w:tcPr>
            <w:tcW w:type="dxa" w:w="2686"/>
            <w:vAlign w:val="center"/>
          </w:tcPr>
          <w:p>
            <w:pPr>
              <w:pStyle w:val="BookTable"/>
            </w:pPr>
            <w:r>
              <w:rPr>
                <w:rFonts w:ascii="Noto Serif" w:hAnsi="Noto Serif" w:eastAsia="Noto Serif CJK SC" w:cs="Noto Serif"/>
                <w:color w:val="000000"/>
                <w:lang w:val="vi-VN" w:eastAsia="zh-CN" w:bidi="vi-VN"/>
              </w:rPr>
              <w:t>Ngày hối (cuối tháng)</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27</w:t>
            </w:r>
          </w:p>
        </w:tc>
        <w:tc>
          <w:tcPr>
            <w:tcW w:type="dxa" w:w="2686"/>
            <w:vAlign w:val="center"/>
          </w:tcPr>
          <w:p>
            <w:pPr>
              <w:pStyle w:val="BookTable"/>
            </w:pPr>
            <w:r>
              <w:rPr>
                <w:rFonts w:ascii="Noto Serif" w:hAnsi="Noto Serif" w:eastAsia="Noto Serif CJK SC" w:cs="Noto Serif"/>
                <w:color w:val="000000"/>
                <w:lang w:val="vi-VN" w:eastAsia="zh-CN" w:bidi="vi-VN"/>
              </w:rPr>
              <w:t>Thần Đẩu giáng xuống</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28</w:t>
            </w:r>
          </w:p>
        </w:tc>
        <w:tc>
          <w:tcPr>
            <w:tcW w:type="dxa" w:w="2686"/>
            <w:vAlign w:val="center"/>
          </w:tcPr>
          <w:p>
            <w:pPr>
              <w:pStyle w:val="BookTable"/>
            </w:pPr>
            <w:r>
              <w:rPr>
                <w:rFonts w:ascii="Noto Serif" w:hAnsi="Noto Serif" w:eastAsia="Noto Serif CJK SC" w:cs="Noto Serif"/>
                <w:color w:val="000000"/>
                <w:lang w:val="vi-VN" w:eastAsia="zh-CN" w:bidi="vi-VN"/>
              </w:rPr>
              <w:t>Nhân thần ở vùng âm bộ</w:t>
            </w:r>
          </w:p>
        </w:tc>
        <w:tc>
          <w:tcPr>
            <w:tcW w:type="dxa" w:w="2219"/>
            <w:vAlign w:val="center"/>
          </w:tcPr>
          <w:p>
            <w:pPr>
              <w:pStyle w:val="BookTable"/>
            </w:pPr>
            <w:r>
              <w:rPr>
                <w:rFonts w:ascii="Noto Serif" w:hAnsi="Noto Serif" w:eastAsia="Noto Serif CJK SC" w:cs="Noto Serif"/>
                <w:color w:val="000000"/>
                <w:lang w:val="vi-VN" w:eastAsia="zh-CN" w:bidi="vi-VN"/>
              </w:rPr>
              <w:t>Mắc bệnh</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29</w:t>
            </w:r>
          </w:p>
        </w:tc>
        <w:tc>
          <w:tcPr>
            <w:tcW w:type="dxa" w:w="2686"/>
            <w:vAlign w:val="center"/>
          </w:tcPr>
          <w:p>
            <w:pPr>
              <w:pStyle w:val="BookTable"/>
            </w:pPr>
            <w:r>
              <w:rPr>
                <w:rFonts w:ascii="Noto Serif" w:hAnsi="Noto Serif" w:eastAsia="Noto Serif CJK SC" w:cs="Noto Serif"/>
                <w:color w:val="000000"/>
                <w:lang w:val="vi-VN" w:eastAsia="zh-CN" w:bidi="vi-VN"/>
              </w:rPr>
              <w:t>Ngày kỵ Dương Công</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30</w:t>
            </w:r>
          </w:p>
        </w:tc>
        <w:tc>
          <w:tcPr>
            <w:tcW w:type="dxa" w:w="2686"/>
            <w:vAlign w:val="center"/>
          </w:tcPr>
          <w:p>
            <w:pPr>
              <w:pStyle w:val="BookTable"/>
            </w:pPr>
            <w:r>
              <w:rPr>
                <w:rFonts w:ascii="Noto Serif" w:hAnsi="Noto Serif" w:eastAsia="Noto Serif CJK SC" w:cs="Noto Serif"/>
                <w:color w:val="000000"/>
                <w:lang w:val="vi-VN" w:eastAsia="zh-CN" w:bidi="vi-VN"/>
              </w:rPr>
              <w:t>Ngày đản sinh Bồ Tát Địa Tạng</w:t>
            </w:r>
            <w:r>
              <w:br/>
            </w:r>
            <w:r>
              <w:rPr>
                <w:rFonts w:ascii="Noto Serif" w:hAnsi="Noto Serif" w:eastAsia="Noto Serif CJK SC" w:cs="Noto Serif"/>
                <w:color w:val="000000"/>
                <w:lang w:val="vi-VN" w:eastAsia="zh-CN" w:bidi="vi-VN"/>
              </w:rPr>
              <w:t>Ngày hối (cuối tháng)</w:t>
            </w:r>
            <w:r>
              <w:br/>
            </w:r>
            <w:r>
              <w:rPr>
                <w:rFonts w:ascii="Noto Serif" w:hAnsi="Noto Serif" w:eastAsia="Noto Serif CJK SC" w:cs="Noto Serif"/>
                <w:color w:val="000000"/>
                <w:lang w:val="vi-VN" w:eastAsia="zh-CN" w:bidi="vi-VN"/>
              </w:rPr>
              <w:t>Tư Mệnh tâu việc</w:t>
            </w:r>
            <w:r>
              <w:br/>
            </w:r>
            <w:r>
              <w:rPr>
                <w:rFonts w:ascii="Noto Serif" w:hAnsi="Noto Serif" w:eastAsia="Noto Serif CJK SC" w:cs="Noto Serif"/>
                <w:color w:val="000000"/>
                <w:lang w:val="vi-VN" w:eastAsia="zh-CN" w:bidi="vi-VN"/>
              </w:rPr>
              <w:t>Tứ Thiên Vương tuần hành</w:t>
            </w:r>
            <w:r>
              <w:br/>
            </w:r>
            <w:r>
              <w:rPr>
                <w:rFonts w:ascii="Noto Serif" w:hAnsi="Noto Serif" w:eastAsia="Noto Serif CJK SC" w:cs="Noto Serif"/>
                <w:color w:val="000000"/>
                <w:lang w:val="vi-VN" w:eastAsia="zh-CN" w:bidi="vi-VN"/>
              </w:rPr>
              <w:t>(nếu là tháng thiếu thì kiêng vào ngày 29)</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r>
              <w:br/>
            </w:r>
            <w:r>
              <w:rPr>
                <w:rFonts w:ascii="Noto Serif" w:hAnsi="Noto Serif" w:eastAsia="Noto Serif CJK SC" w:cs="Noto Serif"/>
                <w:color w:val="000000"/>
                <w:lang w:val="vi-VN" w:eastAsia="zh-CN" w:bidi="vi-VN"/>
              </w:rPr>
              <w:t>Bị giảm tuổi thọ</w:t>
            </w:r>
            <w:bookmarkEnd w:id="33"/>
          </w:p>
        </w:tc>
      </w:tr>
    </w:tbl>
    <w:p>
      <w:pPr>
        <w:pStyle w:val="Heading3"/>
        <w:pageBreakBefore w:val="0"/>
      </w:pPr>
      <w:bookmarkStart w:id="35" w:name="b35a7a634b257b9505e626480cf0cb7"/>
      <w:bookmarkStart w:id="34" w:name="bc8c8118f742702dff9e83b7b2f7e14"/>
      <w:bookmarkEnd w:id="34"/>
      <w:r>
        <w:rPr>
          <w:rFonts w:ascii="Noto Serif" w:hAnsi="Noto Serif" w:eastAsia="Noto Serif CJK SC" w:cs="Noto Serif"/>
          <w:color w:val="000000"/>
          <w:lang w:val="vi-VN" w:eastAsia="zh-CN" w:bidi="vi-VN"/>
        </w:rPr>
        <w:t>Tháng 8</w:t>
      </w:r>
      <w:bookmarkEnd w:id="35"/>
    </w:p>
    <w:tbl>
      <w:tblPr>
        <w:tblW w:type="dxa" w:w="583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34"/>
        <w:gridCol w:w="2686"/>
        <w:gridCol w:w="2219"/>
      </w:tblGrid>
      <w:tr>
        <w:trPr>
          <w:cantSplit/>
          <w:tblHeader/>
        </w:trPr>
        <w:tc>
          <w:tcPr>
            <w:tcW w:type="dxa" w:w="934"/>
            <w:vAlign w:val="center"/>
            <w:shd w:fill="EEEEEE" w:val="clear"/>
          </w:tcPr>
          <w:p>
            <w:pPr>
              <w:pStyle w:val="BookTable"/>
            </w:pPr>
            <w:bookmarkStart w:id="36" w:name="bc80149b6131ad490d3ebbdd16ca116"/>
            <w:r>
              <w:rPr>
                <w:rFonts w:ascii="Noto Serif" w:hAnsi="Noto Serif" w:eastAsia="Noto Serif CJK SC" w:cs="Noto Serif"/>
                <w:color w:val="000000"/>
                <w:b w:val="1"/>
                <w:bCs w:val="1"/>
                <w:lang w:val="vi-VN" w:eastAsia="zh-CN" w:bidi="vi-VN"/>
              </w:rPr>
              <w:t>Ngày</w:t>
            </w:r>
          </w:p>
        </w:tc>
        <w:tc>
          <w:tcPr>
            <w:tcW w:type="dxa" w:w="2686"/>
            <w:vAlign w:val="center"/>
            <w:shd w:fill="EEEEEE" w:val="clear"/>
          </w:tcPr>
          <w:p>
            <w:pPr>
              <w:pStyle w:val="BookTable"/>
            </w:pPr>
            <w:r>
              <w:rPr>
                <w:rFonts w:ascii="Noto Serif" w:hAnsi="Noto Serif" w:eastAsia="Noto Serif CJK SC" w:cs="Noto Serif"/>
                <w:color w:val="000000"/>
                <w:b w:val="1"/>
                <w:bCs w:val="1"/>
                <w:lang w:val="vi-VN" w:eastAsia="zh-CN" w:bidi="vi-VN"/>
              </w:rPr>
              <w:t>Việc được nguồn nêu làm lý do kiêng</w:t>
            </w:r>
          </w:p>
        </w:tc>
        <w:tc>
          <w:tcPr>
            <w:tcW w:type="dxa" w:w="2219"/>
            <w:vAlign w:val="center"/>
            <w:shd w:fill="EEEEEE" w:val="clear"/>
          </w:tcPr>
          <w:p>
            <w:pPr>
              <w:pStyle w:val="BookTable"/>
            </w:pPr>
            <w:r>
              <w:rPr>
                <w:rFonts w:ascii="Noto Serif" w:hAnsi="Noto Serif" w:eastAsia="Noto Serif CJK SC" w:cs="Noto Serif"/>
                <w:color w:val="000000"/>
                <w:b w:val="1"/>
                <w:bCs w:val="1"/>
                <w:lang w:val="vi-VN" w:eastAsia="zh-CN" w:bidi="vi-VN"/>
              </w:rPr>
              <w:t>Cột quả báo trong nguồn</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w:t>
            </w:r>
          </w:p>
        </w:tc>
        <w:tc>
          <w:tcPr>
            <w:tcW w:type="dxa" w:w="2686"/>
            <w:vAlign w:val="center"/>
          </w:tcPr>
          <w:p>
            <w:pPr>
              <w:pStyle w:val="BookTable"/>
            </w:pPr>
            <w:r>
              <w:rPr>
                <w:rFonts w:ascii="Noto Serif" w:hAnsi="Noto Serif" w:eastAsia="Noto Serif CJK SC" w:cs="Noto Serif"/>
                <w:color w:val="000000"/>
                <w:lang w:val="vi-VN" w:eastAsia="zh-CN" w:bidi="vi-VN"/>
              </w:rPr>
              <w:t>Ngày sóc (đầu tháng)</w:t>
            </w:r>
            <w:r>
              <w:br/>
            </w:r>
            <w:r>
              <w:rPr>
                <w:rFonts w:ascii="Noto Serif" w:hAnsi="Noto Serif" w:eastAsia="Noto Serif CJK SC" w:cs="Noto Serif"/>
                <w:color w:val="000000"/>
                <w:lang w:val="vi-VN" w:eastAsia="zh-CN" w:bidi="vi-VN"/>
              </w:rPr>
              <w:t>Ngày đản sinh Hứa Chân Quân</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w:t>
            </w:r>
          </w:p>
        </w:tc>
        <w:tc>
          <w:tcPr>
            <w:tcW w:type="dxa" w:w="2686"/>
            <w:vAlign w:val="center"/>
          </w:tcPr>
          <w:p>
            <w:pPr>
              <w:pStyle w:val="BookTable"/>
            </w:pPr>
            <w:r>
              <w:rPr>
                <w:rFonts w:ascii="Noto Serif" w:hAnsi="Noto Serif" w:eastAsia="Noto Serif CJK SC" w:cs="Noto Serif"/>
                <w:color w:val="000000"/>
                <w:lang w:val="vi-VN" w:eastAsia="zh-CN" w:bidi="vi-VN"/>
              </w:rPr>
              <w:t>Thần Đẩu giáng xuống</w:t>
            </w:r>
            <w:r>
              <w:br/>
            </w:r>
            <w:r>
              <w:rPr>
                <w:rFonts w:ascii="Noto Serif" w:hAnsi="Noto Serif" w:eastAsia="Noto Serif CJK SC" w:cs="Noto Serif"/>
                <w:color w:val="000000"/>
                <w:lang w:val="vi-VN" w:eastAsia="zh-CN" w:bidi="vi-VN"/>
              </w:rPr>
              <w:t>Ngày đản sinh Bắc Đẩu</w:t>
            </w:r>
            <w:r>
              <w:br/>
            </w:r>
            <w:r>
              <w:rPr>
                <w:rFonts w:ascii="Noto Serif" w:hAnsi="Noto Serif" w:eastAsia="Noto Serif CJK SC" w:cs="Noto Serif"/>
                <w:color w:val="000000"/>
                <w:lang w:val="vi-VN" w:eastAsia="zh-CN" w:bidi="vi-VN"/>
              </w:rPr>
              <w:t>Ngày đản sinh Tư Mệnh Táo Quân</w:t>
            </w:r>
          </w:p>
        </w:tc>
        <w:tc>
          <w:tcPr>
            <w:tcW w:type="dxa" w:w="2219"/>
            <w:vAlign w:val="center"/>
          </w:tcPr>
          <w:p>
            <w:pPr>
              <w:pStyle w:val="BookTable"/>
            </w:pPr>
            <w:r>
              <w:rPr>
                <w:rFonts w:ascii="Noto Serif" w:hAnsi="Noto Serif" w:eastAsia="Noto Serif CJK SC" w:cs="Noto Serif"/>
                <w:color w:val="000000"/>
                <w:lang w:val="vi-VN" w:eastAsia="zh-CN" w:bidi="vi-VN"/>
              </w:rPr>
              <w:t>Bị giảm phúc lộc, trừ kỷ</w:t>
            </w:r>
            <w:r>
              <w:br/>
            </w:r>
            <w:r>
              <w:rPr>
                <w:rFonts w:ascii="Noto Serif" w:hAnsi="Noto Serif" w:eastAsia="Noto Serif CJK SC" w:cs="Noto Serif"/>
                <w:color w:val="000000"/>
                <w:lang w:val="vi-VN" w:eastAsia="zh-CN" w:bidi="vi-VN"/>
              </w:rPr>
              <w:t>Gặp hỏa hoạn</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5</w:t>
            </w:r>
          </w:p>
        </w:tc>
        <w:tc>
          <w:tcPr>
            <w:tcW w:type="dxa" w:w="2686"/>
            <w:vAlign w:val="center"/>
          </w:tcPr>
          <w:p>
            <w:pPr>
              <w:pStyle w:val="BookTable"/>
            </w:pPr>
            <w:r>
              <w:rPr>
                <w:rFonts w:ascii="Noto Serif" w:hAnsi="Noto Serif" w:eastAsia="Noto Serif CJK SC" w:cs="Noto Serif"/>
                <w:color w:val="000000"/>
                <w:lang w:val="vi-VN" w:eastAsia="zh-CN" w:bidi="vi-VN"/>
              </w:rPr>
              <w:t>Ngày đản sinh Lôi Thanh Đại Đế</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6</w:t>
            </w:r>
          </w:p>
        </w:tc>
        <w:tc>
          <w:tcPr>
            <w:tcW w:type="dxa" w:w="2686"/>
            <w:vAlign w:val="center"/>
          </w:tcPr>
          <w:p>
            <w:pPr>
              <w:pStyle w:val="BookTable"/>
            </w:pPr>
            <w:r>
              <w:rPr>
                <w:rFonts w:ascii="Noto Serif" w:hAnsi="Noto Serif" w:eastAsia="Noto Serif CJK SC" w:cs="Noto Serif"/>
                <w:color w:val="000000"/>
                <w:lang w:val="vi-VN" w:eastAsia="zh-CN" w:bidi="vi-VN"/>
              </w:rPr>
              <w:t>Trai giới kính thần Sấm</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8</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10</w:t>
            </w:r>
          </w:p>
        </w:tc>
        <w:tc>
          <w:tcPr>
            <w:tcW w:type="dxa" w:w="2686"/>
            <w:vAlign w:val="center"/>
          </w:tcPr>
          <w:p>
            <w:pPr>
              <w:pStyle w:val="BookTable"/>
            </w:pPr>
            <w:r>
              <w:rPr>
                <w:rFonts w:ascii="Noto Serif" w:hAnsi="Noto Serif" w:eastAsia="Noto Serif CJK SC" w:cs="Noto Serif"/>
                <w:color w:val="000000"/>
                <w:lang w:val="vi-VN" w:eastAsia="zh-CN" w:bidi="vi-VN"/>
              </w:rPr>
              <w:t>Ngày đản sinh Bắc Đẩu Đại Đế</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12</w:t>
            </w:r>
          </w:p>
        </w:tc>
        <w:tc>
          <w:tcPr>
            <w:tcW w:type="dxa" w:w="2686"/>
            <w:vAlign w:val="center"/>
          </w:tcPr>
          <w:p>
            <w:pPr>
              <w:pStyle w:val="BookTable"/>
            </w:pPr>
            <w:r>
              <w:rPr>
                <w:rFonts w:ascii="Noto Serif" w:hAnsi="Noto Serif" w:eastAsia="Noto Serif CJK SC" w:cs="Noto Serif"/>
                <w:color w:val="000000"/>
                <w:lang w:val="vi-VN" w:eastAsia="zh-CN" w:bidi="vi-VN"/>
              </w:rPr>
              <w:t>Ngày đản sinh Ngũ Đạo ở phương Tây</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14</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15</w:t>
            </w:r>
          </w:p>
        </w:tc>
        <w:tc>
          <w:tcPr>
            <w:tcW w:type="dxa" w:w="2686"/>
            <w:vAlign w:val="center"/>
          </w:tcPr>
          <w:p>
            <w:pPr>
              <w:pStyle w:val="BookTable"/>
            </w:pPr>
            <w:r>
              <w:rPr>
                <w:rFonts w:ascii="Noto Serif" w:hAnsi="Noto Serif" w:eastAsia="Noto Serif CJK SC" w:cs="Noto Serif"/>
                <w:color w:val="000000"/>
                <w:lang w:val="vi-VN" w:eastAsia="zh-CN" w:bidi="vi-VN"/>
              </w:rPr>
              <w:t>Ngày vọng (rằm)</w:t>
            </w:r>
            <w:r>
              <w:br/>
            </w:r>
            <w:r>
              <w:rPr>
                <w:rFonts w:ascii="Noto Serif" w:hAnsi="Noto Serif" w:eastAsia="Noto Serif CJK SC" w:cs="Noto Serif"/>
                <w:color w:val="000000"/>
                <w:lang w:val="vi-VN" w:eastAsia="zh-CN" w:bidi="vi-VN"/>
              </w:rPr>
              <w:t>Thái Âm chầu Nguyên (nên đốt hương thức đêm)</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Chết đột ngột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16</w:t>
            </w:r>
          </w:p>
        </w:tc>
        <w:tc>
          <w:tcPr>
            <w:tcW w:type="dxa" w:w="2686"/>
            <w:vAlign w:val="center"/>
          </w:tcPr>
          <w:p>
            <w:pPr>
              <w:pStyle w:val="BookTable"/>
            </w:pPr>
            <w:r>
              <w:rPr>
                <w:rFonts w:ascii="Noto Serif" w:hAnsi="Noto Serif" w:eastAsia="Noto Serif CJK SC" w:cs="Noto Serif"/>
                <w:color w:val="000000"/>
                <w:lang w:val="vi-VN" w:eastAsia="zh-CN" w:bidi="vi-VN"/>
              </w:rPr>
              <w:t>Lược Xoát Chân Quân thuộc Thiên Tào giáng xuống</w:t>
            </w:r>
          </w:p>
        </w:tc>
        <w:tc>
          <w:tcPr>
            <w:tcW w:type="dxa" w:w="2219"/>
            <w:vAlign w:val="center"/>
          </w:tcPr>
          <w:p>
            <w:pPr>
              <w:pStyle w:val="BookTable"/>
            </w:pPr>
            <w:r>
              <w:rPr>
                <w:rFonts w:ascii="Noto Serif" w:hAnsi="Noto Serif" w:eastAsia="Noto Serif CJK SC" w:cs="Noto Serif"/>
                <w:color w:val="000000"/>
                <w:lang w:val="vi-VN" w:eastAsia="zh-CN" w:bidi="vi-VN"/>
              </w:rPr>
              <w:t>Nghèo khó, chết yểu</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18</w:t>
            </w:r>
          </w:p>
        </w:tc>
        <w:tc>
          <w:tcPr>
            <w:tcW w:type="dxa" w:w="2686"/>
            <w:vAlign w:val="center"/>
          </w:tcPr>
          <w:p>
            <w:pPr>
              <w:pStyle w:val="BookTable"/>
            </w:pPr>
            <w:r>
              <w:rPr>
                <w:rFonts w:ascii="Noto Serif" w:hAnsi="Noto Serif" w:eastAsia="Noto Serif CJK SC" w:cs="Noto Serif"/>
                <w:color w:val="000000"/>
                <w:lang w:val="vi-VN" w:eastAsia="zh-CN" w:bidi="vi-VN"/>
              </w:rPr>
              <w:t>Ngày trời và người gây dựng phúc lành (nên trai giới, giữ tâm nghĩ đến điều lành)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23</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r>
              <w:br/>
            </w:r>
            <w:r>
              <w:rPr>
                <w:rFonts w:ascii="Noto Serif" w:hAnsi="Noto Serif" w:eastAsia="Noto Serif CJK SC" w:cs="Noto Serif"/>
                <w:color w:val="000000"/>
                <w:lang w:val="vi-VN" w:eastAsia="zh-CN" w:bidi="vi-VN"/>
              </w:rPr>
              <w:t>Ngày đản sinh Hán Hoàn Hầu Trương Hiển Vương</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24</w:t>
            </w:r>
          </w:p>
        </w:tc>
        <w:tc>
          <w:tcPr>
            <w:tcW w:type="dxa" w:w="2686"/>
            <w:vAlign w:val="center"/>
          </w:tcPr>
          <w:p>
            <w:pPr>
              <w:pStyle w:val="BookTable"/>
            </w:pPr>
            <w:r>
              <w:rPr>
                <w:rFonts w:ascii="Noto Serif" w:hAnsi="Noto Serif" w:eastAsia="Noto Serif CJK SC" w:cs="Noto Serif"/>
                <w:color w:val="000000"/>
                <w:lang w:val="vi-VN" w:eastAsia="zh-CN" w:bidi="vi-VN"/>
              </w:rPr>
              <w:t>Ngày đản sinh phu nhân Táo Quân</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25</w:t>
            </w:r>
          </w:p>
        </w:tc>
        <w:tc>
          <w:tcPr>
            <w:tcW w:type="dxa" w:w="2686"/>
            <w:vAlign w:val="center"/>
          </w:tcPr>
          <w:p>
            <w:pPr>
              <w:pStyle w:val="BookTable"/>
            </w:pPr>
            <w:r>
              <w:rPr>
                <w:rFonts w:ascii="Noto Serif" w:hAnsi="Noto Serif" w:eastAsia="Noto Serif CJK SC" w:cs="Noto Serif"/>
                <w:color w:val="000000"/>
                <w:lang w:val="vi-VN" w:eastAsia="zh-CN" w:bidi="vi-VN"/>
              </w:rPr>
              <w:t>Ngày hối (cuối tháng)</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27</w:t>
            </w:r>
          </w:p>
        </w:tc>
        <w:tc>
          <w:tcPr>
            <w:tcW w:type="dxa" w:w="2686"/>
            <w:vAlign w:val="center"/>
          </w:tcPr>
          <w:p>
            <w:pPr>
              <w:pStyle w:val="BookTable"/>
            </w:pPr>
            <w:r>
              <w:rPr>
                <w:rFonts w:ascii="Noto Serif" w:hAnsi="Noto Serif" w:eastAsia="Noto Serif CJK SC" w:cs="Noto Serif"/>
                <w:color w:val="000000"/>
                <w:lang w:val="vi-VN" w:eastAsia="zh-CN" w:bidi="vi-VN"/>
              </w:rPr>
              <w:t>Thần Đẩu giáng xuống</w:t>
            </w:r>
            <w:r>
              <w:br/>
            </w:r>
            <w:r>
              <w:rPr>
                <w:rFonts w:ascii="Noto Serif" w:hAnsi="Noto Serif" w:eastAsia="Noto Serif CJK SC" w:cs="Noto Serif"/>
                <w:color w:val="000000"/>
                <w:lang w:val="vi-VN" w:eastAsia="zh-CN" w:bidi="vi-VN"/>
              </w:rPr>
              <w:t>Ngày đản sinh Chí Thánh Tiên Sư Khổng Tử</w:t>
            </w:r>
            <w:r>
              <w:br/>
            </w:r>
            <w:r>
              <w:rPr>
                <w:rFonts w:ascii="Noto Serif" w:hAnsi="Noto Serif" w:eastAsia="Noto Serif CJK SC" w:cs="Noto Serif"/>
                <w:color w:val="000000"/>
                <w:lang w:val="vi-VN" w:eastAsia="zh-CN" w:bidi="vi-VN"/>
              </w:rPr>
              <w:t>Ngày kỵ Dương Công</w:t>
            </w:r>
          </w:p>
        </w:tc>
        <w:tc>
          <w:tcPr>
            <w:tcW w:type="dxa" w:w="2219"/>
            <w:vAlign w:val="center"/>
          </w:tcPr>
          <w:p>
            <w:pPr>
              <w:pStyle w:val="BookTable"/>
            </w:pPr>
            <w:r>
              <w:rPr>
                <w:rFonts w:ascii="Noto Serif" w:hAnsi="Noto Serif" w:eastAsia="Noto Serif CJK SC" w:cs="Noto Serif"/>
                <w:color w:val="000000"/>
                <w:lang w:val="vi-VN" w:eastAsia="zh-CN" w:bidi="vi-VN"/>
              </w:rPr>
              <w:t>Bị giảm phúc lộc,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28</w:t>
            </w:r>
          </w:p>
        </w:tc>
        <w:tc>
          <w:tcPr>
            <w:tcW w:type="dxa" w:w="2686"/>
            <w:vAlign w:val="center"/>
          </w:tcPr>
          <w:p>
            <w:pPr>
              <w:pStyle w:val="BookTable"/>
            </w:pPr>
            <w:r>
              <w:rPr>
                <w:rFonts w:ascii="Noto Serif" w:hAnsi="Noto Serif" w:eastAsia="Noto Serif CJK SC" w:cs="Noto Serif"/>
                <w:color w:val="000000"/>
                <w:lang w:val="vi-VN" w:eastAsia="zh-CN" w:bidi="vi-VN"/>
              </w:rPr>
              <w:t>Nhân thần ở vùng âm bộ</w:t>
            </w:r>
            <w:r>
              <w:br/>
            </w:r>
            <w:r>
              <w:rPr>
                <w:rFonts w:ascii="Noto Serif" w:hAnsi="Noto Serif" w:eastAsia="Noto Serif CJK SC" w:cs="Noto Serif"/>
                <w:color w:val="000000"/>
                <w:lang w:val="vi-VN" w:eastAsia="zh-CN" w:bidi="vi-VN"/>
              </w:rPr>
              <w:t>Bốn trời hội bàn công việc</w:t>
            </w:r>
          </w:p>
        </w:tc>
        <w:tc>
          <w:tcPr>
            <w:tcW w:type="dxa" w:w="2219"/>
            <w:vAlign w:val="center"/>
          </w:tcPr>
          <w:p>
            <w:pPr>
              <w:pStyle w:val="BookTable"/>
            </w:pPr>
            <w:r>
              <w:rPr>
                <w:rFonts w:ascii="Noto Serif" w:hAnsi="Noto Serif" w:eastAsia="Noto Serif CJK SC" w:cs="Noto Serif"/>
                <w:color w:val="000000"/>
                <w:lang w:val="vi-VN" w:eastAsia="zh-CN" w:bidi="vi-VN"/>
              </w:rPr>
              <w:t>Mắc bệnh</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29</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30</w:t>
            </w:r>
          </w:p>
        </w:tc>
        <w:tc>
          <w:tcPr>
            <w:tcW w:type="dxa" w:w="2686"/>
            <w:vAlign w:val="center"/>
          </w:tcPr>
          <w:p>
            <w:pPr>
              <w:pStyle w:val="BookTable"/>
            </w:pPr>
            <w:r>
              <w:rPr>
                <w:rFonts w:ascii="Noto Serif" w:hAnsi="Noto Serif" w:eastAsia="Noto Serif CJK SC" w:cs="Noto Serif"/>
                <w:color w:val="000000"/>
                <w:lang w:val="vi-VN" w:eastAsia="zh-CN" w:bidi="vi-VN"/>
              </w:rPr>
              <w:t>Ngày hối (cuối tháng)</w:t>
            </w:r>
            <w:r>
              <w:br/>
            </w:r>
            <w:r>
              <w:rPr>
                <w:rFonts w:ascii="Noto Serif" w:hAnsi="Noto Serif" w:eastAsia="Noto Serif CJK SC" w:cs="Noto Serif"/>
                <w:color w:val="000000"/>
                <w:lang w:val="vi-VN" w:eastAsia="zh-CN" w:bidi="vi-VN"/>
              </w:rPr>
              <w:t>Tư Mệnh tâu việc</w:t>
            </w:r>
            <w:r>
              <w:br/>
            </w:r>
            <w:r>
              <w:rPr>
                <w:rFonts w:ascii="Noto Serif" w:hAnsi="Noto Serif" w:eastAsia="Noto Serif CJK SC" w:cs="Noto Serif"/>
                <w:color w:val="000000"/>
                <w:lang w:val="vi-VN" w:eastAsia="zh-CN" w:bidi="vi-VN"/>
              </w:rPr>
              <w:t>Chư thần khảo xét</w:t>
            </w:r>
            <w:r>
              <w:br/>
            </w:r>
            <w:r>
              <w:rPr>
                <w:rFonts w:ascii="Noto Serif" w:hAnsi="Noto Serif" w:eastAsia="Noto Serif CJK SC" w:cs="Noto Serif"/>
                <w:color w:val="000000"/>
                <w:lang w:val="vi-VN" w:eastAsia="zh-CN" w:bidi="vi-VN"/>
              </w:rPr>
              <w:t>Tứ Thiên Vương tuần hành</w:t>
            </w:r>
            <w:r>
              <w:br/>
            </w:r>
            <w:r>
              <w:rPr>
                <w:rFonts w:ascii="Noto Serif" w:hAnsi="Noto Serif" w:eastAsia="Noto Serif CJK SC" w:cs="Noto Serif"/>
                <w:color w:val="000000"/>
                <w:lang w:val="vi-VN" w:eastAsia="zh-CN" w:bidi="vi-VN"/>
              </w:rPr>
              <w:t>(nếu là tháng thiếu thì kiêng vào ngày 29)</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r>
              <w:br/>
            </w:r>
            <w:r>
              <w:rPr>
                <w:rFonts w:ascii="Noto Serif" w:hAnsi="Noto Serif" w:eastAsia="Noto Serif CJK SC" w:cs="Noto Serif"/>
                <w:color w:val="000000"/>
                <w:lang w:val="vi-VN" w:eastAsia="zh-CN" w:bidi="vi-VN"/>
              </w:rPr>
              <w:t>Bị trừ toán</w:t>
            </w:r>
            <w:bookmarkEnd w:id="36"/>
          </w:p>
        </w:tc>
      </w:tr>
    </w:tbl>
    <w:p>
      <w:pPr>
        <w:pStyle w:val="Heading3"/>
        <w:pageBreakBefore w:val="0"/>
      </w:pPr>
      <w:bookmarkStart w:id="38" w:name="b0ebb128a648bcac4448d3a0826a656"/>
      <w:bookmarkStart w:id="37" w:name="b6124e9c886c31cb2fedf30a19da9ba"/>
      <w:bookmarkEnd w:id="37"/>
      <w:r>
        <w:rPr>
          <w:rFonts w:ascii="Noto Serif" w:hAnsi="Noto Serif" w:eastAsia="Noto Serif CJK SC" w:cs="Noto Serif"/>
          <w:color w:val="000000"/>
          <w:lang w:val="vi-VN" w:eastAsia="zh-CN" w:bidi="vi-VN"/>
        </w:rPr>
        <w:t>Tháng 9</w:t>
      </w:r>
      <w:bookmarkEnd w:id="38"/>
    </w:p>
    <w:tbl>
      <w:tblPr>
        <w:tblW w:type="dxa" w:w="583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34"/>
        <w:gridCol w:w="2686"/>
        <w:gridCol w:w="2219"/>
      </w:tblGrid>
      <w:tr>
        <w:trPr>
          <w:cantSplit/>
          <w:tblHeader/>
        </w:trPr>
        <w:tc>
          <w:tcPr>
            <w:tcW w:type="dxa" w:w="934"/>
            <w:vAlign w:val="center"/>
            <w:shd w:fill="EEEEEE" w:val="clear"/>
          </w:tcPr>
          <w:p>
            <w:pPr>
              <w:pStyle w:val="BookTable"/>
            </w:pPr>
            <w:bookmarkStart w:id="39" w:name="baebcbecd7402ad3eb459794ed36de0"/>
            <w:r>
              <w:rPr>
                <w:rFonts w:ascii="Noto Serif" w:hAnsi="Noto Serif" w:eastAsia="Noto Serif CJK SC" w:cs="Noto Serif"/>
                <w:color w:val="000000"/>
                <w:b w:val="1"/>
                <w:bCs w:val="1"/>
                <w:lang w:val="vi-VN" w:eastAsia="zh-CN" w:bidi="vi-VN"/>
              </w:rPr>
              <w:t>Ngày</w:t>
            </w:r>
          </w:p>
        </w:tc>
        <w:tc>
          <w:tcPr>
            <w:tcW w:type="dxa" w:w="2686"/>
            <w:vAlign w:val="center"/>
            <w:shd w:fill="EEEEEE" w:val="clear"/>
          </w:tcPr>
          <w:p>
            <w:pPr>
              <w:pStyle w:val="BookTable"/>
            </w:pPr>
            <w:r>
              <w:rPr>
                <w:rFonts w:ascii="Noto Serif" w:hAnsi="Noto Serif" w:eastAsia="Noto Serif CJK SC" w:cs="Noto Serif"/>
                <w:color w:val="000000"/>
                <w:b w:val="1"/>
                <w:bCs w:val="1"/>
                <w:lang w:val="vi-VN" w:eastAsia="zh-CN" w:bidi="vi-VN"/>
              </w:rPr>
              <w:t>Việc được nguồn nêu làm lý do kiêng</w:t>
            </w:r>
          </w:p>
        </w:tc>
        <w:tc>
          <w:tcPr>
            <w:tcW w:type="dxa" w:w="2219"/>
            <w:vAlign w:val="center"/>
            <w:shd w:fill="EEEEEE" w:val="clear"/>
          </w:tcPr>
          <w:p>
            <w:pPr>
              <w:pStyle w:val="BookTable"/>
            </w:pPr>
            <w:r>
              <w:rPr>
                <w:rFonts w:ascii="Noto Serif" w:hAnsi="Noto Serif" w:eastAsia="Noto Serif CJK SC" w:cs="Noto Serif"/>
                <w:color w:val="000000"/>
                <w:b w:val="1"/>
                <w:bCs w:val="1"/>
                <w:lang w:val="vi-VN" w:eastAsia="zh-CN" w:bidi="vi-VN"/>
              </w:rPr>
              <w:t>Cột quả báo trong nguồn</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w:t>
            </w:r>
          </w:p>
        </w:tc>
        <w:tc>
          <w:tcPr>
            <w:tcW w:type="dxa" w:w="2686"/>
            <w:vAlign w:val="center"/>
          </w:tcPr>
          <w:p>
            <w:pPr>
              <w:pStyle w:val="BookTable"/>
            </w:pPr>
            <w:r>
              <w:rPr>
                <w:rFonts w:ascii="Noto Serif" w:hAnsi="Noto Serif" w:eastAsia="Noto Serif CJK SC" w:cs="Noto Serif"/>
                <w:color w:val="000000"/>
                <w:lang w:val="vi-VN" w:eastAsia="zh-CN" w:bidi="vi-VN"/>
              </w:rPr>
              <w:t>Ngày sóc (đầu tháng)</w:t>
            </w:r>
            <w:r>
              <w:br/>
            </w:r>
            <w:r>
              <w:rPr>
                <w:rFonts w:ascii="Noto Serif" w:hAnsi="Noto Serif" w:eastAsia="Noto Serif CJK SC" w:cs="Noto Serif"/>
                <w:color w:val="000000"/>
                <w:lang w:val="vi-VN" w:eastAsia="zh-CN" w:bidi="vi-VN"/>
              </w:rPr>
              <w:t>Ngày đản sinh Nam Đẩu</w:t>
            </w:r>
            <w:r>
              <w:br/>
            </w:r>
            <w:r>
              <w:rPr>
                <w:rFonts w:ascii="Noto Serif" w:hAnsi="Noto Serif" w:eastAsia="Noto Serif CJK SC" w:cs="Noto Serif"/>
                <w:color w:val="000000"/>
                <w:lang w:val="vi-VN" w:eastAsia="zh-CN" w:bidi="vi-VN"/>
              </w:rPr>
              <w:t>Từ mồng 1 đến mồng 9, chín sao Bắc Đẩu giáng xuống</w:t>
            </w:r>
            <w:r>
              <w:br/>
            </w:r>
            <w:r>
              <w:rPr>
                <w:rFonts w:ascii="Noto Serif" w:hAnsi="Noto Serif" w:eastAsia="Noto Serif CJK SC" w:cs="Noto Serif"/>
                <w:color w:val="000000"/>
                <w:lang w:val="vi-VN" w:eastAsia="zh-CN" w:bidi="vi-VN"/>
              </w:rPr>
              <w:t>(cả chín ngày này đều nên trai giới)</w:t>
            </w:r>
          </w:p>
        </w:tc>
        <w:tc>
          <w:tcPr>
            <w:tcW w:type="dxa" w:w="2219"/>
            <w:vAlign w:val="center"/>
          </w:tcPr>
          <w:p>
            <w:pPr>
              <w:pStyle w:val="BookTable"/>
            </w:pPr>
            <w:r>
              <w:rPr>
                <w:rFonts w:ascii="Noto Serif" w:hAnsi="Noto Serif" w:eastAsia="Noto Serif CJK SC" w:cs="Noto Serif"/>
                <w:color w:val="000000"/>
                <w:lang w:val="vi-VN" w:eastAsia="zh-CN" w:bidi="vi-VN"/>
              </w:rPr>
              <w:t>Bị giảm phúc lộc, trừ kỷ</w:t>
            </w:r>
            <w:r>
              <w:br/>
            </w: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w:t>
            </w:r>
          </w:p>
        </w:tc>
        <w:tc>
          <w:tcPr>
            <w:tcW w:type="dxa" w:w="2686"/>
            <w:vAlign w:val="center"/>
          </w:tcPr>
          <w:p>
            <w:pPr>
              <w:pStyle w:val="BookTable"/>
            </w:pPr>
            <w:r>
              <w:rPr>
                <w:rFonts w:ascii="Noto Serif" w:hAnsi="Noto Serif" w:eastAsia="Noto Serif CJK SC" w:cs="Noto Serif"/>
                <w:color w:val="000000"/>
                <w:lang w:val="vi-VN" w:eastAsia="zh-CN" w:bidi="vi-VN"/>
              </w:rPr>
              <w:t>Ngày đản sinh Ngũ Ôn Thần</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8</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r>
              <w:br/>
            </w:r>
            <w:r>
              <w:rPr>
                <w:rFonts w:ascii="Noto Serif" w:hAnsi="Noto Serif" w:eastAsia="Noto Serif CJK SC" w:cs="Noto Serif"/>
                <w:color w:val="000000"/>
                <w:lang w:val="vi-VN" w:eastAsia="zh-CN" w:bidi="vi-VN"/>
              </w:rPr>
              <w:t>Ngày đản sinh Đẩu Mẫu</w:t>
            </w:r>
            <w:r>
              <w:br/>
            </w:r>
            <w:r>
              <w:rPr>
                <w:rFonts w:ascii="Noto Serif" w:hAnsi="Noto Serif" w:eastAsia="Noto Serif CJK SC" w:cs="Noto Serif"/>
                <w:color w:val="000000"/>
                <w:lang w:val="vi-VN" w:eastAsia="zh-CN" w:bidi="vi-VN"/>
              </w:rPr>
              <w:t>Ngày đản sinh Phong Đô Đại Đế</w:t>
            </w:r>
            <w:r>
              <w:br/>
            </w:r>
            <w:r>
              <w:rPr>
                <w:rFonts w:ascii="Noto Serif" w:hAnsi="Noto Serif" w:eastAsia="Noto Serif CJK SC" w:cs="Noto Serif"/>
                <w:color w:val="000000"/>
                <w:lang w:val="vi-VN" w:eastAsia="zh-CN" w:bidi="vi-VN"/>
              </w:rPr>
              <w:t>Huyền Thiên Thượng Đế phi thăng</w:t>
            </w:r>
          </w:p>
        </w:tc>
        <w:tc>
          <w:tcPr>
            <w:tcW w:type="dxa" w:w="2219"/>
            <w:vAlign w:val="center"/>
          </w:tcPr>
          <w:p>
            <w:pPr>
              <w:pStyle w:val="BookTable"/>
            </w:pPr>
            <w:r>
              <w:rPr>
                <w:rFonts w:ascii="Noto Serif" w:hAnsi="Noto Serif" w:eastAsia="Noto Serif CJK SC" w:cs="Noto Serif"/>
                <w:color w:val="000000"/>
                <w:lang w:val="vi-VN" w:eastAsia="zh-CN" w:bidi="vi-VN"/>
              </w:rPr>
              <w:t>Bị giảm phúc lộc,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10</w:t>
            </w:r>
          </w:p>
        </w:tc>
        <w:tc>
          <w:tcPr>
            <w:tcW w:type="dxa" w:w="2686"/>
            <w:vAlign w:val="center"/>
          </w:tcPr>
          <w:p>
            <w:pPr>
              <w:pStyle w:val="BookTable"/>
            </w:pPr>
            <w:r>
              <w:rPr>
                <w:rFonts w:ascii="Noto Serif" w:hAnsi="Noto Serif" w:eastAsia="Noto Serif CJK SC" w:cs="Noto Serif"/>
                <w:color w:val="000000"/>
                <w:lang w:val="vi-VN" w:eastAsia="zh-CN" w:bidi="vi-VN"/>
              </w:rPr>
              <w:t>Đẩu Mẫu giáng xuống</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11</w:t>
            </w:r>
          </w:p>
        </w:tc>
        <w:tc>
          <w:tcPr>
            <w:tcW w:type="dxa" w:w="2686"/>
            <w:vAlign w:val="center"/>
          </w:tcPr>
          <w:p>
            <w:pPr>
              <w:pStyle w:val="BookTable"/>
            </w:pPr>
            <w:r>
              <w:rPr>
                <w:rFonts w:ascii="Noto Serif" w:hAnsi="Noto Serif" w:eastAsia="Noto Serif CJK SC" w:cs="Noto Serif"/>
                <w:color w:val="000000"/>
                <w:lang w:val="vi-VN" w:eastAsia="zh-CN" w:bidi="vi-VN"/>
              </w:rPr>
              <w:t>Nên kiêng giao hợp</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13</w:t>
            </w:r>
          </w:p>
        </w:tc>
        <w:tc>
          <w:tcPr>
            <w:tcW w:type="dxa" w:w="2686"/>
            <w:vAlign w:val="center"/>
          </w:tcPr>
          <w:p>
            <w:pPr>
              <w:pStyle w:val="BookTable"/>
            </w:pPr>
            <w:r>
              <w:rPr>
                <w:rFonts w:ascii="Noto Serif" w:hAnsi="Noto Serif" w:eastAsia="Noto Serif CJK SC" w:cs="Noto Serif"/>
                <w:color w:val="000000"/>
                <w:lang w:val="vi-VN" w:eastAsia="zh-CN" w:bidi="vi-VN"/>
              </w:rPr>
              <w:t>Ngày đản sinh Mạnh Bà Tôn Thần</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14</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15</w:t>
            </w:r>
          </w:p>
        </w:tc>
        <w:tc>
          <w:tcPr>
            <w:tcW w:type="dxa" w:w="2686"/>
            <w:vAlign w:val="center"/>
          </w:tcPr>
          <w:p>
            <w:pPr>
              <w:pStyle w:val="BookTable"/>
            </w:pPr>
            <w:r>
              <w:rPr>
                <w:rFonts w:ascii="Noto Serif" w:hAnsi="Noto Serif" w:eastAsia="Noto Serif CJK SC" w:cs="Noto Serif"/>
                <w:color w:val="000000"/>
                <w:lang w:val="vi-VN" w:eastAsia="zh-CN" w:bidi="vi-VN"/>
              </w:rPr>
              <w:t>Ngày vọng (rằm)</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17</w:t>
            </w:r>
          </w:p>
        </w:tc>
        <w:tc>
          <w:tcPr>
            <w:tcW w:type="dxa" w:w="2686"/>
            <w:vAlign w:val="center"/>
          </w:tcPr>
          <w:p>
            <w:pPr>
              <w:pStyle w:val="BookTable"/>
            </w:pPr>
            <w:r>
              <w:rPr>
                <w:rFonts w:ascii="Noto Serif" w:hAnsi="Noto Serif" w:eastAsia="Noto Serif CJK SC" w:cs="Noto Serif"/>
                <w:color w:val="000000"/>
                <w:lang w:val="vi-VN" w:eastAsia="zh-CN" w:bidi="vi-VN"/>
              </w:rPr>
              <w:t>Ngày đản sinh Kim Long Tứ Đại Vương</w:t>
            </w:r>
          </w:p>
        </w:tc>
        <w:tc>
          <w:tcPr>
            <w:tcW w:type="dxa" w:w="2219"/>
            <w:vAlign w:val="center"/>
          </w:tcPr>
          <w:p>
            <w:pPr>
              <w:pStyle w:val="BookTable"/>
            </w:pPr>
            <w:r>
              <w:rPr>
                <w:rFonts w:ascii="Noto Serif" w:hAnsi="Noto Serif" w:eastAsia="Noto Serif CJK SC" w:cs="Noto Serif"/>
                <w:color w:val="000000"/>
                <w:lang w:val="vi-VN" w:eastAsia="zh-CN" w:bidi="vi-VN"/>
              </w:rPr>
              <w:t>Tai nạn đường nước</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19</w:t>
            </w:r>
          </w:p>
        </w:tc>
        <w:tc>
          <w:tcPr>
            <w:tcW w:type="dxa" w:w="2686"/>
            <w:vAlign w:val="center"/>
          </w:tcPr>
          <w:p>
            <w:pPr>
              <w:pStyle w:val="BookTable"/>
            </w:pPr>
            <w:r>
              <w:rPr>
                <w:rFonts w:ascii="Noto Serif" w:hAnsi="Noto Serif" w:eastAsia="Noto Serif CJK SC" w:cs="Noto Serif"/>
                <w:color w:val="000000"/>
                <w:lang w:val="vi-VN" w:eastAsia="zh-CN" w:bidi="vi-VN"/>
              </w:rPr>
              <w:t>Nhật cung và nguyệt cung hội hợp</w:t>
            </w:r>
            <w:r>
              <w:br/>
            </w:r>
            <w:r>
              <w:rPr>
                <w:rFonts w:ascii="Noto Serif" w:hAnsi="Noto Serif" w:eastAsia="Noto Serif CJK SC" w:cs="Noto Serif"/>
                <w:color w:val="000000"/>
                <w:lang w:val="vi-VN" w:eastAsia="zh-CN" w:bidi="vi-VN"/>
              </w:rPr>
              <w:t>Ngày Bồ Tát Quán Thế Âm xuất gia</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23</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25</w:t>
            </w:r>
          </w:p>
        </w:tc>
        <w:tc>
          <w:tcPr>
            <w:tcW w:type="dxa" w:w="2686"/>
            <w:vAlign w:val="center"/>
          </w:tcPr>
          <w:p>
            <w:pPr>
              <w:pStyle w:val="BookTable"/>
            </w:pPr>
            <w:r>
              <w:rPr>
                <w:rFonts w:ascii="Noto Serif" w:hAnsi="Noto Serif" w:eastAsia="Noto Serif CJK SC" w:cs="Noto Serif"/>
                <w:color w:val="000000"/>
                <w:lang w:val="vi-VN" w:eastAsia="zh-CN" w:bidi="vi-VN"/>
              </w:rPr>
              <w:t>Ngày hối (cuối tháng)</w:t>
            </w:r>
            <w:r>
              <w:br/>
            </w:r>
            <w:r>
              <w:rPr>
                <w:rFonts w:ascii="Noto Serif" w:hAnsi="Noto Serif" w:eastAsia="Noto Serif CJK SC" w:cs="Noto Serif"/>
                <w:color w:val="000000"/>
                <w:lang w:val="vi-VN" w:eastAsia="zh-CN" w:bidi="vi-VN"/>
              </w:rPr>
              <w:t>Ngày kỵ Dương Công</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27</w:t>
            </w:r>
          </w:p>
        </w:tc>
        <w:tc>
          <w:tcPr>
            <w:tcW w:type="dxa" w:w="2686"/>
            <w:vAlign w:val="center"/>
          </w:tcPr>
          <w:p>
            <w:pPr>
              <w:pStyle w:val="BookTable"/>
            </w:pPr>
            <w:r>
              <w:rPr>
                <w:rFonts w:ascii="Noto Serif" w:hAnsi="Noto Serif" w:eastAsia="Noto Serif CJK SC" w:cs="Noto Serif"/>
                <w:color w:val="000000"/>
                <w:lang w:val="vi-VN" w:eastAsia="zh-CN" w:bidi="vi-VN"/>
              </w:rPr>
              <w:t>Thần Đẩu giáng xuống</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28</w:t>
            </w:r>
          </w:p>
        </w:tc>
        <w:tc>
          <w:tcPr>
            <w:tcW w:type="dxa" w:w="2686"/>
            <w:vAlign w:val="center"/>
          </w:tcPr>
          <w:p>
            <w:pPr>
              <w:pStyle w:val="BookTable"/>
            </w:pPr>
            <w:r>
              <w:rPr>
                <w:rFonts w:ascii="Noto Serif" w:hAnsi="Noto Serif" w:eastAsia="Noto Serif CJK SC" w:cs="Noto Serif"/>
                <w:color w:val="000000"/>
                <w:lang w:val="vi-VN" w:eastAsia="zh-CN" w:bidi="vi-VN"/>
              </w:rPr>
              <w:t>Nhân thần ở vùng âm bộ</w:t>
            </w:r>
          </w:p>
        </w:tc>
        <w:tc>
          <w:tcPr>
            <w:tcW w:type="dxa" w:w="2219"/>
            <w:vAlign w:val="center"/>
          </w:tcPr>
          <w:p>
            <w:pPr>
              <w:pStyle w:val="BookTable"/>
            </w:pPr>
            <w:r>
              <w:rPr>
                <w:rFonts w:ascii="Noto Serif" w:hAnsi="Noto Serif" w:eastAsia="Noto Serif CJK SC" w:cs="Noto Serif"/>
                <w:color w:val="000000"/>
                <w:lang w:val="vi-VN" w:eastAsia="zh-CN" w:bidi="vi-VN"/>
              </w:rPr>
              <w:t>Mắc bệnh</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29</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30</w:t>
            </w:r>
          </w:p>
        </w:tc>
        <w:tc>
          <w:tcPr>
            <w:tcW w:type="dxa" w:w="2686"/>
            <w:vAlign w:val="center"/>
          </w:tcPr>
          <w:p>
            <w:pPr>
              <w:pStyle w:val="BookTable"/>
            </w:pPr>
            <w:r>
              <w:rPr>
                <w:rFonts w:ascii="Noto Serif" w:hAnsi="Noto Serif" w:eastAsia="Noto Serif CJK SC" w:cs="Noto Serif"/>
                <w:color w:val="000000"/>
                <w:lang w:val="vi-VN" w:eastAsia="zh-CN" w:bidi="vi-VN"/>
              </w:rPr>
              <w:t>Ngày đản sinh Đức Phật Dược Sư Lưu Ly Quang</w:t>
            </w:r>
            <w:r>
              <w:br/>
            </w:r>
            <w:r>
              <w:rPr>
                <w:rFonts w:ascii="Noto Serif" w:hAnsi="Noto Serif" w:eastAsia="Noto Serif CJK SC" w:cs="Noto Serif"/>
                <w:color w:val="000000"/>
                <w:lang w:val="vi-VN" w:eastAsia="zh-CN" w:bidi="vi-VN"/>
              </w:rPr>
              <w:t>Ngày hối (cuối tháng)</w:t>
            </w:r>
            <w:r>
              <w:br/>
            </w:r>
            <w:r>
              <w:rPr>
                <w:rFonts w:ascii="Noto Serif" w:hAnsi="Noto Serif" w:eastAsia="Noto Serif CJK SC" w:cs="Noto Serif"/>
                <w:color w:val="000000"/>
                <w:lang w:val="vi-VN" w:eastAsia="zh-CN" w:bidi="vi-VN"/>
              </w:rPr>
              <w:t>Tư Mệnh tâu việc</w:t>
            </w:r>
            <w:r>
              <w:br/>
            </w:r>
            <w:r>
              <w:rPr>
                <w:rFonts w:ascii="Noto Serif" w:hAnsi="Noto Serif" w:eastAsia="Noto Serif CJK SC" w:cs="Noto Serif"/>
                <w:color w:val="000000"/>
                <w:lang w:val="vi-VN" w:eastAsia="zh-CN" w:bidi="vi-VN"/>
              </w:rPr>
              <w:t>Tứ Thiên Vương tuần hành</w:t>
            </w:r>
            <w:r>
              <w:br/>
            </w:r>
            <w:r>
              <w:rPr>
                <w:rFonts w:ascii="Noto Serif" w:hAnsi="Noto Serif" w:eastAsia="Noto Serif CJK SC" w:cs="Noto Serif"/>
                <w:color w:val="000000"/>
                <w:lang w:val="vi-VN" w:eastAsia="zh-CN" w:bidi="vi-VN"/>
              </w:rPr>
              <w:t>(nếu là tháng thiếu thì kiêng vào ngày 29)</w:t>
            </w:r>
          </w:p>
        </w:tc>
        <w:tc>
          <w:tcPr>
            <w:tcW w:type="dxa" w:w="2219"/>
            <w:vAlign w:val="center"/>
          </w:tcPr>
          <w:p>
            <w:pPr>
              <w:pStyle w:val="BookTable"/>
            </w:pPr>
            <w:r>
              <w:rPr>
                <w:rFonts w:ascii="Noto Serif" w:hAnsi="Noto Serif" w:eastAsia="Noto Serif CJK SC" w:cs="Noto Serif"/>
                <w:color w:val="000000"/>
                <w:lang w:val="vi-VN" w:eastAsia="zh-CN" w:bidi="vi-VN"/>
              </w:rPr>
              <w:t>Bệnh nguy kịch</w:t>
            </w:r>
            <w:r>
              <w:br/>
            </w:r>
            <w:r>
              <w:rPr>
                <w:rFonts w:ascii="Noto Serif" w:hAnsi="Noto Serif" w:eastAsia="Noto Serif CJK SC" w:cs="Noto Serif"/>
                <w:color w:val="000000"/>
                <w:lang w:val="vi-VN" w:eastAsia="zh-CN" w:bidi="vi-VN"/>
              </w:rPr>
              <w:t>Bị giảm tuổi thọ</w:t>
            </w:r>
            <w:bookmarkEnd w:id="39"/>
          </w:p>
        </w:tc>
      </w:tr>
    </w:tbl>
    <w:p>
      <w:pPr>
        <w:pStyle w:val="Heading3"/>
        <w:pageBreakBefore w:val="0"/>
      </w:pPr>
      <w:bookmarkStart w:id="41" w:name="b9b232cf824884626abe09b1aee7788"/>
      <w:bookmarkStart w:id="40" w:name="b9fe95733e1d23914dded206c192f5b"/>
      <w:bookmarkEnd w:id="40"/>
      <w:r>
        <w:rPr>
          <w:rFonts w:ascii="Noto Serif" w:hAnsi="Noto Serif" w:eastAsia="Noto Serif CJK SC" w:cs="Noto Serif"/>
          <w:color w:val="000000"/>
          <w:lang w:val="vi-VN" w:eastAsia="zh-CN" w:bidi="vi-VN"/>
        </w:rPr>
        <w:t>Tháng 10</w:t>
      </w:r>
      <w:bookmarkEnd w:id="41"/>
    </w:p>
    <w:tbl>
      <w:tblPr>
        <w:tblW w:type="dxa" w:w="583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34"/>
        <w:gridCol w:w="2686"/>
        <w:gridCol w:w="2219"/>
      </w:tblGrid>
      <w:tr>
        <w:trPr>
          <w:cantSplit/>
          <w:tblHeader/>
        </w:trPr>
        <w:tc>
          <w:tcPr>
            <w:tcW w:type="dxa" w:w="934"/>
            <w:vAlign w:val="center"/>
            <w:shd w:fill="EEEEEE" w:val="clear"/>
          </w:tcPr>
          <w:p>
            <w:pPr>
              <w:pStyle w:val="BookTable"/>
            </w:pPr>
            <w:bookmarkStart w:id="42" w:name="bdd5adfd014558c6e6176a35b1fb961"/>
            <w:r>
              <w:rPr>
                <w:rFonts w:ascii="Noto Serif" w:hAnsi="Noto Serif" w:eastAsia="Noto Serif CJK SC" w:cs="Noto Serif"/>
                <w:color w:val="000000"/>
                <w:b w:val="1"/>
                <w:bCs w:val="1"/>
                <w:lang w:val="vi-VN" w:eastAsia="zh-CN" w:bidi="vi-VN"/>
              </w:rPr>
              <w:t>Ngày</w:t>
            </w:r>
          </w:p>
        </w:tc>
        <w:tc>
          <w:tcPr>
            <w:tcW w:type="dxa" w:w="2686"/>
            <w:vAlign w:val="center"/>
            <w:shd w:fill="EEEEEE" w:val="clear"/>
          </w:tcPr>
          <w:p>
            <w:pPr>
              <w:pStyle w:val="BookTable"/>
            </w:pPr>
            <w:r>
              <w:rPr>
                <w:rFonts w:ascii="Noto Serif" w:hAnsi="Noto Serif" w:eastAsia="Noto Serif CJK SC" w:cs="Noto Serif"/>
                <w:color w:val="000000"/>
                <w:b w:val="1"/>
                <w:bCs w:val="1"/>
                <w:lang w:val="vi-VN" w:eastAsia="zh-CN" w:bidi="vi-VN"/>
              </w:rPr>
              <w:t>Việc được nguồn nêu làm lý do kiêng</w:t>
            </w:r>
          </w:p>
        </w:tc>
        <w:tc>
          <w:tcPr>
            <w:tcW w:type="dxa" w:w="2219"/>
            <w:vAlign w:val="center"/>
            <w:shd w:fill="EEEEEE" w:val="clear"/>
          </w:tcPr>
          <w:p>
            <w:pPr>
              <w:pStyle w:val="BookTable"/>
            </w:pPr>
            <w:r>
              <w:rPr>
                <w:rFonts w:ascii="Noto Serif" w:hAnsi="Noto Serif" w:eastAsia="Noto Serif CJK SC" w:cs="Noto Serif"/>
                <w:color w:val="000000"/>
                <w:b w:val="1"/>
                <w:bCs w:val="1"/>
                <w:lang w:val="vi-VN" w:eastAsia="zh-CN" w:bidi="vi-VN"/>
              </w:rPr>
              <w:t>Cột quả báo trong nguồn</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w:t>
            </w:r>
          </w:p>
        </w:tc>
        <w:tc>
          <w:tcPr>
            <w:tcW w:type="dxa" w:w="2686"/>
            <w:vAlign w:val="center"/>
          </w:tcPr>
          <w:p>
            <w:pPr>
              <w:pStyle w:val="BookTable"/>
            </w:pPr>
            <w:r>
              <w:rPr>
                <w:rFonts w:ascii="Noto Serif" w:hAnsi="Noto Serif" w:eastAsia="Noto Serif CJK SC" w:cs="Noto Serif"/>
                <w:color w:val="000000"/>
                <w:lang w:val="vi-VN" w:eastAsia="zh-CN" w:bidi="vi-VN"/>
              </w:rPr>
              <w:t>Ngày hối (cuối tháng)</w:t>
            </w:r>
            <w:r>
              <w:br/>
            </w:r>
            <w:r>
              <w:rPr>
                <w:rFonts w:ascii="Noto Serif" w:hAnsi="Noto Serif" w:eastAsia="Noto Serif CJK SC" w:cs="Noto Serif"/>
                <w:color w:val="000000"/>
                <w:lang w:val="vi-VN" w:eastAsia="zh-CN" w:bidi="vi-VN"/>
              </w:rPr>
              <w:t>Lễ Dân Tuế lạp</w:t>
            </w:r>
            <w:r>
              <w:br/>
            </w:r>
            <w:r>
              <w:rPr>
                <w:rFonts w:ascii="Noto Serif" w:hAnsi="Noto Serif" w:eastAsia="Noto Serif CJK SC" w:cs="Noto Serif"/>
                <w:color w:val="000000"/>
                <w:lang w:val="vi-VN" w:eastAsia="zh-CN" w:bidi="vi-VN"/>
              </w:rPr>
              <w:t>Tứ Thiên Vương giáng xuống</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r>
              <w:br/>
            </w:r>
            <w:r>
              <w:rPr>
                <w:rFonts w:ascii="Noto Serif" w:hAnsi="Noto Serif" w:eastAsia="Noto Serif CJK SC" w:cs="Noto Serif"/>
                <w:color w:val="000000"/>
                <w:lang w:val="vi-VN" w:eastAsia="zh-CN" w:bidi="vi-VN"/>
              </w:rPr>
              <w:t>Chết trong vòng một năm</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w:t>
            </w:r>
          </w:p>
        </w:tc>
        <w:tc>
          <w:tcPr>
            <w:tcW w:type="dxa" w:w="2686"/>
            <w:vAlign w:val="center"/>
          </w:tcPr>
          <w:p>
            <w:pPr>
              <w:pStyle w:val="BookTable"/>
            </w:pPr>
            <w:r>
              <w:rPr>
                <w:rFonts w:ascii="Noto Serif" w:hAnsi="Noto Serif" w:eastAsia="Noto Serif CJK SC" w:cs="Noto Serif"/>
                <w:color w:val="000000"/>
                <w:lang w:val="vi-VN" w:eastAsia="zh-CN" w:bidi="vi-VN"/>
              </w:rPr>
              <w:t>Thần Đẩu giáng xuống</w:t>
            </w:r>
            <w:r>
              <w:br/>
            </w:r>
            <w:r>
              <w:rPr>
                <w:rFonts w:ascii="Noto Serif" w:hAnsi="Noto Serif" w:eastAsia="Noto Serif CJK SC" w:cs="Noto Serif"/>
                <w:color w:val="000000"/>
                <w:lang w:val="vi-VN" w:eastAsia="zh-CN" w:bidi="vi-VN"/>
              </w:rPr>
              <w:t>Ngày đản sinh Tam Mao</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5</w:t>
            </w:r>
          </w:p>
        </w:tc>
        <w:tc>
          <w:tcPr>
            <w:tcW w:type="dxa" w:w="2686"/>
            <w:vAlign w:val="center"/>
          </w:tcPr>
          <w:p>
            <w:pPr>
              <w:pStyle w:val="BookTable"/>
            </w:pPr>
            <w:r>
              <w:rPr>
                <w:rFonts w:ascii="Noto Serif" w:hAnsi="Noto Serif" w:eastAsia="Noto Serif CJK SC" w:cs="Noto Serif"/>
                <w:color w:val="000000"/>
                <w:lang w:val="vi-VN" w:eastAsia="zh-CN" w:bidi="vi-VN"/>
              </w:rPr>
              <w:t>Ngày Hạ hội</w:t>
            </w:r>
            <w:r>
              <w:br/>
            </w:r>
            <w:r>
              <w:rPr>
                <w:rFonts w:ascii="Noto Serif" w:hAnsi="Noto Serif" w:eastAsia="Noto Serif CJK SC" w:cs="Noto Serif"/>
                <w:color w:val="000000"/>
                <w:lang w:val="vi-VN" w:eastAsia="zh-CN" w:bidi="vi-VN"/>
              </w:rPr>
              <w:t>Ngày đản sinh Đạt Ma Tổ Sư</w:t>
            </w:r>
          </w:p>
        </w:tc>
        <w:tc>
          <w:tcPr>
            <w:tcW w:type="dxa" w:w="2219"/>
            <w:vAlign w:val="center"/>
          </w:tcPr>
          <w:p>
            <w:pPr>
              <w:pStyle w:val="BookTable"/>
            </w:pPr>
            <w:r>
              <w:rPr>
                <w:rFonts w:ascii="Noto Serif" w:hAnsi="Noto Serif" w:eastAsia="Noto Serif CJK SC" w:cs="Noto Serif"/>
                <w:color w:val="000000"/>
                <w:lang w:val="vi-VN" w:eastAsia="zh-CN" w:bidi="vi-VN"/>
              </w:rPr>
              <w:t>Bị tổn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6</w:t>
            </w:r>
          </w:p>
        </w:tc>
        <w:tc>
          <w:tcPr>
            <w:tcW w:type="dxa" w:w="2686"/>
            <w:vAlign w:val="center"/>
          </w:tcPr>
          <w:p>
            <w:pPr>
              <w:pStyle w:val="BookTable"/>
            </w:pPr>
            <w:r>
              <w:rPr>
                <w:rFonts w:ascii="Noto Serif" w:hAnsi="Noto Serif" w:eastAsia="Noto Serif CJK SC" w:cs="Noto Serif"/>
                <w:color w:val="000000"/>
                <w:lang w:val="vi-VN" w:eastAsia="zh-CN" w:bidi="vi-VN"/>
              </w:rPr>
              <w:t>Thiên Tào xét việc</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8</w:t>
            </w:r>
          </w:p>
        </w:tc>
        <w:tc>
          <w:tcPr>
            <w:tcW w:type="dxa" w:w="2686"/>
            <w:vAlign w:val="center"/>
          </w:tcPr>
          <w:p>
            <w:pPr>
              <w:pStyle w:val="BookTable"/>
            </w:pPr>
            <w:r>
              <w:rPr>
                <w:rFonts w:ascii="Noto Serif" w:hAnsi="Noto Serif" w:eastAsia="Noto Serif CJK SC" w:cs="Noto Serif"/>
                <w:color w:val="000000"/>
                <w:lang w:val="vi-VN" w:eastAsia="zh-CN" w:bidi="vi-VN"/>
              </w:rPr>
              <w:t>Ngày Phật nhập Niết-bàn, hết sức kiêng sắc dục</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10</w:t>
            </w:r>
          </w:p>
        </w:tc>
        <w:tc>
          <w:tcPr>
            <w:tcW w:type="dxa" w:w="2686"/>
            <w:vAlign w:val="center"/>
          </w:tcPr>
          <w:p>
            <w:pPr>
              <w:pStyle w:val="BookTable"/>
            </w:pPr>
            <w:r>
              <w:rPr>
                <w:rFonts w:ascii="Noto Serif" w:hAnsi="Noto Serif" w:eastAsia="Noto Serif CJK SC" w:cs="Noto Serif"/>
                <w:color w:val="000000"/>
                <w:lang w:val="vi-VN" w:eastAsia="zh-CN" w:bidi="vi-VN"/>
              </w:rPr>
              <w:t>Tứ Thiên Vương giáng xuống</w:t>
            </w:r>
          </w:p>
        </w:tc>
        <w:tc>
          <w:tcPr>
            <w:tcW w:type="dxa" w:w="2219"/>
            <w:vAlign w:val="center"/>
          </w:tcPr>
          <w:p>
            <w:pPr>
              <w:pStyle w:val="BookTable"/>
            </w:pPr>
            <w:r>
              <w:rPr>
                <w:rFonts w:ascii="Noto Serif" w:hAnsi="Noto Serif" w:eastAsia="Noto Serif CJK SC" w:cs="Noto Serif"/>
                <w:color w:val="000000"/>
                <w:lang w:val="vi-VN" w:eastAsia="zh-CN" w:bidi="vi-VN"/>
              </w:rPr>
              <w:t>Chết trong vòng một năm</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11</w:t>
            </w:r>
          </w:p>
        </w:tc>
        <w:tc>
          <w:tcPr>
            <w:tcW w:type="dxa" w:w="2686"/>
            <w:vAlign w:val="center"/>
          </w:tcPr>
          <w:p>
            <w:pPr>
              <w:pStyle w:val="BookTable"/>
            </w:pPr>
            <w:r>
              <w:rPr>
                <w:rFonts w:ascii="Noto Serif" w:hAnsi="Noto Serif" w:eastAsia="Noto Serif CJK SC" w:cs="Noto Serif"/>
                <w:color w:val="000000"/>
                <w:lang w:val="vi-VN" w:eastAsia="zh-CN" w:bidi="vi-VN"/>
              </w:rPr>
              <w:t>Nên kiêng giao hợp</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14</w:t>
            </w:r>
          </w:p>
        </w:tc>
        <w:tc>
          <w:tcPr>
            <w:tcW w:type="dxa" w:w="2686"/>
            <w:vAlign w:val="center"/>
          </w:tcPr>
          <w:p>
            <w:pPr>
              <w:pStyle w:val="BookTable"/>
            </w:pPr>
            <w:r>
              <w:rPr>
                <w:rFonts w:ascii="Noto Serif" w:hAnsi="Noto Serif" w:eastAsia="Noto Serif CJK SC" w:cs="Noto Serif"/>
                <w:color w:val="000000"/>
                <w:lang w:val="vi-VN" w:eastAsia="zh-CN" w:bidi="vi-VN"/>
              </w:rPr>
              <w:t>Các thần Tam Nguyên giáng xuống</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15</w:t>
            </w:r>
          </w:p>
        </w:tc>
        <w:tc>
          <w:tcPr>
            <w:tcW w:type="dxa" w:w="2686"/>
            <w:vAlign w:val="center"/>
          </w:tcPr>
          <w:p>
            <w:pPr>
              <w:pStyle w:val="BookTable"/>
            </w:pPr>
            <w:r>
              <w:rPr>
                <w:rFonts w:ascii="Noto Serif" w:hAnsi="Noto Serif" w:eastAsia="Noto Serif CJK SC" w:cs="Noto Serif"/>
                <w:color w:val="000000"/>
                <w:lang w:val="vi-VN" w:eastAsia="zh-CN" w:bidi="vi-VN"/>
              </w:rPr>
              <w:t>Ngày vọng (rằm)</w:t>
            </w:r>
            <w:r>
              <w:br/>
            </w:r>
            <w:r>
              <w:rPr>
                <w:rFonts w:ascii="Noto Serif" w:hAnsi="Noto Serif" w:eastAsia="Noto Serif CJK SC" w:cs="Noto Serif"/>
                <w:color w:val="000000"/>
                <w:lang w:val="vi-VN" w:eastAsia="zh-CN" w:bidi="vi-VN"/>
              </w:rPr>
              <w:t>Các thần Tam Nguyên giáng xuống</w:t>
            </w:r>
            <w:r>
              <w:br/>
            </w:r>
            <w:r>
              <w:rPr>
                <w:rFonts w:ascii="Noto Serif" w:hAnsi="Noto Serif" w:eastAsia="Noto Serif CJK SC" w:cs="Noto Serif"/>
                <w:color w:val="000000"/>
                <w:lang w:val="vi-VN" w:eastAsia="zh-CN" w:bidi="vi-VN"/>
              </w:rPr>
              <w:t>Thủy phủ xét sổ vào Hạ Nguyên</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16</w:t>
            </w:r>
          </w:p>
        </w:tc>
        <w:tc>
          <w:tcPr>
            <w:tcW w:type="dxa" w:w="2686"/>
            <w:vAlign w:val="center"/>
          </w:tcPr>
          <w:p>
            <w:pPr>
              <w:pStyle w:val="BookTable"/>
            </w:pPr>
            <w:r>
              <w:rPr>
                <w:rFonts w:ascii="Noto Serif" w:hAnsi="Noto Serif" w:eastAsia="Noto Serif CJK SC" w:cs="Noto Serif"/>
                <w:color w:val="000000"/>
                <w:lang w:val="vi-VN" w:eastAsia="zh-CN" w:bidi="vi-VN"/>
              </w:rPr>
              <w:t>Các thần Tam Nguyên giáng xuống</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23</w:t>
            </w:r>
          </w:p>
        </w:tc>
        <w:tc>
          <w:tcPr>
            <w:tcW w:type="dxa" w:w="2686"/>
            <w:vAlign w:val="center"/>
          </w:tcPr>
          <w:p>
            <w:pPr>
              <w:pStyle w:val="BookTable"/>
            </w:pPr>
            <w:r>
              <w:rPr>
                <w:rFonts w:ascii="Noto Serif" w:hAnsi="Noto Serif" w:eastAsia="Noto Serif CJK SC" w:cs="Noto Serif"/>
                <w:color w:val="000000"/>
                <w:lang w:val="vi-VN" w:eastAsia="zh-CN" w:bidi="vi-VN"/>
              </w:rPr>
              <w:t>Ngày kỵ Dương Công</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25</w:t>
            </w:r>
          </w:p>
        </w:tc>
        <w:tc>
          <w:tcPr>
            <w:tcW w:type="dxa" w:w="2686"/>
            <w:vAlign w:val="center"/>
          </w:tcPr>
          <w:p>
            <w:pPr>
              <w:pStyle w:val="BookTable"/>
            </w:pPr>
            <w:r>
              <w:rPr>
                <w:rFonts w:ascii="Noto Serif" w:hAnsi="Noto Serif" w:eastAsia="Noto Serif CJK SC" w:cs="Noto Serif"/>
                <w:color w:val="000000"/>
                <w:lang w:val="vi-VN" w:eastAsia="zh-CN" w:bidi="vi-VN"/>
              </w:rPr>
              <w:t>Ngày hối (cuối tháng)</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27</w:t>
            </w:r>
          </w:p>
        </w:tc>
        <w:tc>
          <w:tcPr>
            <w:tcW w:type="dxa" w:w="2686"/>
            <w:vAlign w:val="center"/>
          </w:tcPr>
          <w:p>
            <w:pPr>
              <w:pStyle w:val="BookTable"/>
            </w:pPr>
            <w:r>
              <w:rPr>
                <w:rFonts w:ascii="Noto Serif" w:hAnsi="Noto Serif" w:eastAsia="Noto Serif CJK SC" w:cs="Noto Serif"/>
                <w:color w:val="000000"/>
                <w:lang w:val="vi-VN" w:eastAsia="zh-CN" w:bidi="vi-VN"/>
              </w:rPr>
              <w:t>Thần Đẩu giáng xuống</w:t>
            </w:r>
            <w:r>
              <w:br/>
            </w:r>
            <w:r>
              <w:rPr>
                <w:rFonts w:ascii="Noto Serif" w:hAnsi="Noto Serif" w:eastAsia="Noto Serif CJK SC" w:cs="Noto Serif"/>
                <w:color w:val="000000"/>
                <w:lang w:val="vi-VN" w:eastAsia="zh-CN" w:bidi="vi-VN"/>
              </w:rPr>
              <w:t>Bắc Cực Tử Vi Đại Đế giáng xuống</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28</w:t>
            </w:r>
          </w:p>
        </w:tc>
        <w:tc>
          <w:tcPr>
            <w:tcW w:type="dxa" w:w="2686"/>
            <w:vAlign w:val="center"/>
          </w:tcPr>
          <w:p>
            <w:pPr>
              <w:pStyle w:val="BookTable"/>
            </w:pPr>
            <w:r>
              <w:rPr>
                <w:rFonts w:ascii="Noto Serif" w:hAnsi="Noto Serif" w:eastAsia="Noto Serif CJK SC" w:cs="Noto Serif"/>
                <w:color w:val="000000"/>
                <w:lang w:val="vi-VN" w:eastAsia="zh-CN" w:bidi="vi-VN"/>
              </w:rPr>
              <w:t>Nhân thần ở vùng âm bộ</w:t>
            </w:r>
          </w:p>
        </w:tc>
        <w:tc>
          <w:tcPr>
            <w:tcW w:type="dxa" w:w="2219"/>
            <w:vAlign w:val="center"/>
          </w:tcPr>
          <w:p>
            <w:pPr>
              <w:pStyle w:val="BookTable"/>
            </w:pPr>
            <w:r>
              <w:rPr>
                <w:rFonts w:ascii="Noto Serif" w:hAnsi="Noto Serif" w:eastAsia="Noto Serif CJK SC" w:cs="Noto Serif"/>
                <w:color w:val="000000"/>
                <w:lang w:val="vi-VN" w:eastAsia="zh-CN" w:bidi="vi-VN"/>
              </w:rPr>
              <w:t>Mắc bệnh</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29</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30</w:t>
            </w:r>
          </w:p>
        </w:tc>
        <w:tc>
          <w:tcPr>
            <w:tcW w:type="dxa" w:w="2686"/>
            <w:vAlign w:val="center"/>
          </w:tcPr>
          <w:p>
            <w:pPr>
              <w:pStyle w:val="BookTable"/>
            </w:pPr>
            <w:r>
              <w:rPr>
                <w:rFonts w:ascii="Noto Serif" w:hAnsi="Noto Serif" w:eastAsia="Noto Serif CJK SC" w:cs="Noto Serif"/>
                <w:color w:val="000000"/>
                <w:lang w:val="vi-VN" w:eastAsia="zh-CN" w:bidi="vi-VN"/>
              </w:rPr>
              <w:t>Ngày hối (cuối tháng)</w:t>
            </w:r>
            <w:r>
              <w:br/>
            </w:r>
            <w:r>
              <w:rPr>
                <w:rFonts w:ascii="Noto Serif" w:hAnsi="Noto Serif" w:eastAsia="Noto Serif CJK SC" w:cs="Noto Serif"/>
                <w:color w:val="000000"/>
                <w:lang w:val="vi-VN" w:eastAsia="zh-CN" w:bidi="vi-VN"/>
              </w:rPr>
              <w:t>Tư Mệnh tâu việc</w:t>
            </w:r>
            <w:r>
              <w:br/>
            </w:r>
            <w:r>
              <w:rPr>
                <w:rFonts w:ascii="Noto Serif" w:hAnsi="Noto Serif" w:eastAsia="Noto Serif CJK SC" w:cs="Noto Serif"/>
                <w:color w:val="000000"/>
                <w:lang w:val="vi-VN" w:eastAsia="zh-CN" w:bidi="vi-VN"/>
              </w:rPr>
              <w:t>Tứ Thiên Vương tuần hành</w:t>
            </w:r>
            <w:r>
              <w:br/>
            </w:r>
            <w:r>
              <w:rPr>
                <w:rFonts w:ascii="Noto Serif" w:hAnsi="Noto Serif" w:eastAsia="Noto Serif CJK SC" w:cs="Noto Serif"/>
                <w:color w:val="000000"/>
                <w:lang w:val="vi-VN" w:eastAsia="zh-CN" w:bidi="vi-VN"/>
              </w:rPr>
              <w:t>(nếu là tháng thiếu thì kiêng vào ngày 29)</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bookmarkEnd w:id="42"/>
          </w:p>
        </w:tc>
      </w:tr>
    </w:tbl>
    <w:p>
      <w:pPr>
        <w:pStyle w:val="Heading3"/>
        <w:pageBreakBefore w:val="0"/>
      </w:pPr>
      <w:bookmarkStart w:id="44" w:name="b8ae5841403fab38284b9b0d0208cdd"/>
      <w:bookmarkStart w:id="43" w:name="b1f0b6f846f0e593674d7dd484b4912"/>
      <w:bookmarkEnd w:id="43"/>
      <w:r>
        <w:rPr>
          <w:rFonts w:ascii="Noto Serif" w:hAnsi="Noto Serif" w:eastAsia="Noto Serif CJK SC" w:cs="Noto Serif"/>
          <w:color w:val="000000"/>
          <w:lang w:val="vi-VN" w:eastAsia="zh-CN" w:bidi="vi-VN"/>
        </w:rPr>
        <w:t>Tháng 11</w:t>
      </w:r>
      <w:bookmarkEnd w:id="44"/>
    </w:p>
    <w:tbl>
      <w:tblPr>
        <w:tblW w:type="dxa" w:w="583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34"/>
        <w:gridCol w:w="2686"/>
        <w:gridCol w:w="2219"/>
      </w:tblGrid>
      <w:tr>
        <w:trPr>
          <w:cantSplit/>
          <w:tblHeader/>
        </w:trPr>
        <w:tc>
          <w:tcPr>
            <w:tcW w:type="dxa" w:w="934"/>
            <w:vAlign w:val="center"/>
            <w:shd w:fill="EEEEEE" w:val="clear"/>
          </w:tcPr>
          <w:p>
            <w:pPr>
              <w:pStyle w:val="BookTable"/>
            </w:pPr>
            <w:bookmarkStart w:id="45" w:name="b1b86bd95d80dffcfe8b78a8c47593f"/>
            <w:r>
              <w:rPr>
                <w:rFonts w:ascii="Noto Serif" w:hAnsi="Noto Serif" w:eastAsia="Noto Serif CJK SC" w:cs="Noto Serif"/>
                <w:color w:val="000000"/>
                <w:b w:val="1"/>
                <w:bCs w:val="1"/>
                <w:lang w:val="vi-VN" w:eastAsia="zh-CN" w:bidi="vi-VN"/>
              </w:rPr>
              <w:t>Ngày</w:t>
            </w:r>
          </w:p>
        </w:tc>
        <w:tc>
          <w:tcPr>
            <w:tcW w:type="dxa" w:w="2686"/>
            <w:vAlign w:val="center"/>
            <w:shd w:fill="EEEEEE" w:val="clear"/>
          </w:tcPr>
          <w:p>
            <w:pPr>
              <w:pStyle w:val="BookTable"/>
            </w:pPr>
            <w:r>
              <w:rPr>
                <w:rFonts w:ascii="Noto Serif" w:hAnsi="Noto Serif" w:eastAsia="Noto Serif CJK SC" w:cs="Noto Serif"/>
                <w:color w:val="000000"/>
                <w:b w:val="1"/>
                <w:bCs w:val="1"/>
                <w:lang w:val="vi-VN" w:eastAsia="zh-CN" w:bidi="vi-VN"/>
              </w:rPr>
              <w:t>Việc được nguồn nêu làm lý do kiêng</w:t>
            </w:r>
          </w:p>
        </w:tc>
        <w:tc>
          <w:tcPr>
            <w:tcW w:type="dxa" w:w="2219"/>
            <w:vAlign w:val="center"/>
            <w:shd w:fill="EEEEEE" w:val="clear"/>
          </w:tcPr>
          <w:p>
            <w:pPr>
              <w:pStyle w:val="BookTable"/>
            </w:pPr>
            <w:r>
              <w:rPr>
                <w:rFonts w:ascii="Noto Serif" w:hAnsi="Noto Serif" w:eastAsia="Noto Serif CJK SC" w:cs="Noto Serif"/>
                <w:color w:val="000000"/>
                <w:b w:val="1"/>
                <w:bCs w:val="1"/>
                <w:lang w:val="vi-VN" w:eastAsia="zh-CN" w:bidi="vi-VN"/>
              </w:rPr>
              <w:t>Cột quả báo trong nguồn</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w:t>
            </w:r>
          </w:p>
        </w:tc>
        <w:tc>
          <w:tcPr>
            <w:tcW w:type="dxa" w:w="2686"/>
            <w:vAlign w:val="center"/>
          </w:tcPr>
          <w:p>
            <w:pPr>
              <w:pStyle w:val="BookTable"/>
            </w:pPr>
            <w:r>
              <w:rPr>
                <w:rFonts w:ascii="Noto Serif" w:hAnsi="Noto Serif" w:eastAsia="Noto Serif CJK SC" w:cs="Noto Serif"/>
                <w:color w:val="000000"/>
                <w:lang w:val="vi-VN" w:eastAsia="zh-CN" w:bidi="vi-VN"/>
              </w:rPr>
              <w:t>Ngày sóc (đầu tháng)</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w:t>
            </w:r>
          </w:p>
        </w:tc>
        <w:tc>
          <w:tcPr>
            <w:tcW w:type="dxa" w:w="2686"/>
            <w:vAlign w:val="center"/>
          </w:tcPr>
          <w:p>
            <w:pPr>
              <w:pStyle w:val="BookTable"/>
            </w:pPr>
            <w:r>
              <w:rPr>
                <w:rFonts w:ascii="Noto Serif" w:hAnsi="Noto Serif" w:eastAsia="Noto Serif CJK SC" w:cs="Noto Serif"/>
                <w:color w:val="000000"/>
                <w:lang w:val="vi-VN" w:eastAsia="zh-CN" w:bidi="vi-VN"/>
              </w:rPr>
              <w:t>Thần Đẩu giáng xuống</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4</w:t>
            </w:r>
          </w:p>
        </w:tc>
        <w:tc>
          <w:tcPr>
            <w:tcW w:type="dxa" w:w="2686"/>
            <w:vAlign w:val="center"/>
          </w:tcPr>
          <w:p>
            <w:pPr>
              <w:pStyle w:val="BookTable"/>
            </w:pPr>
            <w:r>
              <w:rPr>
                <w:rFonts w:ascii="Noto Serif" w:hAnsi="Noto Serif" w:eastAsia="Noto Serif CJK SC" w:cs="Noto Serif"/>
                <w:color w:val="000000"/>
                <w:lang w:val="vi-VN" w:eastAsia="zh-CN" w:bidi="vi-VN"/>
              </w:rPr>
              <w:t>Ngày đản sinh Chí Thánh Tiên Sư Khổng Tử</w:t>
            </w:r>
          </w:p>
        </w:tc>
        <w:tc>
          <w:tcPr>
            <w:tcW w:type="dxa" w:w="2219"/>
            <w:vAlign w:val="center"/>
          </w:tcPr>
          <w:p>
            <w:pPr>
              <w:pStyle w:val="BookTable"/>
            </w:pPr>
            <w:r>
              <w:rPr>
                <w:rFonts w:ascii="Noto Serif" w:hAnsi="Noto Serif" w:eastAsia="Noto Serif CJK SC" w:cs="Noto Serif"/>
                <w:color w:val="000000"/>
                <w:lang w:val="vi-VN" w:eastAsia="zh-CN" w:bidi="vi-VN"/>
              </w:rPr>
              <w:t>Bị giảm phúc lộc,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6</w:t>
            </w:r>
          </w:p>
        </w:tc>
        <w:tc>
          <w:tcPr>
            <w:tcW w:type="dxa" w:w="2686"/>
            <w:vAlign w:val="center"/>
          </w:tcPr>
          <w:p>
            <w:pPr>
              <w:pStyle w:val="BookTable"/>
            </w:pPr>
            <w:r>
              <w:rPr>
                <w:rFonts w:ascii="Noto Serif" w:hAnsi="Noto Serif" w:eastAsia="Noto Serif CJK SC" w:cs="Noto Serif"/>
                <w:color w:val="000000"/>
                <w:lang w:val="vi-VN" w:eastAsia="zh-CN" w:bidi="vi-VN"/>
              </w:rPr>
              <w:t>Ngày đản sinh Tây Nhạc Đại Đế</w:t>
            </w:r>
          </w:p>
        </w:tc>
        <w:tc>
          <w:tcPr>
            <w:tcW w:type="dxa" w:w="2219"/>
            <w:vAlign w:val="center"/>
          </w:tcPr>
          <w:p>
            <w:pPr>
              <w:pStyle w:val="BookTable"/>
            </w:pPr>
            <w:r>
              <w:rPr>
                <w:rFonts w:ascii="Noto Serif" w:hAnsi="Noto Serif" w:eastAsia="Noto Serif CJK SC" w:cs="Noto Serif"/>
                <w:color w:val="000000"/>
                <w:lang w:val="vi-VN" w:eastAsia="zh-CN" w:bidi="vi-VN"/>
              </w:rPr>
              <w:t>Bị giảm phúc lộc,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8</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11</w:t>
            </w:r>
          </w:p>
        </w:tc>
        <w:tc>
          <w:tcPr>
            <w:tcW w:type="dxa" w:w="2686"/>
            <w:vAlign w:val="center"/>
          </w:tcPr>
          <w:p>
            <w:pPr>
              <w:pStyle w:val="BookTable"/>
            </w:pPr>
            <w:r>
              <w:rPr>
                <w:rFonts w:ascii="Noto Serif" w:hAnsi="Noto Serif" w:eastAsia="Noto Serif CJK SC" w:cs="Noto Serif"/>
                <w:color w:val="000000"/>
                <w:lang w:val="vi-VN" w:eastAsia="zh-CN" w:bidi="vi-VN"/>
              </w:rPr>
              <w:t>Ngày kho trời mở</w:t>
            </w:r>
            <w:r>
              <w:br/>
            </w:r>
            <w:r>
              <w:rPr>
                <w:rFonts w:ascii="Noto Serif" w:hAnsi="Noto Serif" w:eastAsia="Noto Serif CJK SC" w:cs="Noto Serif"/>
                <w:color w:val="000000"/>
                <w:lang w:val="vi-VN" w:eastAsia="zh-CN" w:bidi="vi-VN"/>
              </w:rPr>
              <w:t>Ngày đản sinh Thái Ất Cứu Khổ Thiên Tôn</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14</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15</w:t>
            </w:r>
          </w:p>
        </w:tc>
        <w:tc>
          <w:tcPr>
            <w:tcW w:type="dxa" w:w="2686"/>
            <w:vAlign w:val="center"/>
          </w:tcPr>
          <w:p>
            <w:pPr>
              <w:pStyle w:val="BookTable"/>
            </w:pPr>
            <w:r>
              <w:rPr>
                <w:rFonts w:ascii="Noto Serif" w:hAnsi="Noto Serif" w:eastAsia="Noto Serif CJK SC" w:cs="Noto Serif"/>
                <w:color w:val="000000"/>
                <w:lang w:val="vi-VN" w:eastAsia="zh-CN" w:bidi="vi-VN"/>
              </w:rPr>
              <w:t>Ngày vọng (rằm)</w:t>
            </w:r>
            <w:r>
              <w:br/>
            </w:r>
            <w:r>
              <w:rPr>
                <w:rFonts w:ascii="Noto Serif" w:hAnsi="Noto Serif" w:eastAsia="Noto Serif CJK SC" w:cs="Noto Serif"/>
                <w:color w:val="000000"/>
                <w:lang w:val="vi-VN" w:eastAsia="zh-CN" w:bidi="vi-VN"/>
              </w:rPr>
              <w:t>Tứ Thiên Vương tuần hành</w:t>
            </w:r>
            <w:r>
              <w:br/>
            </w:r>
            <w:r>
              <w:rPr>
                <w:rFonts w:ascii="Noto Serif" w:hAnsi="Noto Serif" w:eastAsia="Noto Serif CJK SC" w:cs="Noto Serif"/>
                <w:color w:val="000000"/>
                <w:lang w:val="vi-VN" w:eastAsia="zh-CN" w:bidi="vi-VN"/>
              </w:rPr>
              <w:t>Phạm vào nửa đầu đêm</w:t>
            </w:r>
            <w:r>
              <w:br/>
            </w:r>
            <w:r>
              <w:rPr>
                <w:rFonts w:ascii="Noto Serif" w:hAnsi="Noto Serif" w:eastAsia="Noto Serif CJK SC" w:cs="Noto Serif"/>
                <w:color w:val="000000"/>
                <w:lang w:val="vi-VN" w:eastAsia="zh-CN" w:bidi="vi-VN"/>
              </w:rPr>
              <w:t>Phạm vào nửa sau đêm</w:t>
            </w:r>
          </w:p>
        </w:tc>
        <w:tc>
          <w:tcPr>
            <w:tcW w:type="dxa" w:w="2219"/>
            <w:vAlign w:val="center"/>
          </w:tcPr>
          <w:p>
            <w:pPr>
              <w:pStyle w:val="BookTable"/>
            </w:pPr>
            <w:r>
              <w:rPr>
                <w:rFonts w:ascii="Noto Serif" w:hAnsi="Noto Serif" w:eastAsia="Noto Serif CJK SC" w:cs="Noto Serif"/>
                <w:color w:val="000000"/>
                <w:lang w:val="vi-VN" w:eastAsia="zh-CN" w:bidi="vi-VN"/>
              </w:rPr>
              <w:t>Người nam chết</w:t>
            </w:r>
            <w:r>
              <w:br/>
            </w:r>
            <w:r>
              <w:rPr>
                <w:rFonts w:ascii="Noto Serif" w:hAnsi="Noto Serif" w:eastAsia="Noto Serif CJK SC" w:cs="Noto Serif"/>
                <w:color w:val="000000"/>
                <w:lang w:val="vi-VN" w:eastAsia="zh-CN" w:bidi="vi-VN"/>
              </w:rPr>
              <w:t>Người nữ chết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17</w:t>
            </w:r>
          </w:p>
        </w:tc>
        <w:tc>
          <w:tcPr>
            <w:tcW w:type="dxa" w:w="2686"/>
            <w:vAlign w:val="center"/>
          </w:tcPr>
          <w:p>
            <w:pPr>
              <w:pStyle w:val="BookTable"/>
            </w:pPr>
            <w:r>
              <w:rPr>
                <w:rFonts w:ascii="Noto Serif" w:hAnsi="Noto Serif" w:eastAsia="Noto Serif CJK SC" w:cs="Noto Serif"/>
                <w:color w:val="000000"/>
                <w:lang w:val="vi-VN" w:eastAsia="zh-CN" w:bidi="vi-VN"/>
              </w:rPr>
              <w:t>Ngày đản sinh Đức Phật A Di Đà</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19</w:t>
            </w:r>
          </w:p>
        </w:tc>
        <w:tc>
          <w:tcPr>
            <w:tcW w:type="dxa" w:w="2686"/>
            <w:vAlign w:val="center"/>
          </w:tcPr>
          <w:p>
            <w:pPr>
              <w:pStyle w:val="BookTable"/>
            </w:pPr>
            <w:r>
              <w:rPr>
                <w:rFonts w:ascii="Noto Serif" w:hAnsi="Noto Serif" w:eastAsia="Noto Serif CJK SC" w:cs="Noto Serif"/>
                <w:color w:val="000000"/>
                <w:lang w:val="vi-VN" w:eastAsia="zh-CN" w:bidi="vi-VN"/>
              </w:rPr>
              <w:t>Ngày đản sinh Thái Dương Nhật Cung</w:t>
            </w:r>
          </w:p>
        </w:tc>
        <w:tc>
          <w:tcPr>
            <w:tcW w:type="dxa" w:w="2219"/>
            <w:vAlign w:val="center"/>
          </w:tcPr>
          <w:p>
            <w:pPr>
              <w:pStyle w:val="BookTable"/>
            </w:pPr>
            <w:r>
              <w:rPr>
                <w:rFonts w:ascii="Noto Serif" w:hAnsi="Noto Serif" w:eastAsia="Noto Serif CJK SC" w:cs="Noto Serif"/>
                <w:color w:val="000000"/>
                <w:lang w:val="vi-VN" w:eastAsia="zh-CN" w:bidi="vi-VN"/>
              </w:rPr>
              <w:t>Tai họa bất thường</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21</w:t>
            </w:r>
          </w:p>
        </w:tc>
        <w:tc>
          <w:tcPr>
            <w:tcW w:type="dxa" w:w="2686"/>
            <w:vAlign w:val="center"/>
          </w:tcPr>
          <w:p>
            <w:pPr>
              <w:pStyle w:val="BookTable"/>
            </w:pPr>
            <w:r>
              <w:rPr>
                <w:rFonts w:ascii="Noto Serif" w:hAnsi="Noto Serif" w:eastAsia="Noto Serif CJK SC" w:cs="Noto Serif"/>
                <w:color w:val="000000"/>
                <w:lang w:val="vi-VN" w:eastAsia="zh-CN" w:bidi="vi-VN"/>
              </w:rPr>
              <w:t>Ngày kỵ Dương Công</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23</w:t>
            </w:r>
          </w:p>
        </w:tc>
        <w:tc>
          <w:tcPr>
            <w:tcW w:type="dxa" w:w="2686"/>
            <w:vAlign w:val="center"/>
          </w:tcPr>
          <w:p>
            <w:pPr>
              <w:pStyle w:val="BookTable"/>
            </w:pPr>
            <w:r>
              <w:rPr>
                <w:rFonts w:ascii="Noto Serif" w:hAnsi="Noto Serif" w:eastAsia="Noto Serif CJK SC" w:cs="Noto Serif"/>
                <w:color w:val="000000"/>
                <w:lang w:val="vi-VN" w:eastAsia="zh-CN" w:bidi="vi-VN"/>
              </w:rPr>
              <w:t>Ngày đản sinh Trương Tiên</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Tuyệt tự</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25</w:t>
            </w:r>
          </w:p>
        </w:tc>
        <w:tc>
          <w:tcPr>
            <w:tcW w:type="dxa" w:w="2686"/>
            <w:vAlign w:val="center"/>
          </w:tcPr>
          <w:p>
            <w:pPr>
              <w:pStyle w:val="BookTable"/>
            </w:pPr>
            <w:r>
              <w:rPr>
                <w:rFonts w:ascii="Noto Serif" w:hAnsi="Noto Serif" w:eastAsia="Noto Serif CJK SC" w:cs="Noto Serif"/>
                <w:color w:val="000000"/>
                <w:lang w:val="vi-VN" w:eastAsia="zh-CN" w:bidi="vi-VN"/>
              </w:rPr>
              <w:t>Lược Xoát Đại Phu giáng xuống</w:t>
            </w:r>
            <w:r>
              <w:br/>
            </w:r>
            <w:r>
              <w:rPr>
                <w:rFonts w:ascii="Noto Serif" w:hAnsi="Noto Serif" w:eastAsia="Noto Serif CJK SC" w:cs="Noto Serif"/>
                <w:color w:val="000000"/>
                <w:lang w:val="vi-VN" w:eastAsia="zh-CN" w:bidi="vi-VN"/>
              </w:rPr>
              <w:t>Ngày hối (cuối tháng)</w:t>
            </w:r>
          </w:p>
        </w:tc>
        <w:tc>
          <w:tcPr>
            <w:tcW w:type="dxa" w:w="2219"/>
            <w:vAlign w:val="center"/>
          </w:tcPr>
          <w:p>
            <w:pPr>
              <w:pStyle w:val="BookTable"/>
            </w:pPr>
            <w:r>
              <w:rPr>
                <w:rFonts w:ascii="Noto Serif" w:hAnsi="Noto Serif" w:eastAsia="Noto Serif CJK SC" w:cs="Noto Serif"/>
                <w:color w:val="000000"/>
                <w:lang w:val="vi-VN" w:eastAsia="zh-CN" w:bidi="vi-VN"/>
              </w:rPr>
              <w:t>Đại hung</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26</w:t>
            </w:r>
          </w:p>
        </w:tc>
        <w:tc>
          <w:tcPr>
            <w:tcW w:type="dxa" w:w="2686"/>
            <w:vAlign w:val="center"/>
          </w:tcPr>
          <w:p>
            <w:pPr>
              <w:pStyle w:val="BookTable"/>
            </w:pPr>
            <w:r>
              <w:rPr>
                <w:rFonts w:ascii="Noto Serif" w:hAnsi="Noto Serif" w:eastAsia="Noto Serif CJK SC" w:cs="Noto Serif"/>
                <w:color w:val="000000"/>
                <w:lang w:val="vi-VN" w:eastAsia="zh-CN" w:bidi="vi-VN"/>
              </w:rPr>
              <w:t>Ngày đản sinh Ngũ Đạo ở phương Bắc</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27</w:t>
            </w:r>
          </w:p>
        </w:tc>
        <w:tc>
          <w:tcPr>
            <w:tcW w:type="dxa" w:w="2686"/>
            <w:vAlign w:val="center"/>
          </w:tcPr>
          <w:p>
            <w:pPr>
              <w:pStyle w:val="BookTable"/>
            </w:pPr>
            <w:r>
              <w:rPr>
                <w:rFonts w:ascii="Noto Serif" w:hAnsi="Noto Serif" w:eastAsia="Noto Serif CJK SC" w:cs="Noto Serif"/>
                <w:color w:val="000000"/>
                <w:lang w:val="vi-VN" w:eastAsia="zh-CN" w:bidi="vi-VN"/>
              </w:rPr>
              <w:t>Thần Đẩu giáng xuống</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28</w:t>
            </w:r>
          </w:p>
        </w:tc>
        <w:tc>
          <w:tcPr>
            <w:tcW w:type="dxa" w:w="2686"/>
            <w:vAlign w:val="center"/>
          </w:tcPr>
          <w:p>
            <w:pPr>
              <w:pStyle w:val="BookTable"/>
            </w:pPr>
            <w:r>
              <w:rPr>
                <w:rFonts w:ascii="Noto Serif" w:hAnsi="Noto Serif" w:eastAsia="Noto Serif CJK SC" w:cs="Noto Serif"/>
                <w:color w:val="000000"/>
                <w:lang w:val="vi-VN" w:eastAsia="zh-CN" w:bidi="vi-VN"/>
              </w:rPr>
              <w:t>Nhân thần ở vùng âm bộ</w:t>
            </w:r>
          </w:p>
        </w:tc>
        <w:tc>
          <w:tcPr>
            <w:tcW w:type="dxa" w:w="2219"/>
            <w:vAlign w:val="center"/>
          </w:tcPr>
          <w:p>
            <w:pPr>
              <w:pStyle w:val="BookTable"/>
            </w:pPr>
            <w:r>
              <w:rPr>
                <w:rFonts w:ascii="Noto Serif" w:hAnsi="Noto Serif" w:eastAsia="Noto Serif CJK SC" w:cs="Noto Serif"/>
                <w:color w:val="000000"/>
                <w:lang w:val="vi-VN" w:eastAsia="zh-CN" w:bidi="vi-VN"/>
              </w:rPr>
              <w:t>Mắc bệnh</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29</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30</w:t>
            </w:r>
          </w:p>
        </w:tc>
        <w:tc>
          <w:tcPr>
            <w:tcW w:type="dxa" w:w="2686"/>
            <w:vAlign w:val="center"/>
          </w:tcPr>
          <w:p>
            <w:pPr>
              <w:pStyle w:val="BookTable"/>
            </w:pPr>
            <w:r>
              <w:rPr>
                <w:rFonts w:ascii="Noto Serif" w:hAnsi="Noto Serif" w:eastAsia="Noto Serif CJK SC" w:cs="Noto Serif"/>
                <w:color w:val="000000"/>
                <w:lang w:val="vi-VN" w:eastAsia="zh-CN" w:bidi="vi-VN"/>
              </w:rPr>
              <w:t>Ngày hối (cuối tháng)</w:t>
            </w:r>
            <w:r>
              <w:br/>
            </w:r>
            <w:r>
              <w:rPr>
                <w:rFonts w:ascii="Noto Serif" w:hAnsi="Noto Serif" w:eastAsia="Noto Serif CJK SC" w:cs="Noto Serif"/>
                <w:color w:val="000000"/>
                <w:lang w:val="vi-VN" w:eastAsia="zh-CN" w:bidi="vi-VN"/>
              </w:rPr>
              <w:t>Tư Mệnh tâu việc</w:t>
            </w:r>
            <w:r>
              <w:br/>
            </w:r>
            <w:r>
              <w:rPr>
                <w:rFonts w:ascii="Noto Serif" w:hAnsi="Noto Serif" w:eastAsia="Noto Serif CJK SC" w:cs="Noto Serif"/>
                <w:color w:val="000000"/>
                <w:lang w:val="vi-VN" w:eastAsia="zh-CN" w:bidi="vi-VN"/>
              </w:rPr>
              <w:t>Tứ Thiên Vương tuần hành</w:t>
            </w:r>
            <w:r>
              <w:br/>
            </w:r>
            <w:r>
              <w:rPr>
                <w:rFonts w:ascii="Noto Serif" w:hAnsi="Noto Serif" w:eastAsia="Noto Serif CJK SC" w:cs="Noto Serif"/>
                <w:color w:val="000000"/>
                <w:lang w:val="vi-VN" w:eastAsia="zh-CN" w:bidi="vi-VN"/>
              </w:rPr>
              <w:t>(nếu là tháng thiếu thì kiêng vào ngày 29)</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bookmarkEnd w:id="45"/>
          </w:p>
        </w:tc>
      </w:tr>
    </w:tbl>
    <w:p>
      <w:pPr>
        <w:pStyle w:val="Heading3"/>
        <w:pageBreakBefore w:val="0"/>
      </w:pPr>
      <w:bookmarkStart w:id="47" w:name="b32f95a9033e61b40ec8d56a5985967"/>
      <w:bookmarkStart w:id="46" w:name="b37ea89cb93f036f45040c58ffa0b29"/>
      <w:bookmarkEnd w:id="46"/>
      <w:r>
        <w:rPr>
          <w:rFonts w:ascii="Noto Serif" w:hAnsi="Noto Serif" w:eastAsia="Noto Serif CJK SC" w:cs="Noto Serif"/>
          <w:color w:val="000000"/>
          <w:lang w:val="vi-VN" w:eastAsia="zh-CN" w:bidi="vi-VN"/>
        </w:rPr>
        <w:t>Tháng 12</w:t>
      </w:r>
      <w:bookmarkEnd w:id="47"/>
    </w:p>
    <w:tbl>
      <w:tblPr>
        <w:tblW w:type="dxa" w:w="583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34"/>
        <w:gridCol w:w="2686"/>
        <w:gridCol w:w="2219"/>
      </w:tblGrid>
      <w:tr>
        <w:trPr>
          <w:cantSplit/>
          <w:tblHeader/>
        </w:trPr>
        <w:tc>
          <w:tcPr>
            <w:tcW w:type="dxa" w:w="934"/>
            <w:vAlign w:val="center"/>
            <w:shd w:fill="EEEEEE" w:val="clear"/>
          </w:tcPr>
          <w:p>
            <w:pPr>
              <w:pStyle w:val="BookTable"/>
            </w:pPr>
            <w:bookmarkStart w:id="48" w:name="b4a19292cc97989094849585fb26fff"/>
            <w:r>
              <w:rPr>
                <w:rFonts w:ascii="Noto Serif" w:hAnsi="Noto Serif" w:eastAsia="Noto Serif CJK SC" w:cs="Noto Serif"/>
                <w:color w:val="000000"/>
                <w:b w:val="1"/>
                <w:bCs w:val="1"/>
                <w:lang w:val="vi-VN" w:eastAsia="zh-CN" w:bidi="vi-VN"/>
              </w:rPr>
              <w:t>Ngày</w:t>
            </w:r>
          </w:p>
        </w:tc>
        <w:tc>
          <w:tcPr>
            <w:tcW w:type="dxa" w:w="2686"/>
            <w:vAlign w:val="center"/>
            <w:shd w:fill="EEEEEE" w:val="clear"/>
          </w:tcPr>
          <w:p>
            <w:pPr>
              <w:pStyle w:val="BookTable"/>
            </w:pPr>
            <w:r>
              <w:rPr>
                <w:rFonts w:ascii="Noto Serif" w:hAnsi="Noto Serif" w:eastAsia="Noto Serif CJK SC" w:cs="Noto Serif"/>
                <w:color w:val="000000"/>
                <w:b w:val="1"/>
                <w:bCs w:val="1"/>
                <w:lang w:val="vi-VN" w:eastAsia="zh-CN" w:bidi="vi-VN"/>
              </w:rPr>
              <w:t>Việc được nguồn nêu làm lý do kiêng</w:t>
            </w:r>
          </w:p>
        </w:tc>
        <w:tc>
          <w:tcPr>
            <w:tcW w:type="dxa" w:w="2219"/>
            <w:vAlign w:val="center"/>
            <w:shd w:fill="EEEEEE" w:val="clear"/>
          </w:tcPr>
          <w:p>
            <w:pPr>
              <w:pStyle w:val="BookTable"/>
            </w:pPr>
            <w:r>
              <w:rPr>
                <w:rFonts w:ascii="Noto Serif" w:hAnsi="Noto Serif" w:eastAsia="Noto Serif CJK SC" w:cs="Noto Serif"/>
                <w:color w:val="000000"/>
                <w:b w:val="1"/>
                <w:bCs w:val="1"/>
                <w:lang w:val="vi-VN" w:eastAsia="zh-CN" w:bidi="vi-VN"/>
              </w:rPr>
              <w:t>Cột quả báo trong nguồn</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w:t>
            </w:r>
          </w:p>
        </w:tc>
        <w:tc>
          <w:tcPr>
            <w:tcW w:type="dxa" w:w="2686"/>
            <w:vAlign w:val="center"/>
          </w:tcPr>
          <w:p>
            <w:pPr>
              <w:pStyle w:val="BookTable"/>
            </w:pPr>
            <w:r>
              <w:rPr>
                <w:rFonts w:ascii="Noto Serif" w:hAnsi="Noto Serif" w:eastAsia="Noto Serif CJK SC" w:cs="Noto Serif"/>
                <w:color w:val="000000"/>
                <w:lang w:val="vi-VN" w:eastAsia="zh-CN" w:bidi="vi-VN"/>
              </w:rPr>
              <w:t>Ngày sóc (đầu tháng)</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w:t>
            </w:r>
          </w:p>
        </w:tc>
        <w:tc>
          <w:tcPr>
            <w:tcW w:type="dxa" w:w="2686"/>
            <w:vAlign w:val="center"/>
          </w:tcPr>
          <w:p>
            <w:pPr>
              <w:pStyle w:val="BookTable"/>
            </w:pPr>
            <w:r>
              <w:rPr>
                <w:rFonts w:ascii="Noto Serif" w:hAnsi="Noto Serif" w:eastAsia="Noto Serif CJK SC" w:cs="Noto Serif"/>
                <w:color w:val="000000"/>
                <w:lang w:val="vi-VN" w:eastAsia="zh-CN" w:bidi="vi-VN"/>
              </w:rPr>
              <w:t>Thần Đẩu giáng xuống</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6</w:t>
            </w:r>
          </w:p>
        </w:tc>
        <w:tc>
          <w:tcPr>
            <w:tcW w:type="dxa" w:w="2686"/>
            <w:vAlign w:val="center"/>
          </w:tcPr>
          <w:p>
            <w:pPr>
              <w:pStyle w:val="BookTable"/>
            </w:pPr>
            <w:r>
              <w:rPr>
                <w:rFonts w:ascii="Noto Serif" w:hAnsi="Noto Serif" w:eastAsia="Noto Serif CJK SC" w:cs="Noto Serif"/>
                <w:color w:val="000000"/>
                <w:lang w:val="vi-VN" w:eastAsia="zh-CN" w:bidi="vi-VN"/>
              </w:rPr>
              <w:t xml:space="preserve">Tháng kho trời mở [nguồn in </w:t>
            </w:r>
            <w:r>
              <w:rPr>
                <w:rFonts w:ascii="Noto Serif CJK SC" w:hAnsi="Noto Serif CJK SC" w:eastAsia="Noto Serif CJK SC" w:cs="Noto Serif CJK SC"/>
                <w:color w:val="000000"/>
                <w:lang w:val="vi-VN" w:eastAsia="zh-CN" w:bidi="vi-VN"/>
              </w:rPr>
              <w:t xml:space="preserve">开月; </w:t>
            </w:r>
            <w:r>
              <w:rPr>
                <w:rFonts w:ascii="Noto Serif" w:hAnsi="Noto Serif" w:eastAsia="Noto Serif CJK SC" w:cs="Noto Serif"/>
                <w:color w:val="000000"/>
                <w:lang w:val="vi-VN" w:eastAsia="zh-CN" w:bidi="vi-VN"/>
              </w:rPr>
              <w:t xml:space="preserve">dị bản chép </w:t>
            </w:r>
            <w:r>
              <w:rPr>
                <w:rFonts w:ascii="Noto Serif CJK SC" w:hAnsi="Noto Serif CJK SC" w:eastAsia="Noto Serif CJK SC" w:cs="Noto Serif CJK SC"/>
                <w:color w:val="000000"/>
                <w:lang w:val="vi-VN" w:eastAsia="zh-CN" w:bidi="vi-VN"/>
              </w:rPr>
              <w:t>开日, “</w:t>
            </w:r>
            <w:r>
              <w:rPr>
                <w:rFonts w:ascii="Noto Serif" w:hAnsi="Noto Serif" w:eastAsia="Noto Serif CJK SC" w:cs="Noto Serif"/>
                <w:color w:val="000000"/>
                <w:lang w:val="vi-VN" w:eastAsia="zh-CN" w:bidi="vi-VN"/>
              </w:rPr>
              <w:t>ngày kho trời mở”]</w:t>
            </w:r>
            <w:r>
              <w:br/>
            </w:r>
            <w:r>
              <w:rPr>
                <w:rFonts w:ascii="Noto Serif" w:hAnsi="Noto Serif" w:eastAsia="Noto Serif CJK SC" w:cs="Noto Serif"/>
                <w:color w:val="000000"/>
                <w:lang w:val="vi-VN" w:eastAsia="zh-CN" w:bidi="vi-VN"/>
              </w:rPr>
              <w:t>Ngày trai giới kính thần Sấm</w:t>
            </w:r>
          </w:p>
        </w:tc>
        <w:tc>
          <w:tcPr>
            <w:tcW w:type="dxa" w:w="2219"/>
            <w:vAlign w:val="center"/>
          </w:tcPr>
          <w:p>
            <w:pPr>
              <w:pStyle w:val="BookTable"/>
            </w:pPr>
            <w:r>
              <w:rPr>
                <w:rFonts w:ascii="Noto Serif" w:hAnsi="Noto Serif" w:eastAsia="Noto Serif CJK SC" w:cs="Noto Serif"/>
                <w:color w:val="000000"/>
                <w:lang w:val="vi-VN" w:eastAsia="zh-CN" w:bidi="vi-VN"/>
              </w:rPr>
              <w:t>Bị giảm tuổi thọ</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8</w:t>
            </w:r>
          </w:p>
        </w:tc>
        <w:tc>
          <w:tcPr>
            <w:tcW w:type="dxa" w:w="2686"/>
            <w:vAlign w:val="center"/>
          </w:tcPr>
          <w:p>
            <w:pPr>
              <w:pStyle w:val="BookTable"/>
            </w:pPr>
            <w:r>
              <w:rPr>
                <w:rFonts w:ascii="Noto Serif" w:hAnsi="Noto Serif" w:eastAsia="Noto Serif CJK SC" w:cs="Noto Serif"/>
                <w:color w:val="000000"/>
                <w:lang w:val="vi-VN" w:eastAsia="zh-CN" w:bidi="vi-VN"/>
              </w:rPr>
              <w:t>Lễ Vương Hầu lạp</w:t>
            </w:r>
            <w:r>
              <w:br/>
            </w:r>
            <w:r>
              <w:rPr>
                <w:rFonts w:ascii="Noto Serif" w:hAnsi="Noto Serif" w:eastAsia="Noto Serif CJK SC" w:cs="Noto Serif"/>
                <w:color w:val="000000"/>
                <w:lang w:val="vi-VN" w:eastAsia="zh-CN" w:bidi="vi-VN"/>
              </w:rPr>
              <w:t>Ngày Thích Ca Như Lai thành đạo</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12</w:t>
            </w:r>
          </w:p>
        </w:tc>
        <w:tc>
          <w:tcPr>
            <w:tcW w:type="dxa" w:w="2686"/>
            <w:vAlign w:val="center"/>
          </w:tcPr>
          <w:p>
            <w:pPr>
              <w:pStyle w:val="BookTable"/>
            </w:pPr>
            <w:r>
              <w:rPr>
                <w:rFonts w:ascii="Noto Serif" w:hAnsi="Noto Serif" w:eastAsia="Noto Serif CJK SC" w:cs="Noto Serif"/>
                <w:color w:val="000000"/>
                <w:lang w:val="vi-VN" w:eastAsia="zh-CN" w:bidi="vi-VN"/>
              </w:rPr>
              <w:t>Thái Tố Tam Nguyên Quân chầu Chân</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14</w:t>
            </w:r>
          </w:p>
        </w:tc>
        <w:tc>
          <w:tcPr>
            <w:tcW w:type="dxa" w:w="2686"/>
            <w:vAlign w:val="center"/>
          </w:tcPr>
          <w:p>
            <w:pPr>
              <w:pStyle w:val="BookTable"/>
            </w:pP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15</w:t>
            </w:r>
          </w:p>
        </w:tc>
        <w:tc>
          <w:tcPr>
            <w:tcW w:type="dxa" w:w="2686"/>
            <w:vAlign w:val="center"/>
          </w:tcPr>
          <w:p>
            <w:pPr>
              <w:pStyle w:val="BookTable"/>
            </w:pPr>
            <w:r>
              <w:rPr>
                <w:rFonts w:ascii="Noto Serif" w:hAnsi="Noto Serif" w:eastAsia="Noto Serif CJK SC" w:cs="Noto Serif"/>
                <w:color w:val="000000"/>
                <w:lang w:val="vi-VN" w:eastAsia="zh-CN" w:bidi="vi-VN"/>
              </w:rPr>
              <w:t>Ngày vọng (rằm)</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16</w:t>
            </w:r>
          </w:p>
        </w:tc>
        <w:tc>
          <w:tcPr>
            <w:tcW w:type="dxa" w:w="2686"/>
            <w:vAlign w:val="center"/>
          </w:tcPr>
          <w:p>
            <w:pPr>
              <w:pStyle w:val="BookTable"/>
            </w:pPr>
            <w:r>
              <w:rPr>
                <w:rFonts w:ascii="Noto Serif" w:hAnsi="Noto Serif" w:eastAsia="Noto Serif CJK SC" w:cs="Noto Serif"/>
                <w:color w:val="000000"/>
                <w:lang w:val="vi-VN" w:eastAsia="zh-CN" w:bidi="vi-VN"/>
              </w:rPr>
              <w:t>Ngày đản sinh Nam Nhạc Đại Đế</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19</w:t>
            </w:r>
          </w:p>
        </w:tc>
        <w:tc>
          <w:tcPr>
            <w:tcW w:type="dxa" w:w="2686"/>
            <w:vAlign w:val="center"/>
          </w:tcPr>
          <w:p>
            <w:pPr>
              <w:pStyle w:val="BookTable"/>
            </w:pPr>
            <w:r>
              <w:rPr>
                <w:rFonts w:ascii="Noto Serif" w:hAnsi="Noto Serif" w:eastAsia="Noto Serif CJK SC" w:cs="Noto Serif"/>
                <w:color w:val="000000"/>
                <w:lang w:val="vi-VN" w:eastAsia="zh-CN" w:bidi="vi-VN"/>
              </w:rPr>
              <w:t>Ngày kỵ Dương Công</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20</w:t>
            </w:r>
          </w:p>
        </w:tc>
        <w:tc>
          <w:tcPr>
            <w:tcW w:type="dxa" w:w="2686"/>
            <w:vAlign w:val="center"/>
          </w:tcPr>
          <w:p>
            <w:pPr>
              <w:pStyle w:val="BookTable"/>
            </w:pPr>
            <w:r>
              <w:rPr>
                <w:rFonts w:ascii="Noto Serif" w:hAnsi="Noto Serif" w:eastAsia="Noto Serif CJK SC" w:cs="Noto Serif"/>
                <w:color w:val="000000"/>
                <w:lang w:val="vi-VN" w:eastAsia="zh-CN" w:bidi="vi-VN"/>
              </w:rPr>
              <w:t>Trời đất giao đạo</w:t>
            </w:r>
          </w:p>
        </w:tc>
        <w:tc>
          <w:tcPr>
            <w:tcW w:type="dxa" w:w="2219"/>
            <w:vAlign w:val="center"/>
          </w:tcPr>
          <w:p>
            <w:pPr>
              <w:pStyle w:val="BookTable"/>
            </w:pPr>
            <w:r>
              <w:rPr>
                <w:rFonts w:ascii="Noto Serif" w:hAnsi="Noto Serif" w:eastAsia="Noto Serif CJK SC" w:cs="Noto Serif"/>
                <w:color w:val="000000"/>
                <w:lang w:val="vi-VN" w:eastAsia="zh-CN" w:bidi="vi-VN"/>
              </w:rPr>
              <w:t>Tuổi thọ bị rút ngắn</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21</w:t>
            </w:r>
          </w:p>
        </w:tc>
        <w:tc>
          <w:tcPr>
            <w:tcW w:type="dxa" w:w="2686"/>
            <w:vAlign w:val="center"/>
          </w:tcPr>
          <w:p>
            <w:pPr>
              <w:pStyle w:val="BookTable"/>
            </w:pPr>
            <w:r>
              <w:rPr>
                <w:rFonts w:ascii="Noto Serif" w:hAnsi="Noto Serif" w:eastAsia="Noto Serif CJK SC" w:cs="Noto Serif"/>
                <w:color w:val="000000"/>
                <w:lang w:val="vi-VN" w:eastAsia="zh-CN" w:bidi="vi-VN"/>
              </w:rPr>
              <w:t>Ngày đản sinh Thiên Du Thượng Đế</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23</w:t>
            </w:r>
          </w:p>
        </w:tc>
        <w:tc>
          <w:tcPr>
            <w:tcW w:type="dxa" w:w="2686"/>
            <w:vAlign w:val="center"/>
          </w:tcPr>
          <w:p>
            <w:pPr>
              <w:pStyle w:val="BookTable"/>
            </w:pPr>
            <w:r>
              <w:rPr>
                <w:rFonts w:ascii="Noto Serif" w:hAnsi="Noto Serif" w:eastAsia="Noto Serif CJK SC" w:cs="Noto Serif"/>
                <w:color w:val="000000"/>
                <w:lang w:val="vi-VN" w:eastAsia="zh-CN" w:bidi="vi-VN"/>
              </w:rPr>
              <w:t>Thần Ngũ Nhạc giáng xuống</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24</w:t>
            </w:r>
          </w:p>
        </w:tc>
        <w:tc>
          <w:tcPr>
            <w:tcW w:type="dxa" w:w="2686"/>
            <w:vAlign w:val="center"/>
          </w:tcPr>
          <w:p>
            <w:pPr>
              <w:pStyle w:val="BookTable"/>
            </w:pPr>
            <w:r>
              <w:rPr>
                <w:rFonts w:ascii="Noto Serif" w:hAnsi="Noto Serif" w:eastAsia="Noto Serif CJK SC" w:cs="Noto Serif"/>
                <w:color w:val="000000"/>
                <w:lang w:val="vi-VN" w:eastAsia="zh-CN" w:bidi="vi-VN"/>
              </w:rPr>
              <w:t>Tư Mệnh lên chầu trời, tâu việc thiện ác của con người</w:t>
            </w:r>
          </w:p>
        </w:tc>
        <w:tc>
          <w:tcPr>
            <w:tcW w:type="dxa" w:w="2219"/>
            <w:vAlign w:val="center"/>
          </w:tcPr>
          <w:p>
            <w:pPr>
              <w:pStyle w:val="BookTable"/>
            </w:pPr>
            <w:r>
              <w:rPr>
                <w:rFonts w:ascii="Noto Serif" w:hAnsi="Noto Serif" w:eastAsia="Noto Serif CJK SC" w:cs="Noto Serif"/>
                <w:color w:val="000000"/>
                <w:lang w:val="vi-VN" w:eastAsia="zh-CN" w:bidi="vi-VN"/>
              </w:rPr>
              <w:t>Đại họa</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25</w:t>
            </w:r>
          </w:p>
        </w:tc>
        <w:tc>
          <w:tcPr>
            <w:tcW w:type="dxa" w:w="2686"/>
            <w:vAlign w:val="center"/>
          </w:tcPr>
          <w:p>
            <w:pPr>
              <w:pStyle w:val="BookTable"/>
            </w:pPr>
            <w:r>
              <w:rPr>
                <w:rFonts w:ascii="Noto Serif" w:hAnsi="Noto Serif" w:eastAsia="Noto Serif CJK SC" w:cs="Noto Serif"/>
                <w:color w:val="000000"/>
                <w:lang w:val="vi-VN" w:eastAsia="zh-CN" w:bidi="vi-VN"/>
              </w:rPr>
              <w:t>Tam Thanh và Ngọc Đế cùng giáng xuống xét thiện ác</w:t>
            </w:r>
          </w:p>
        </w:tc>
        <w:tc>
          <w:tcPr>
            <w:tcW w:type="dxa" w:w="2219"/>
            <w:vAlign w:val="center"/>
          </w:tcPr>
          <w:p>
            <w:pPr>
              <w:pStyle w:val="BookTable"/>
            </w:pPr>
            <w:r>
              <w:rPr>
                <w:rFonts w:ascii="Noto Serif" w:hAnsi="Noto Serif" w:eastAsia="Noto Serif CJK SC" w:cs="Noto Serif"/>
                <w:color w:val="000000"/>
                <w:lang w:val="vi-VN" w:eastAsia="zh-CN" w:bidi="vi-VN"/>
              </w:rPr>
              <w:t>Tai họa bất thường</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27</w:t>
            </w:r>
          </w:p>
        </w:tc>
        <w:tc>
          <w:tcPr>
            <w:tcW w:type="dxa" w:w="2686"/>
            <w:vAlign w:val="center"/>
          </w:tcPr>
          <w:p>
            <w:pPr>
              <w:pStyle w:val="BookTable"/>
            </w:pPr>
            <w:r>
              <w:rPr>
                <w:rFonts w:ascii="Noto Serif" w:hAnsi="Noto Serif" w:eastAsia="Noto Serif CJK SC" w:cs="Noto Serif"/>
                <w:color w:val="000000"/>
                <w:lang w:val="vi-VN" w:eastAsia="zh-CN" w:bidi="vi-VN"/>
              </w:rPr>
              <w:t>Thần Đẩu giáng xuống</w:t>
            </w:r>
          </w:p>
        </w:tc>
        <w:tc>
          <w:tcPr>
            <w:tcW w:type="dxa" w:w="2219"/>
            <w:vAlign w:val="center"/>
          </w:tcPr>
          <w:p>
            <w:pPr>
              <w:pStyle w:val="BookTable"/>
            </w:pPr>
            <w:r>
              <w:rPr>
                <w:rFonts w:ascii="Noto Serif" w:hAnsi="Noto Serif" w:eastAsia="Noto Serif CJK SC" w:cs="Noto Serif"/>
                <w:color w:val="000000"/>
                <w:lang w:val="vi-VN" w:eastAsia="zh-CN" w:bidi="vi-VN"/>
              </w:rPr>
              <w:t>Bị trừ kỷ</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28</w:t>
            </w:r>
          </w:p>
        </w:tc>
        <w:tc>
          <w:tcPr>
            <w:tcW w:type="dxa" w:w="2686"/>
            <w:vAlign w:val="center"/>
          </w:tcPr>
          <w:p>
            <w:pPr>
              <w:pStyle w:val="BookTable"/>
            </w:pPr>
            <w:r>
              <w:rPr>
                <w:rFonts w:ascii="Noto Serif" w:hAnsi="Noto Serif" w:eastAsia="Noto Serif CJK SC" w:cs="Noto Serif"/>
                <w:color w:val="000000"/>
                <w:lang w:val="vi-VN" w:eastAsia="zh-CN" w:bidi="vi-VN"/>
              </w:rPr>
              <w:t>Nhân thần ở vùng âm bộ</w:t>
            </w:r>
          </w:p>
        </w:tc>
        <w:tc>
          <w:tcPr>
            <w:tcW w:type="dxa" w:w="2219"/>
            <w:vAlign w:val="center"/>
          </w:tcPr>
          <w:p>
            <w:pPr>
              <w:pStyle w:val="BookTable"/>
            </w:pPr>
            <w:r>
              <w:rPr>
                <w:rFonts w:ascii="Noto Serif" w:hAnsi="Noto Serif" w:eastAsia="Noto Serif CJK SC" w:cs="Noto Serif"/>
                <w:color w:val="000000"/>
                <w:lang w:val="vi-VN" w:eastAsia="zh-CN" w:bidi="vi-VN"/>
              </w:rPr>
              <w:t>Mắc bệnh</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29</w:t>
            </w:r>
          </w:p>
        </w:tc>
        <w:tc>
          <w:tcPr>
            <w:tcW w:type="dxa" w:w="2686"/>
            <w:vAlign w:val="center"/>
          </w:tcPr>
          <w:p>
            <w:pPr>
              <w:pStyle w:val="BookTable"/>
            </w:pPr>
            <w:r>
              <w:rPr>
                <w:rFonts w:ascii="Noto Serif" w:hAnsi="Noto Serif" w:eastAsia="Noto Serif CJK SC" w:cs="Noto Serif"/>
                <w:color w:val="000000"/>
                <w:lang w:val="vi-VN" w:eastAsia="zh-CN" w:bidi="vi-VN"/>
              </w:rPr>
              <w:t>Ngày đản sinh Bồ Tát Hoa Nghiêm</w:t>
            </w:r>
            <w:r>
              <w:br/>
            </w:r>
            <w:r>
              <w:rPr>
                <w:rFonts w:ascii="Noto Serif" w:hAnsi="Noto Serif" w:eastAsia="Noto Serif CJK SC" w:cs="Noto Serif"/>
                <w:color w:val="000000"/>
                <w:lang w:val="vi-VN" w:eastAsia="zh-CN" w:bidi="vi-VN"/>
              </w:rPr>
              <w:t>Tứ Thiên Vương tuần hành</w:t>
            </w:r>
          </w:p>
        </w:tc>
        <w:tc>
          <w:tcPr>
            <w:tcW w:type="dxa" w:w="22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934"/>
            <w:vAlign w:val="center"/>
          </w:tcPr>
          <w:p>
            <w:pPr>
              <w:pStyle w:val="BookTable"/>
            </w:pPr>
            <w:r>
              <w:rPr>
                <w:rFonts w:ascii="Noto Serif" w:hAnsi="Noto Serif" w:eastAsia="Noto Serif CJK SC" w:cs="Noto Serif"/>
                <w:color w:val="000000"/>
                <w:lang w:val="vi-VN" w:eastAsia="zh-CN" w:bidi="vi-VN"/>
              </w:rPr>
              <w:t>30</w:t>
            </w:r>
          </w:p>
        </w:tc>
        <w:tc>
          <w:tcPr>
            <w:tcW w:type="dxa" w:w="2686"/>
            <w:vAlign w:val="center"/>
          </w:tcPr>
          <w:p>
            <w:pPr>
              <w:pStyle w:val="BookTable"/>
            </w:pPr>
            <w:r>
              <w:rPr>
                <w:rFonts w:ascii="Noto Serif" w:hAnsi="Noto Serif" w:eastAsia="Noto Serif CJK SC" w:cs="Noto Serif"/>
                <w:color w:val="000000"/>
                <w:lang w:val="vi-VN" w:eastAsia="zh-CN" w:bidi="vi-VN"/>
              </w:rPr>
              <w:t>Chư thần giáng xuống, dò xét việc thiện ác</w:t>
            </w:r>
          </w:p>
        </w:tc>
        <w:tc>
          <w:tcPr>
            <w:tcW w:type="dxa" w:w="2219"/>
            <w:vAlign w:val="center"/>
          </w:tcPr>
          <w:p>
            <w:pPr>
              <w:pStyle w:val="BookTable"/>
            </w:pPr>
            <w:r>
              <w:rPr>
                <w:rFonts w:ascii="Noto Serif" w:hAnsi="Noto Serif" w:eastAsia="Noto Serif CJK SC" w:cs="Noto Serif"/>
                <w:color w:val="000000"/>
                <w:lang w:val="vi-VN" w:eastAsia="zh-CN" w:bidi="vi-VN"/>
              </w:rPr>
              <w:t>Nam nữ phạm điều kiêng đều chết</w:t>
            </w:r>
            <w:bookmarkEnd w:id="48"/>
          </w:p>
        </w:tc>
      </w:tr>
    </w:tbl>
    <w:p>
      <w:pPr>
        <w:pStyle w:val="BookFirst"/>
      </w:pPr>
      <w:bookmarkStart w:id="49" w:name="b823a0253197c907fcf12fc42ea5c7c"/>
      <w:r>
        <w:rPr>
          <w:rFonts w:ascii="Noto Serif" w:hAnsi="Noto Serif" w:eastAsia="Noto Serif CJK SC" w:cs="Noto Serif"/>
          <w:color w:val="000000"/>
          <w:lang w:val="vi-VN" w:eastAsia="zh-CN" w:bidi="vi-VN"/>
        </w:rPr>
        <w:t>Ngày mang can Mậu trong mười ngày đầu tháng. Đây là điều kiện ngày riêng, không chỉ thuộc mồng 8; nguồn không ghi riêng quả báo cho điều kiện này.</w:t>
      </w:r>
      <w:bookmarkEnd w:id="49"/>
    </w:p>
    <w:p>
      <w:pPr/>
      <w:bookmarkStart w:id="50" w:name="bb41ca5a0c2e14eb68ccd99b870a8e6"/>
      <w:r>
        <w:rPr>
          <w:rFonts w:ascii="Noto Serif" w:hAnsi="Noto Serif" w:eastAsia="Noto Serif CJK SC" w:cs="Noto Serif"/>
          <w:color w:val="000000"/>
          <w:lang w:val="vi-VN" w:eastAsia="zh-CN" w:bidi="vi-VN"/>
        </w:rPr>
        <w:t>Lời phê: Các kỳ kiêng nêu trên cộng lại là hai trăm hai mươi lăm ngày mỗi năm. Tháng nhuận theo tháng trước. Đây đều là những ngày cố định trong mỗi tháng.</w:t>
      </w:r>
      <w:bookmarkEnd w:id="50"/>
    </w:p>
    <w:p>
      <w:pPr>
        <w:pStyle w:val="Heading2"/>
        <w:pageBreakBefore/>
      </w:pPr>
      <w:bookmarkStart w:id="52" w:name="b761b22f38525e1a9b9442a3a1ea665"/>
      <w:bookmarkStart w:id="51" w:name="be972bbdf70e2a71314b6f619e3e3bf"/>
      <w:bookmarkEnd w:id="51"/>
      <w:r>
        <w:rPr>
          <w:rFonts w:ascii="Noto Serif" w:hAnsi="Noto Serif" w:eastAsia="Noto Serif CJK SC" w:cs="Noto Serif"/>
          <w:color w:val="000000"/>
          <w:lang w:val="vi-VN" w:eastAsia="zh-CN" w:bidi="vi-VN"/>
        </w:rPr>
        <w:t>Các điều phụ kỵ</w:t>
      </w:r>
      <w:bookmarkEnd w:id="52"/>
    </w:p>
    <w:p>
      <w:pPr>
        <w:pStyle w:val="Heading3"/>
        <w:pageBreakBefore w:val="0"/>
      </w:pPr>
      <w:bookmarkStart w:id="54" w:name="bdc6af9756726ec729f9859ab3fefbf"/>
      <w:bookmarkStart w:id="53" w:name="b3f83c6b5c9cf113d6cac5ae10b19d8"/>
      <w:bookmarkEnd w:id="53"/>
      <w:r>
        <w:rPr>
          <w:rFonts w:ascii="Noto Serif" w:hAnsi="Noto Serif" w:eastAsia="Noto Serif CJK SC" w:cs="Noto Serif"/>
          <w:color w:val="000000"/>
          <w:lang w:val="vi-VN" w:eastAsia="zh-CN" w:bidi="vi-VN"/>
        </w:rPr>
        <w:t>Các tháng có hai tiết phân</w:t>
      </w:r>
      <w:bookmarkEnd w:id="54"/>
    </w:p>
    <w:tbl>
      <w:tblPr>
        <w:tblW w:type="dxa" w:w="583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1460"/>
        <w:gridCol w:w="1460"/>
        <w:gridCol w:w="1460"/>
        <w:gridCol w:w="1460"/>
      </w:tblGrid>
      <w:tr>
        <w:trPr>
          <w:cantSplit/>
          <w:tblHeader/>
        </w:trPr>
        <w:tc>
          <w:tcPr>
            <w:tcW w:type="dxa" w:w="1460"/>
            <w:vAlign w:val="center"/>
            <w:shd w:fill="EEEEEE" w:val="clear"/>
          </w:tcPr>
          <w:p>
            <w:pPr>
              <w:pStyle w:val="BookTable"/>
            </w:pPr>
            <w:bookmarkStart w:id="55" w:name="bc0cb41205cc37e31b9ea6ed6722b04"/>
            <w:r>
              <w:rPr>
                <w:rFonts w:ascii="Noto Serif" w:hAnsi="Noto Serif" w:eastAsia="Noto Serif CJK SC" w:cs="Noto Serif"/>
                <w:color w:val="000000"/>
                <w:b w:val="1"/>
                <w:bCs w:val="1"/>
                <w:lang w:val="vi-VN" w:eastAsia="zh-CN" w:bidi="vi-VN"/>
              </w:rPr>
              <w:t>Mục</w:t>
            </w:r>
          </w:p>
        </w:tc>
        <w:tc>
          <w:tcPr>
            <w:tcW w:type="dxa" w:w="1460"/>
            <w:vAlign w:val="center"/>
            <w:shd w:fill="EEEEEE" w:val="clear"/>
          </w:tcPr>
          <w:p>
            <w:pPr>
              <w:pStyle w:val="BookTable"/>
            </w:pPr>
            <w:r>
              <w:rPr>
                <w:rFonts w:ascii="Noto Serif" w:hAnsi="Noto Serif" w:eastAsia="Noto Serif CJK SC" w:cs="Noto Serif"/>
                <w:color w:val="000000"/>
                <w:b w:val="1"/>
                <w:bCs w:val="1"/>
                <w:lang w:val="vi-VN" w:eastAsia="zh-CN" w:bidi="vi-VN"/>
              </w:rPr>
              <w:t>Nội dung 2</w:t>
            </w:r>
          </w:p>
        </w:tc>
        <w:tc>
          <w:tcPr>
            <w:tcW w:type="dxa" w:w="1460"/>
            <w:vAlign w:val="center"/>
            <w:shd w:fill="EEEEEE" w:val="clear"/>
          </w:tcPr>
          <w:p>
            <w:pPr>
              <w:pStyle w:val="BookTable"/>
            </w:pPr>
            <w:r>
              <w:rPr>
                <w:rFonts w:ascii="Noto Serif" w:hAnsi="Noto Serif" w:eastAsia="Noto Serif CJK SC" w:cs="Noto Serif"/>
                <w:color w:val="000000"/>
                <w:b w:val="1"/>
                <w:bCs w:val="1"/>
                <w:lang w:val="vi-VN" w:eastAsia="zh-CN" w:bidi="vi-VN"/>
              </w:rPr>
              <w:t>Nội dung 3</w:t>
            </w:r>
          </w:p>
        </w:tc>
        <w:tc>
          <w:tcPr>
            <w:tcW w:type="dxa" w:w="1460"/>
            <w:vAlign w:val="center"/>
            <w:shd w:fill="EEEEEE" w:val="clear"/>
          </w:tcPr>
          <w:p>
            <w:pPr>
              <w:pStyle w:val="BookTable"/>
            </w:pPr>
            <w:r>
              <w:rPr>
                <w:rFonts w:ascii="Noto Serif" w:hAnsi="Noto Serif" w:eastAsia="Noto Serif CJK SC" w:cs="Noto Serif"/>
                <w:color w:val="000000"/>
                <w:b w:val="1"/>
                <w:bCs w:val="1"/>
                <w:lang w:val="vi-VN" w:eastAsia="zh-CN" w:bidi="vi-VN"/>
              </w:rPr>
              <w:t>Nội dung 4</w:t>
            </w:r>
          </w:p>
        </w:tc>
      </w:tr>
      <w:tr>
        <w:trPr>
          <w:cantSplit/>
        </w:trPr>
        <w:tc>
          <w:tcPr>
            <w:tcW w:type="dxa" w:w="1460"/>
            <w:vAlign w:val="center"/>
          </w:tcPr>
          <w:p>
            <w:pPr>
              <w:pStyle w:val="BookTable"/>
            </w:pPr>
            <w:r>
              <w:rPr>
                <w:rFonts w:ascii="Noto Serif" w:hAnsi="Noto Serif" w:eastAsia="Noto Serif CJK SC" w:cs="Noto Serif"/>
                <w:color w:val="000000"/>
                <w:lang w:val="vi-VN" w:eastAsia="zh-CN" w:bidi="vi-VN"/>
              </w:rPr>
              <w:t>Xuân phân</w:t>
            </w:r>
          </w:p>
        </w:tc>
        <w:tc>
          <w:tcPr>
            <w:tcW w:type="dxa" w:w="1460"/>
            <w:vAlign w:val="center"/>
          </w:tcPr>
          <w:p>
            <w:pPr>
              <w:pStyle w:val="BookTable"/>
            </w:pPr>
            <w:r>
              <w:rPr>
                <w:rFonts w:ascii="Noto Serif" w:hAnsi="Noto Serif" w:eastAsia="Noto Serif CJK SC" w:cs="Noto Serif"/>
                <w:color w:val="000000"/>
                <w:lang w:val="vi-VN" w:eastAsia="zh-CN" w:bidi="vi-VN"/>
              </w:rPr>
              <w:t>Sấm sắp vang.</w:t>
            </w:r>
          </w:p>
        </w:tc>
        <w:tc>
          <w:tcPr>
            <w:tcW w:type="dxa" w:w="1460"/>
            <w:vAlign w:val="center"/>
          </w:tcPr>
          <w:p>
            <w:pPr>
              <w:pStyle w:val="BookTable"/>
            </w:pPr>
            <w:r>
              <w:rPr>
                <w:rFonts w:ascii="Noto Serif" w:hAnsi="Noto Serif" w:eastAsia="Noto Serif CJK SC" w:cs="Noto Serif"/>
                <w:color w:val="000000"/>
                <w:lang w:val="vi-VN" w:eastAsia="zh-CN" w:bidi="vi-VN"/>
              </w:rPr>
              <w:t>Người phạm sẽ sinh con có ngũ quan, tứ chi không đầy đủ; cha mẹ gặp tai họa.</w:t>
            </w:r>
          </w:p>
        </w:tc>
        <w:tc>
          <w:tcPr>
            <w:tcW w:type="dxa" w:w="1460"/>
            <w:vAlign w:val="center"/>
          </w:tcPr>
          <w:p>
            <w:pPr>
              <w:pStyle w:val="BookTable"/>
            </w:pPr>
            <w:r>
              <w:rPr>
                <w:rFonts w:ascii="Noto Serif" w:hAnsi="Noto Serif" w:eastAsia="Noto Serif CJK SC" w:cs="Noto Serif"/>
                <w:color w:val="000000"/>
                <w:lang w:val="vi-VN" w:eastAsia="zh-CN" w:bidi="vi-VN"/>
              </w:rPr>
              <w:t>Nên bắt đầu kiêng từ tiết Kinh trập, kiêng qua một tháng.</w:t>
            </w:r>
          </w:p>
        </w:tc>
      </w:tr>
      <w:tr>
        <w:trPr>
          <w:cantSplit/>
        </w:trPr>
        <w:tc>
          <w:tcPr>
            <w:tcW w:type="dxa" w:w="1460"/>
            <w:vAlign w:val="center"/>
          </w:tcPr>
          <w:p>
            <w:pPr>
              <w:pStyle w:val="BookTable"/>
            </w:pPr>
            <w:r>
              <w:rPr>
                <w:rFonts w:ascii="Noto Serif" w:hAnsi="Noto Serif" w:eastAsia="Noto Serif CJK SC" w:cs="Noto Serif"/>
                <w:color w:val="000000"/>
                <w:lang w:val="vi-VN" w:eastAsia="zh-CN" w:bidi="vi-VN"/>
              </w:rPr>
              <w:t>Thu phân</w:t>
            </w:r>
          </w:p>
        </w:tc>
        <w:tc>
          <w:tcPr>
            <w:tcW w:type="dxa" w:w="1460"/>
            <w:vAlign w:val="center"/>
          </w:tcPr>
          <w:p>
            <w:pPr>
              <w:pStyle w:val="BookTable"/>
            </w:pPr>
            <w:r>
              <w:rPr>
                <w:rFonts w:ascii="Noto Serif" w:hAnsi="Noto Serif" w:eastAsia="Noto Serif CJK SC" w:cs="Noto Serif"/>
                <w:color w:val="000000"/>
                <w:lang w:val="vi-VN" w:eastAsia="zh-CN" w:bidi="vi-VN"/>
              </w:rPr>
              <w:t>Khí sát dần mạnh, dương khí ngày một suy.</w:t>
            </w:r>
          </w:p>
        </w:tc>
        <w:tc>
          <w:tcPr>
            <w:tcW w:type="dxa" w:w="1460"/>
            <w:vAlign w:val="center"/>
          </w:tcPr>
          <w:p>
            <w:pPr>
              <w:pStyle w:val="BookTable"/>
            </w:pPr>
            <w:r>
              <w:rPr>
                <w:rFonts w:ascii="Noto Serif" w:hAnsi="Noto Serif" w:eastAsia="Noto Serif CJK SC" w:cs="Noto Serif"/>
                <w:color w:val="000000"/>
                <w:lang w:val="vi-VN" w:eastAsia="zh-CN" w:bidi="vi-VN"/>
              </w:rPr>
              <w:t>—</w:t>
            </w:r>
          </w:p>
        </w:tc>
        <w:tc>
          <w:tcPr>
            <w:tcW w:type="dxa" w:w="1460"/>
            <w:vAlign w:val="center"/>
          </w:tcPr>
          <w:p>
            <w:pPr>
              <w:pStyle w:val="BookTable"/>
            </w:pPr>
            <w:r>
              <w:rPr>
                <w:rFonts w:ascii="Noto Serif" w:hAnsi="Noto Serif" w:eastAsia="Noto Serif CJK SC" w:cs="Noto Serif"/>
                <w:color w:val="000000"/>
                <w:lang w:val="vi-VN" w:eastAsia="zh-CN" w:bidi="vi-VN"/>
              </w:rPr>
              <w:t>Nên bắt đầu kiêng từ tiết Bạch lộ, kiêng qua một tháng.</w:t>
            </w:r>
          </w:p>
        </w:tc>
      </w:tr>
      <w:tr>
        <w:trPr>
          <w:cantSplit/>
        </w:trPr>
        <w:tc>
          <w:tcPr>
            <w:tcW w:type="dxa" w:w="1460"/>
            <w:vAlign w:val="center"/>
          </w:tcPr>
          <w:p>
            <w:pPr>
              <w:pStyle w:val="BookTable"/>
            </w:pPr>
            <w:r>
              <w:rPr>
                <w:rFonts w:ascii="Noto Serif" w:hAnsi="Noto Serif" w:eastAsia="Noto Serif CJK SC" w:cs="Noto Serif"/>
                <w:color w:val="000000"/>
                <w:lang w:val="vi-VN" w:eastAsia="zh-CN" w:bidi="vi-VN"/>
              </w:rPr>
              <w:t>Ba ngày trước và ba ngày sau mỗi tiết này, tính cả ngày tiết là bảy ngày: phạm thì nhất định mắc bệnh nguy kịch; càng phải nghiêm kiêng.</w:t>
            </w:r>
          </w:p>
        </w:tc>
        <w:tc>
          <w:tcPr>
            <w:tcW w:type="dxa" w:w="1460"/>
            <w:vAlign w:val="center"/>
          </w:tcPr>
          <w:p>
            <w:pPr>
              <w:pStyle w:val="BookTable"/>
            </w:pPr>
            <w:r>
              <w:rPr>
                <w:rFonts w:ascii="Noto Serif" w:hAnsi="Noto Serif" w:eastAsia="Noto Serif CJK SC" w:cs="Noto Serif"/>
                <w:color w:val="000000"/>
                <w:lang w:val="vi-VN" w:eastAsia="zh-CN" w:bidi="vi-VN"/>
              </w:rPr>
              <w:t>—</w:t>
            </w:r>
          </w:p>
        </w:tc>
        <w:tc>
          <w:tcPr>
            <w:tcW w:type="dxa" w:w="1460"/>
            <w:vAlign w:val="center"/>
          </w:tcPr>
          <w:p>
            <w:pPr>
              <w:pStyle w:val="BookTable"/>
            </w:pPr>
            <w:r>
              <w:rPr>
                <w:rFonts w:ascii="Noto Serif" w:hAnsi="Noto Serif" w:eastAsia="Noto Serif CJK SC" w:cs="Noto Serif"/>
                <w:color w:val="000000"/>
                <w:lang w:val="vi-VN" w:eastAsia="zh-CN" w:bidi="vi-VN"/>
              </w:rPr>
              <w:t>—</w:t>
            </w:r>
          </w:p>
        </w:tc>
        <w:tc>
          <w:tcPr>
            <w:tcW w:type="dxa" w:w="1460"/>
            <w:vAlign w:val="center"/>
          </w:tcPr>
          <w:p>
            <w:pPr>
              <w:pStyle w:val="BookTable"/>
            </w:pPr>
            <w:r>
              <w:rPr>
                <w:rFonts w:ascii="Noto Serif" w:hAnsi="Noto Serif" w:eastAsia="Noto Serif CJK SC" w:cs="Noto Serif"/>
                <w:color w:val="000000"/>
                <w:lang w:val="vi-VN" w:eastAsia="zh-CN" w:bidi="vi-VN"/>
              </w:rPr>
              <w:t>—</w:t>
            </w:r>
            <w:bookmarkEnd w:id="55"/>
          </w:p>
        </w:tc>
      </w:tr>
    </w:tbl>
    <w:p>
      <w:pPr>
        <w:pStyle w:val="Heading3"/>
        <w:pageBreakBefore w:val="0"/>
      </w:pPr>
      <w:bookmarkStart w:id="57" w:name="be71c926ea017d7c43f90d5a1b27cb3"/>
      <w:bookmarkStart w:id="56" w:name="b90d2cbb88866dc0ca51b781b66bd2b"/>
      <w:bookmarkEnd w:id="56"/>
      <w:r>
        <w:rPr>
          <w:rFonts w:ascii="Noto Serif" w:hAnsi="Noto Serif" w:eastAsia="Noto Serif CJK SC" w:cs="Noto Serif"/>
          <w:color w:val="000000"/>
          <w:lang w:val="vi-VN" w:eastAsia="zh-CN" w:bidi="vi-VN"/>
        </w:rPr>
        <w:t>Các tháng có hai tiết chí</w:t>
      </w:r>
      <w:bookmarkEnd w:id="57"/>
    </w:p>
    <w:tbl>
      <w:tblPr>
        <w:tblW w:type="dxa" w:w="583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2919"/>
        <w:gridCol w:w="2919"/>
      </w:tblGrid>
      <w:tr>
        <w:trPr>
          <w:cantSplit/>
          <w:tblHeader/>
        </w:trPr>
        <w:tc>
          <w:tcPr>
            <w:tcW w:type="dxa" w:w="2919"/>
            <w:vAlign w:val="center"/>
            <w:shd w:fill="EEEEEE" w:val="clear"/>
          </w:tcPr>
          <w:p>
            <w:pPr>
              <w:pStyle w:val="BookTable"/>
            </w:pPr>
            <w:bookmarkStart w:id="58" w:name="b01a99b3aeeea4c64515818297acb44"/>
            <w:r>
              <w:rPr>
                <w:rFonts w:ascii="Noto Serif" w:hAnsi="Noto Serif" w:eastAsia="Noto Serif CJK SC" w:cs="Noto Serif"/>
                <w:color w:val="000000"/>
                <w:b w:val="1"/>
                <w:bCs w:val="1"/>
                <w:lang w:val="vi-VN" w:eastAsia="zh-CN" w:bidi="vi-VN"/>
              </w:rPr>
              <w:t>Mục</w:t>
            </w:r>
          </w:p>
        </w:tc>
        <w:tc>
          <w:tcPr>
            <w:tcW w:type="dxa" w:w="2919"/>
            <w:vAlign w:val="center"/>
            <w:shd w:fill="EEEEEE" w:val="clear"/>
          </w:tcPr>
          <w:p>
            <w:pPr>
              <w:pStyle w:val="BookTable"/>
            </w:pPr>
            <w:r>
              <w:rPr>
                <w:rFonts w:ascii="Noto Serif" w:hAnsi="Noto Serif" w:eastAsia="Noto Serif CJK SC" w:cs="Noto Serif"/>
                <w:color w:val="000000"/>
                <w:b w:val="1"/>
                <w:bCs w:val="1"/>
                <w:lang w:val="vi-VN" w:eastAsia="zh-CN" w:bidi="vi-VN"/>
              </w:rPr>
              <w:t>Nội dung 2</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Hạ chí</w:t>
            </w:r>
          </w:p>
        </w:tc>
        <w:tc>
          <w:tcPr>
            <w:tcW w:type="dxa" w:w="2919"/>
            <w:vAlign w:val="center"/>
          </w:tcPr>
          <w:p>
            <w:pPr>
              <w:pStyle w:val="BookTable"/>
            </w:pPr>
            <w:r>
              <w:rPr>
                <w:rFonts w:ascii="Noto Serif" w:hAnsi="Noto Serif" w:eastAsia="Noto Serif CJK SC" w:cs="Noto Serif"/>
                <w:color w:val="000000"/>
                <w:lang w:val="vi-VN" w:eastAsia="zh-CN" w:bidi="vi-VN"/>
              </w:rPr>
              <w:t>Âm dương tranh nhau, là lúc phân định sống chết. Nên bắt đầu kiêng từ tiết Mang chủng, kiêng qua một tháng.</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Đông chí</w:t>
            </w:r>
          </w:p>
        </w:tc>
        <w:tc>
          <w:tcPr>
            <w:tcW w:type="dxa" w:w="2919"/>
            <w:vAlign w:val="center"/>
          </w:tcPr>
          <w:p>
            <w:pPr>
              <w:pStyle w:val="BookTable"/>
            </w:pPr>
            <w:r>
              <w:rPr>
                <w:rFonts w:ascii="Noto Serif" w:hAnsi="Noto Serif" w:eastAsia="Noto Serif CJK SC" w:cs="Noto Serif"/>
                <w:color w:val="000000"/>
                <w:lang w:val="vi-VN" w:eastAsia="zh-CN" w:bidi="vi-VN"/>
              </w:rPr>
              <w:t>Âm dương tranh nhau, là lúc phân định sống chết. Nên bắt đầu kiêng từ tiết Đại tuyết, kiêng qua một tháng.</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Hai tiết này là lúc âm dương giao nhau giữa dứt và nối, cần kiêng kỵ nhất.</w:t>
            </w:r>
            <w:r>
              <w:br/>
            </w:r>
            <w:r>
              <w:rPr>
                <w:rFonts w:ascii="Noto Serif" w:hAnsi="Noto Serif" w:eastAsia="Noto Serif CJK SC" w:cs="Noto Serif"/>
                <w:color w:val="000000"/>
                <w:lang w:val="vi-VN" w:eastAsia="zh-CN" w:bidi="vi-VN"/>
              </w:rPr>
              <w:t>Ba ngày trước và ba ngày sau mỗi tiết chí, tính cả ngày tiết là bảy ngày: phạm thì nhất định mắc bệnh cấp tính; càng phải nghiêm kiêng.</w:t>
            </w:r>
          </w:p>
        </w:tc>
        <w:tc>
          <w:tcPr>
            <w:tcW w:type="dxa" w:w="2919"/>
            <w:vAlign w:val="center"/>
          </w:tcPr>
          <w:p>
            <w:pPr>
              <w:pStyle w:val="BookTable"/>
            </w:pPr>
            <w:r>
              <w:rPr>
                <w:rFonts w:ascii="Noto Serif" w:hAnsi="Noto Serif" w:eastAsia="Noto Serif CJK SC" w:cs="Noto Serif"/>
                <w:color w:val="000000"/>
                <w:lang w:val="vi-VN" w:eastAsia="zh-CN" w:bidi="vi-VN"/>
              </w:rPr>
              <w:t>—</w:t>
            </w:r>
            <w:bookmarkEnd w:id="58"/>
          </w:p>
        </w:tc>
      </w:tr>
    </w:tbl>
    <w:p>
      <w:pPr>
        <w:pStyle w:val="Heading3"/>
        <w:pageBreakBefore w:val="0"/>
      </w:pPr>
      <w:bookmarkStart w:id="60" w:name="bb122726c827d20d064ec9cce25baf6"/>
      <w:bookmarkStart w:id="59" w:name="b44b62534c665a960dd1fcca80ca9f1"/>
      <w:bookmarkEnd w:id="59"/>
      <w:r>
        <w:rPr>
          <w:rFonts w:ascii="Noto Serif" w:hAnsi="Noto Serif" w:eastAsia="Noto Serif CJK SC" w:cs="Noto Serif"/>
          <w:color w:val="000000"/>
          <w:lang w:val="vi-VN" w:eastAsia="zh-CN" w:bidi="vi-VN"/>
        </w:rPr>
        <w:t>Đông chí</w:t>
      </w:r>
      <w:bookmarkEnd w:id="60"/>
    </w:p>
    <w:p>
      <w:pPr>
        <w:pStyle w:val="BookFirst"/>
      </w:pPr>
      <w:bookmarkStart w:id="61" w:name="b24b49fbbd23aeff58691a150019ad1"/>
      <w:r>
        <w:rPr>
          <w:rFonts w:ascii="Noto Serif" w:hAnsi="Noto Serif" w:eastAsia="Noto Serif CJK SC" w:cs="Noto Serif"/>
          <w:color w:val="000000"/>
          <w:lang w:val="vi-VN" w:eastAsia="zh-CN" w:bidi="vi-VN"/>
        </w:rPr>
        <w:t>Ô quả báo ở bên phải áp dụng chung cho cả hai dòng thời điểm dưới tiêu đề Đông chí.</w:t>
      </w:r>
      <w:bookmarkEnd w:id="61"/>
    </w:p>
    <w:tbl>
      <w:tblPr>
        <w:tblW w:type="dxa" w:w="583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2919"/>
        <w:gridCol w:w="2919"/>
      </w:tblGrid>
      <w:tr>
        <w:trPr>
          <w:cantSplit/>
          <w:tblHeader/>
        </w:trPr>
        <w:tc>
          <w:tcPr>
            <w:tcW w:type="dxa" w:w="2919"/>
            <w:vAlign w:val="center"/>
            <w:shd w:fill="EEEEEE" w:val="clear"/>
          </w:tcPr>
          <w:p>
            <w:pPr>
              <w:pStyle w:val="BookTable"/>
            </w:pPr>
            <w:bookmarkStart w:id="62" w:name="bf1942d55aacb7e0ac85584912ad757"/>
            <w:r>
              <w:rPr>
                <w:rFonts w:ascii="Noto Serif" w:hAnsi="Noto Serif" w:eastAsia="Noto Serif CJK SC" w:cs="Noto Serif"/>
                <w:color w:val="000000"/>
                <w:b w:val="1"/>
                <w:bCs w:val="1"/>
                <w:lang w:val="vi-VN" w:eastAsia="zh-CN" w:bidi="vi-VN"/>
              </w:rPr>
              <w:t>Mục</w:t>
            </w:r>
          </w:p>
        </w:tc>
        <w:tc>
          <w:tcPr>
            <w:tcW w:type="dxa" w:w="2919"/>
            <w:vAlign w:val="center"/>
            <w:shd w:fill="EEEEEE" w:val="clear"/>
          </w:tcPr>
          <w:p>
            <w:pPr>
              <w:pStyle w:val="BookTable"/>
            </w:pPr>
            <w:r>
              <w:rPr>
                <w:rFonts w:ascii="Noto Serif" w:hAnsi="Noto Serif" w:eastAsia="Noto Serif CJK SC" w:cs="Noto Serif"/>
                <w:color w:val="000000"/>
                <w:b w:val="1"/>
                <w:bCs w:val="1"/>
                <w:lang w:val="vi-VN" w:eastAsia="zh-CN" w:bidi="vi-VN"/>
              </w:rPr>
              <w:t>Nội dung 2</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Giờ Tý giữa đêm</w:t>
            </w:r>
          </w:p>
        </w:tc>
        <w:tc>
          <w:tcPr>
            <w:tcW w:type="dxa" w:w="2919"/>
            <w:vAlign w:val="center"/>
          </w:tcPr>
          <w:p>
            <w:pPr>
              <w:pStyle w:val="BookTable"/>
            </w:pPr>
            <w:r>
              <w:rPr>
                <w:rFonts w:ascii="Noto Serif" w:hAnsi="Noto Serif" w:eastAsia="Noto Serif CJK SC" w:cs="Noto Serif"/>
                <w:color w:val="000000"/>
                <w:lang w:val="vi-VN" w:eastAsia="zh-CN" w:bidi="vi-VN"/>
              </w:rPr>
              <w:t>Phạm vào các thời điểm này đều được nguồn cho là sẽ chết trong vòng một năm.</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Những ngày Canh, Tân sau đó; ngày Tuất thứ ba.</w:t>
            </w:r>
          </w:p>
        </w:tc>
        <w:tc>
          <w:tcPr>
            <w:tcW w:type="dxa" w:w="2919"/>
            <w:vAlign w:val="center"/>
          </w:tcPr>
          <w:p>
            <w:pPr>
              <w:pStyle w:val="BookTable"/>
            </w:pPr>
            <w:r>
              <w:rPr>
                <w:rFonts w:ascii="Noto Serif" w:hAnsi="Noto Serif" w:eastAsia="Noto Serif CJK SC" w:cs="Noto Serif"/>
                <w:color w:val="000000"/>
                <w:lang w:val="vi-VN" w:eastAsia="zh-CN" w:bidi="vi-VN"/>
              </w:rPr>
              <w:t>—</w:t>
            </w:r>
            <w:bookmarkEnd w:id="62"/>
          </w:p>
        </w:tc>
      </w:tr>
    </w:tbl>
    <w:p>
      <w:pPr>
        <w:pStyle w:val="Heading3"/>
        <w:pageBreakBefore w:val="0"/>
      </w:pPr>
      <w:bookmarkStart w:id="64" w:name="b96efa8306951e8b891fb95b1fe2050"/>
      <w:bookmarkStart w:id="63" w:name="bbd9cdd6ac279716028282b8b385e3b"/>
      <w:bookmarkEnd w:id="63"/>
      <w:r>
        <w:rPr>
          <w:rFonts w:ascii="Noto Serif" w:hAnsi="Noto Serif" w:eastAsia="Noto Serif CJK SC" w:cs="Noto Serif"/>
          <w:color w:val="000000"/>
          <w:lang w:val="vi-VN" w:eastAsia="zh-CN" w:bidi="vi-VN"/>
        </w:rPr>
        <w:t>Những kỳ kiêng khác</w:t>
      </w:r>
      <w:bookmarkEnd w:id="64"/>
    </w:p>
    <w:p>
      <w:pPr>
        <w:pStyle w:val="BookFirst"/>
      </w:pPr>
      <w:bookmarkStart w:id="65" w:name="ba2e673a32cdbde51ce3a4d1fdce0cc"/>
      <w:r>
        <w:rPr>
          <w:rFonts w:ascii="Noto Serif" w:hAnsi="Noto Serif" w:eastAsia="Noto Serif CJK SC" w:cs="Noto Serif"/>
          <w:color w:val="000000"/>
          <w:lang w:val="vi-VN" w:eastAsia="zh-CN" w:bidi="vi-VN"/>
        </w:rPr>
        <w:t>Ngày Tam Nguyên: phạm thì giảm thọ năm năm. Rằm tháng giêng, rằm tháng 7 và rằm tháng 10 âm lịch lần lượt là Thượng Nguyên, Trung Nguyên và Hạ Nguyên.</w:t>
      </w:r>
      <w:bookmarkEnd w:id="65"/>
    </w:p>
    <w:p>
      <w:pPr/>
      <w:bookmarkStart w:id="66" w:name="bbaf4577af8ddcb421d4b1eb3dab64f"/>
      <w:r>
        <w:rPr>
          <w:rFonts w:ascii="Noto Serif" w:hAnsi="Noto Serif" w:eastAsia="Noto Serif CJK SC" w:cs="Noto Serif"/>
          <w:color w:val="000000"/>
          <w:lang w:val="vi-VN" w:eastAsia="zh-CN" w:bidi="vi-VN"/>
        </w:rPr>
        <w:t>Bốn ngày lập tiết (Lập xuân, Lập hạ, Lập thu, Lập đông); bốn ngày ly (ngày trước Đông chí, Hạ chí, Xuân phân, Thu phân); bốn ngày tuyệt (ngày trước bốn ngày lập tiết); hai ngày xã (ngày Mậu thứ năm sau Lập xuân là Xuân xã, ngày Mậu thứ năm sau Lập thu là Thu xã): phạm đều giảm thọ năm năm.</w:t>
      </w:r>
      <w:bookmarkEnd w:id="66"/>
    </w:p>
    <w:p>
      <w:pPr/>
      <w:bookmarkStart w:id="67" w:name="b0e37712bba018561cfb91c374f36c7"/>
      <w:r>
        <w:rPr>
          <w:rFonts w:ascii="Noto Serif" w:hAnsi="Noto Serif" w:eastAsia="Noto Serif CJK SC" w:cs="Noto Serif"/>
          <w:color w:val="000000"/>
          <w:lang w:val="vi-VN" w:eastAsia="zh-CN" w:bidi="vi-VN"/>
        </w:rPr>
        <w:t>Thụ thai vào ngày xã thì tóc và lông của con đều trắng.</w:t>
      </w:r>
      <w:bookmarkEnd w:id="67"/>
    </w:p>
    <w:p>
      <w:pPr/>
      <w:bookmarkStart w:id="68" w:name="b7c68627d905c5b605f0868811bebc0"/>
      <w:r>
        <w:rPr>
          <w:rFonts w:ascii="Noto Serif" w:hAnsi="Noto Serif" w:eastAsia="Noto Serif CJK SC" w:cs="Noto Serif"/>
          <w:color w:val="000000"/>
          <w:lang w:val="vi-VN" w:eastAsia="zh-CN" w:bidi="vi-VN"/>
        </w:rPr>
        <w:t>Các ngày tam phục (sơ phục, trung phục, mạt phục, mỗi phục mười ngày); ngày huyền (thượng huyền vào mồng 7, mồng 8; hạ huyền vào ngày 22, 23); ngày hối (ngày cuối cùng mỗi tháng); ba ngày Tân trong mỗi tháng: phạm đều giảm thọ một năm. Nguồn nhắc lại: sơ phục, trung phục, mạt phục, mỗi phục mười ngày.</w:t>
      </w:r>
      <w:bookmarkEnd w:id="68"/>
    </w:p>
    <w:p>
      <w:pPr/>
      <w:bookmarkStart w:id="69" w:name="ba66458fdb674e4c006f77a0386d55e"/>
      <w:r>
        <w:rPr>
          <w:rFonts w:ascii="Noto Serif" w:hAnsi="Noto Serif" w:eastAsia="Noto Serif CJK SC" w:cs="Noto Serif"/>
          <w:color w:val="000000"/>
          <w:lang w:val="vi-VN" w:eastAsia="zh-CN" w:bidi="vi-VN"/>
        </w:rPr>
        <w:t>Ngày Giáp Tý, ngày Canh Thân, ngày Thái Tuế, ngày dâng hương, giữ trai giới, cúng tạ Phật: phạm đều giảm thọ một năm.</w:t>
      </w:r>
      <w:bookmarkEnd w:id="69"/>
    </w:p>
    <w:p>
      <w:pPr/>
      <w:bookmarkStart w:id="70" w:name="b76a154a22a34284c76912a99d29fdd"/>
      <w:r>
        <w:rPr>
          <w:rFonts w:ascii="Noto Serif" w:hAnsi="Noto Serif" w:eastAsia="Noto Serif CJK SC" w:cs="Noto Serif"/>
          <w:color w:val="000000"/>
          <w:lang w:val="vi-VN" w:eastAsia="zh-CN" w:bidi="vi-VN"/>
        </w:rPr>
        <w:t>Ngày giỗ tổ tiên, ngày sinh và ngày giỗ cha mẹ: phạm đều giảm thọ một năm.</w:t>
      </w:r>
      <w:bookmarkEnd w:id="70"/>
    </w:p>
    <w:p>
      <w:pPr>
        <w:overflowPunct w:val="1"/>
      </w:pPr>
      <w:bookmarkStart w:id="71" w:name="b63fbd2a4d34766b435c6fc2552faa9"/>
      <w:r>
        <w:rPr>
          <w:rFonts w:ascii="Noto Serif" w:hAnsi="Noto Serif" w:eastAsia="Noto Serif CJK SC" w:cs="Noto Serif"/>
          <w:color w:val="000000"/>
          <w:lang w:val="vi-VN" w:eastAsia="zh-CN" w:bidi="vi-VN"/>
        </w:rPr>
        <w:t xml:space="preserve">Ngày sinh hằng năm của mỗi người trong hai vợ chồng (nguồn dùng cụm </w:t>
      </w:r>
      <w:r>
        <w:rPr>
          <w:rFonts w:ascii="Noto Serif CJK SC" w:hAnsi="Noto Serif CJK SC" w:eastAsia="Noto Serif CJK SC" w:cs="Noto Serif CJK SC"/>
          <w:color w:val="000000"/>
          <w:lang w:val="vi-VN" w:eastAsia="zh-CN" w:bidi="vi-VN"/>
        </w:rPr>
        <w:t xml:space="preserve">本命诞日): </w:t>
      </w:r>
      <w:r>
        <w:rPr>
          <w:rFonts w:ascii="Noto Serif" w:hAnsi="Noto Serif" w:eastAsia="Noto Serif CJK SC" w:cs="Noto Serif"/>
          <w:color w:val="000000"/>
          <w:lang w:val="vi-VN" w:eastAsia="zh-CN" w:bidi="vi-VN"/>
        </w:rPr>
        <w:t>phạm đều bị giảm tuổi thọ.</w:t>
      </w:r>
      <w:bookmarkEnd w:id="71"/>
    </w:p>
    <w:p>
      <w:pPr/>
      <w:bookmarkStart w:id="72" w:name="bc1be3174a904026a3d4551572f2b2b"/>
      <w:r>
        <w:rPr>
          <w:rFonts w:ascii="Noto Serif" w:hAnsi="Noto Serif" w:eastAsia="Noto Serif CJK SC" w:cs="Noto Serif"/>
          <w:color w:val="000000"/>
          <w:lang w:val="vi-VN" w:eastAsia="zh-CN" w:bidi="vi-VN"/>
        </w:rPr>
        <w:t>Ngày Bính, ngày Đinh, ngày kho trời đất mở: phạm đều mắc bệnh.</w:t>
      </w:r>
      <w:bookmarkEnd w:id="72"/>
    </w:p>
    <w:p>
      <w:pPr/>
      <w:bookmarkStart w:id="73" w:name="b20ce75af0ae4e9454e6c6666f54a9c"/>
      <w:r>
        <w:rPr>
          <w:rFonts w:ascii="Noto Serif" w:hAnsi="Noto Serif" w:eastAsia="Noto Serif CJK SC" w:cs="Noto Serif"/>
          <w:color w:val="000000"/>
          <w:lang w:val="vi-VN" w:eastAsia="zh-CN" w:bidi="vi-VN"/>
        </w:rPr>
        <w:t>Ngày hủy bại: ngày 18 của tháng đủ, ngày 17 của tháng thiếu. Phạm thì mắc bệnh.</w:t>
      </w:r>
      <w:bookmarkEnd w:id="73"/>
    </w:p>
    <w:p>
      <w:pPr/>
      <w:bookmarkStart w:id="74" w:name="b9e0f90671caaa0feb18f3b53fc92db"/>
      <w:r>
        <w:rPr>
          <w:rFonts w:ascii="Noto Serif" w:hAnsi="Noto Serif" w:eastAsia="Noto Serif CJK SC" w:cs="Noto Serif"/>
          <w:color w:val="000000"/>
          <w:lang w:val="vi-VN" w:eastAsia="zh-CN" w:bidi="vi-VN"/>
        </w:rPr>
        <w:t>Các ngày thập ác đại bại: năm Giáp hoặc Kỷ có ngày Mậu Tuất tháng 3, Quý Hợi tháng 7, Bính Thân tháng 10, Đinh Hợi tháng 11. Năm Ất hoặc Canh có ngày Nhâm Thân tháng 4, Ất Tỵ tháng 9. Năm Bính hoặc Tân có ngày Tân Tỵ tháng 3, Canh Thìn tháng 9, Giáp Thìn tháng 10. Năm Đinh hoặc Nhâm không có ngày kỵ thuộc mục này. Năm Mậu hoặc Quý có ngày Kỷ Sửu tháng 6. Đây đều là những ngày rất bất cát, nên kiêng.</w:t>
      </w:r>
      <w:bookmarkEnd w:id="74"/>
    </w:p>
    <w:p>
      <w:pPr>
        <w:pStyle w:val="Heading3"/>
        <w:pageBreakBefore w:val="0"/>
      </w:pPr>
      <w:bookmarkStart w:id="76" w:name="b54d83d93475e08134d90a18d617024"/>
      <w:bookmarkStart w:id="75" w:name="b0640cb9f5e4ba9ada4f9fb8d3f5cfc"/>
      <w:bookmarkEnd w:id="75"/>
      <w:r>
        <w:rPr>
          <w:rFonts w:ascii="Noto Serif" w:hAnsi="Noto Serif" w:eastAsia="Noto Serif CJK SC" w:cs="Noto Serif"/>
          <w:color w:val="000000"/>
          <w:lang w:val="vi-VN" w:eastAsia="zh-CN" w:bidi="vi-VN"/>
        </w:rPr>
        <w:t>Ngày âm thác</w:t>
      </w:r>
      <w:bookmarkEnd w:id="76"/>
    </w:p>
    <w:p>
      <w:pPr>
        <w:pStyle w:val="BookFirst"/>
      </w:pPr>
      <w:bookmarkStart w:id="77" w:name="be76bb60a23c47c37ad361e25d8d81d"/>
      <w:r>
        <w:rPr>
          <w:rFonts w:ascii="Noto Serif" w:hAnsi="Noto Serif" w:eastAsia="Noto Serif CJK SC" w:cs="Noto Serif"/>
          <w:color w:val="000000"/>
          <w:lang w:val="vi-VN" w:eastAsia="zh-CN" w:bidi="vi-VN"/>
        </w:rPr>
        <w:t>Lời giải ở cột cuối là ô gộp, áp dụng chung cho cả mười hai ngày được liệt kê.</w:t>
      </w:r>
      <w:bookmarkEnd w:id="77"/>
    </w:p>
    <w:tbl>
      <w:tblPr>
        <w:tblW w:type="dxa" w:w="583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1168"/>
        <w:gridCol w:w="1168"/>
        <w:gridCol w:w="1168"/>
        <w:gridCol w:w="1168"/>
        <w:gridCol w:w="1168"/>
      </w:tblGrid>
      <w:tr>
        <w:trPr>
          <w:cantSplit/>
          <w:tblHeader/>
        </w:trPr>
        <w:tc>
          <w:tcPr>
            <w:tcW w:type="dxa" w:w="1168"/>
            <w:vAlign w:val="center"/>
            <w:shd w:fill="EEEEEE" w:val="clear"/>
          </w:tcPr>
          <w:p>
            <w:pPr>
              <w:pStyle w:val="BookTable"/>
            </w:pPr>
            <w:bookmarkStart w:id="78" w:name="b7a7c461d8e610358a9e8973020cdd6"/>
            <w:r>
              <w:rPr>
                <w:rFonts w:ascii="Noto Serif" w:hAnsi="Noto Serif" w:eastAsia="Noto Serif CJK SC" w:cs="Noto Serif"/>
                <w:color w:val="000000"/>
                <w:b w:val="1"/>
                <w:bCs w:val="1"/>
                <w:lang w:val="vi-VN" w:eastAsia="zh-CN" w:bidi="vi-VN"/>
              </w:rPr>
              <w:t>Mục</w:t>
            </w:r>
          </w:p>
        </w:tc>
        <w:tc>
          <w:tcPr>
            <w:tcW w:type="dxa" w:w="1168"/>
            <w:vAlign w:val="center"/>
            <w:shd w:fill="EEEEEE" w:val="clear"/>
          </w:tcPr>
          <w:p>
            <w:pPr>
              <w:pStyle w:val="BookTable"/>
            </w:pPr>
            <w:r>
              <w:rPr>
                <w:rFonts w:ascii="Noto Serif" w:hAnsi="Noto Serif" w:eastAsia="Noto Serif CJK SC" w:cs="Noto Serif"/>
                <w:color w:val="000000"/>
                <w:b w:val="1"/>
                <w:bCs w:val="1"/>
                <w:lang w:val="vi-VN" w:eastAsia="zh-CN" w:bidi="vi-VN"/>
              </w:rPr>
              <w:t>Nội dung 2</w:t>
            </w:r>
          </w:p>
        </w:tc>
        <w:tc>
          <w:tcPr>
            <w:tcW w:type="dxa" w:w="1168"/>
            <w:vAlign w:val="center"/>
            <w:shd w:fill="EEEEEE" w:val="clear"/>
          </w:tcPr>
          <w:p>
            <w:pPr>
              <w:pStyle w:val="BookTable"/>
            </w:pPr>
            <w:r>
              <w:rPr>
                <w:rFonts w:ascii="Noto Serif" w:hAnsi="Noto Serif" w:eastAsia="Noto Serif CJK SC" w:cs="Noto Serif"/>
                <w:color w:val="000000"/>
                <w:b w:val="1"/>
                <w:bCs w:val="1"/>
                <w:lang w:val="vi-VN" w:eastAsia="zh-CN" w:bidi="vi-VN"/>
              </w:rPr>
              <w:t>Nội dung 3</w:t>
            </w:r>
          </w:p>
        </w:tc>
        <w:tc>
          <w:tcPr>
            <w:tcW w:type="dxa" w:w="1168"/>
            <w:vAlign w:val="center"/>
            <w:shd w:fill="EEEEEE" w:val="clear"/>
          </w:tcPr>
          <w:p>
            <w:pPr>
              <w:pStyle w:val="BookTable"/>
            </w:pPr>
            <w:r>
              <w:rPr>
                <w:rFonts w:ascii="Noto Serif" w:hAnsi="Noto Serif" w:eastAsia="Noto Serif CJK SC" w:cs="Noto Serif"/>
                <w:color w:val="000000"/>
                <w:b w:val="1"/>
                <w:bCs w:val="1"/>
                <w:lang w:val="vi-VN" w:eastAsia="zh-CN" w:bidi="vi-VN"/>
              </w:rPr>
              <w:t>Nội dung 4</w:t>
            </w:r>
          </w:p>
        </w:tc>
        <w:tc>
          <w:tcPr>
            <w:tcW w:type="dxa" w:w="1168"/>
            <w:vAlign w:val="center"/>
            <w:shd w:fill="EEEEEE" w:val="clear"/>
          </w:tcPr>
          <w:p>
            <w:pPr>
              <w:pStyle w:val="BookTable"/>
            </w:pPr>
            <w:r>
              <w:rPr>
                <w:rFonts w:ascii="Noto Serif" w:hAnsi="Noto Serif" w:eastAsia="Noto Serif CJK SC" w:cs="Noto Serif"/>
                <w:color w:val="000000"/>
                <w:b w:val="1"/>
                <w:bCs w:val="1"/>
                <w:lang w:val="vi-VN" w:eastAsia="zh-CN" w:bidi="vi-VN"/>
              </w:rPr>
              <w:t>Nội dung 5</w:t>
            </w:r>
          </w:p>
        </w:tc>
      </w:tr>
      <w:tr>
        <w:trPr>
          <w:cantSplit/>
        </w:trPr>
        <w:tc>
          <w:tcPr>
            <w:tcW w:type="dxa" w:w="1168"/>
            <w:vAlign w:val="center"/>
          </w:tcPr>
          <w:p>
            <w:pPr>
              <w:pStyle w:val="BookTable"/>
            </w:pPr>
            <w:r>
              <w:rPr>
                <w:rFonts w:ascii="Noto Serif" w:hAnsi="Noto Serif" w:eastAsia="Noto Serif CJK SC" w:cs="Noto Serif"/>
                <w:color w:val="000000"/>
                <w:lang w:val="vi-VN" w:eastAsia="zh-CN" w:bidi="vi-VN"/>
              </w:rPr>
              <w:t>Tháng giêng, ngày Canh Tuất</w:t>
            </w:r>
          </w:p>
        </w:tc>
        <w:tc>
          <w:tcPr>
            <w:tcW w:type="dxa" w:w="1168"/>
            <w:vAlign w:val="center"/>
          </w:tcPr>
          <w:p>
            <w:pPr>
              <w:pStyle w:val="BookTable"/>
            </w:pPr>
            <w:r>
              <w:rPr>
                <w:rFonts w:ascii="Noto Serif" w:hAnsi="Noto Serif" w:eastAsia="Noto Serif CJK SC" w:cs="Noto Serif"/>
                <w:color w:val="000000"/>
                <w:lang w:val="vi-VN" w:eastAsia="zh-CN" w:bidi="vi-VN"/>
              </w:rPr>
              <w:t>Tháng 2, ngày Tân Dậu</w:t>
            </w:r>
          </w:p>
        </w:tc>
        <w:tc>
          <w:tcPr>
            <w:tcW w:type="dxa" w:w="1168"/>
            <w:vAlign w:val="center"/>
          </w:tcPr>
          <w:p>
            <w:pPr>
              <w:pStyle w:val="BookTable"/>
            </w:pPr>
            <w:r>
              <w:rPr>
                <w:rFonts w:ascii="Noto Serif" w:hAnsi="Noto Serif" w:eastAsia="Noto Serif CJK SC" w:cs="Noto Serif"/>
                <w:color w:val="000000"/>
                <w:lang w:val="vi-VN" w:eastAsia="zh-CN" w:bidi="vi-VN"/>
              </w:rPr>
              <w:t>Tháng 3, ngày Canh Thân</w:t>
            </w:r>
          </w:p>
        </w:tc>
        <w:tc>
          <w:tcPr>
            <w:tcW w:type="dxa" w:w="1168"/>
            <w:vAlign w:val="center"/>
          </w:tcPr>
          <w:p>
            <w:pPr>
              <w:pStyle w:val="BookTable"/>
            </w:pPr>
            <w:r>
              <w:rPr>
                <w:rFonts w:ascii="Noto Serif" w:hAnsi="Noto Serif" w:eastAsia="Noto Serif CJK SC" w:cs="Noto Serif"/>
                <w:color w:val="000000"/>
                <w:lang w:val="vi-VN" w:eastAsia="zh-CN" w:bidi="vi-VN"/>
              </w:rPr>
              <w:t>Tháng 4, ngày Đinh Mùi</w:t>
            </w:r>
          </w:p>
        </w:tc>
        <w:tc>
          <w:tcPr>
            <w:tcW w:type="dxa" w:w="1168"/>
            <w:vAlign w:val="center"/>
          </w:tcPr>
          <w:p>
            <w:pPr>
              <w:pStyle w:val="BookTable"/>
            </w:pPr>
            <w:r>
              <w:rPr>
                <w:rFonts w:ascii="Noto Serif" w:hAnsi="Noto Serif" w:eastAsia="Noto Serif CJK SC" w:cs="Noto Serif"/>
                <w:color w:val="000000"/>
                <w:lang w:val="vi-VN" w:eastAsia="zh-CN" w:bidi="vi-VN"/>
              </w:rPr>
              <w:t>Đây là những ngày âm không đủ, đều nên kiêng.</w:t>
            </w:r>
          </w:p>
        </w:tc>
      </w:tr>
      <w:tr>
        <w:trPr>
          <w:cantSplit/>
        </w:trPr>
        <w:tc>
          <w:tcPr>
            <w:tcW w:type="dxa" w:w="1168"/>
            <w:vAlign w:val="center"/>
          </w:tcPr>
          <w:p>
            <w:pPr>
              <w:pStyle w:val="BookTable"/>
            </w:pPr>
            <w:r>
              <w:rPr>
                <w:rFonts w:ascii="Noto Serif" w:hAnsi="Noto Serif" w:eastAsia="Noto Serif CJK SC" w:cs="Noto Serif"/>
                <w:color w:val="000000"/>
                <w:lang w:val="vi-VN" w:eastAsia="zh-CN" w:bidi="vi-VN"/>
              </w:rPr>
              <w:t>Tháng 5, ngày Bính Ngọ</w:t>
            </w:r>
          </w:p>
        </w:tc>
        <w:tc>
          <w:tcPr>
            <w:tcW w:type="dxa" w:w="1168"/>
            <w:vAlign w:val="center"/>
          </w:tcPr>
          <w:p>
            <w:pPr>
              <w:pStyle w:val="BookTable"/>
            </w:pPr>
            <w:r>
              <w:rPr>
                <w:rFonts w:ascii="Noto Serif" w:hAnsi="Noto Serif" w:eastAsia="Noto Serif CJK SC" w:cs="Noto Serif"/>
                <w:color w:val="000000"/>
                <w:lang w:val="vi-VN" w:eastAsia="zh-CN" w:bidi="vi-VN"/>
              </w:rPr>
              <w:t>Tháng 6, ngày Đinh Tỵ</w:t>
            </w:r>
          </w:p>
        </w:tc>
        <w:tc>
          <w:tcPr>
            <w:tcW w:type="dxa" w:w="1168"/>
            <w:vAlign w:val="center"/>
          </w:tcPr>
          <w:p>
            <w:pPr>
              <w:pStyle w:val="BookTable"/>
            </w:pPr>
            <w:r>
              <w:rPr>
                <w:rFonts w:ascii="Noto Serif" w:hAnsi="Noto Serif" w:eastAsia="Noto Serif CJK SC" w:cs="Noto Serif"/>
                <w:color w:val="000000"/>
                <w:lang w:val="vi-VN" w:eastAsia="zh-CN" w:bidi="vi-VN"/>
              </w:rPr>
              <w:t>Tháng 7, ngày Giáp Thìn</w:t>
            </w:r>
          </w:p>
        </w:tc>
        <w:tc>
          <w:tcPr>
            <w:tcW w:type="dxa" w:w="1168"/>
            <w:vAlign w:val="center"/>
          </w:tcPr>
          <w:p>
            <w:pPr>
              <w:pStyle w:val="BookTable"/>
            </w:pPr>
            <w:r>
              <w:rPr>
                <w:rFonts w:ascii="Noto Serif" w:hAnsi="Noto Serif" w:eastAsia="Noto Serif CJK SC" w:cs="Noto Serif"/>
                <w:color w:val="000000"/>
                <w:lang w:val="vi-VN" w:eastAsia="zh-CN" w:bidi="vi-VN"/>
              </w:rPr>
              <w:t>Tháng 8, ngày Ất Mão</w:t>
            </w:r>
          </w:p>
        </w:tc>
        <w:tc>
          <w:tcPr>
            <w:tcW w:type="dxa" w:w="1168"/>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1168"/>
            <w:vAlign w:val="center"/>
          </w:tcPr>
          <w:p>
            <w:pPr>
              <w:pStyle w:val="BookTable"/>
            </w:pPr>
            <w:r>
              <w:rPr>
                <w:rFonts w:ascii="Noto Serif" w:hAnsi="Noto Serif" w:eastAsia="Noto Serif CJK SC" w:cs="Noto Serif"/>
                <w:color w:val="000000"/>
                <w:lang w:val="vi-VN" w:eastAsia="zh-CN" w:bidi="vi-VN"/>
              </w:rPr>
              <w:t>Tháng 9, ngày Giáp Dần</w:t>
            </w:r>
          </w:p>
        </w:tc>
        <w:tc>
          <w:tcPr>
            <w:tcW w:type="dxa" w:w="1168"/>
            <w:vAlign w:val="center"/>
          </w:tcPr>
          <w:p>
            <w:pPr>
              <w:pStyle w:val="BookTable"/>
            </w:pPr>
            <w:r>
              <w:rPr>
                <w:rFonts w:ascii="Noto Serif" w:hAnsi="Noto Serif" w:eastAsia="Noto Serif CJK SC" w:cs="Noto Serif"/>
                <w:color w:val="000000"/>
                <w:lang w:val="vi-VN" w:eastAsia="zh-CN" w:bidi="vi-VN"/>
              </w:rPr>
              <w:t>Tháng 10, ngày Quý Sửu</w:t>
            </w:r>
          </w:p>
        </w:tc>
        <w:tc>
          <w:tcPr>
            <w:tcW w:type="dxa" w:w="1168"/>
            <w:vAlign w:val="center"/>
          </w:tcPr>
          <w:p>
            <w:pPr>
              <w:pStyle w:val="BookTable"/>
            </w:pPr>
            <w:r>
              <w:rPr>
                <w:rFonts w:ascii="Noto Serif" w:hAnsi="Noto Serif" w:eastAsia="Noto Serif CJK SC" w:cs="Noto Serif"/>
                <w:color w:val="000000"/>
                <w:lang w:val="vi-VN" w:eastAsia="zh-CN" w:bidi="vi-VN"/>
              </w:rPr>
              <w:t>Tháng 11, ngày Nhâm Tý</w:t>
            </w:r>
          </w:p>
        </w:tc>
        <w:tc>
          <w:tcPr>
            <w:tcW w:type="dxa" w:w="1168"/>
            <w:vAlign w:val="center"/>
          </w:tcPr>
          <w:p>
            <w:pPr>
              <w:pStyle w:val="BookTable"/>
            </w:pPr>
            <w:r>
              <w:rPr>
                <w:rFonts w:ascii="Noto Serif" w:hAnsi="Noto Serif" w:eastAsia="Noto Serif CJK SC" w:cs="Noto Serif"/>
                <w:color w:val="000000"/>
                <w:lang w:val="vi-VN" w:eastAsia="zh-CN" w:bidi="vi-VN"/>
              </w:rPr>
              <w:t>Tháng 12, ngày Quý Hợi</w:t>
            </w:r>
          </w:p>
        </w:tc>
        <w:tc>
          <w:tcPr>
            <w:tcW w:type="dxa" w:w="1168"/>
            <w:vAlign w:val="center"/>
          </w:tcPr>
          <w:p>
            <w:pPr>
              <w:pStyle w:val="BookTable"/>
            </w:pPr>
            <w:r>
              <w:rPr>
                <w:rFonts w:ascii="Noto Serif" w:hAnsi="Noto Serif" w:eastAsia="Noto Serif CJK SC" w:cs="Noto Serif"/>
                <w:color w:val="000000"/>
                <w:lang w:val="vi-VN" w:eastAsia="zh-CN" w:bidi="vi-VN"/>
              </w:rPr>
              <w:t>—</w:t>
            </w:r>
            <w:bookmarkEnd w:id="78"/>
          </w:p>
        </w:tc>
      </w:tr>
    </w:tbl>
    <w:p>
      <w:pPr>
        <w:pStyle w:val="Heading3"/>
        <w:pageBreakBefore w:val="0"/>
      </w:pPr>
      <w:bookmarkStart w:id="80" w:name="b157cdd70de62fa415de955dfc16ca9"/>
      <w:bookmarkStart w:id="79" w:name="ba6432587592eb1aa2337112edc8d2e"/>
      <w:bookmarkEnd w:id="79"/>
      <w:r>
        <w:rPr>
          <w:rFonts w:ascii="Noto Serif" w:hAnsi="Noto Serif" w:eastAsia="Noto Serif CJK SC" w:cs="Noto Serif"/>
          <w:color w:val="000000"/>
          <w:lang w:val="vi-VN" w:eastAsia="zh-CN" w:bidi="vi-VN"/>
        </w:rPr>
        <w:t>Ngày dương thác</w:t>
      </w:r>
      <w:bookmarkEnd w:id="80"/>
    </w:p>
    <w:p>
      <w:pPr>
        <w:pStyle w:val="BookFirst"/>
      </w:pPr>
      <w:bookmarkStart w:id="81" w:name="b30e64d9b507f2a399aa29c05aaecc4"/>
      <w:r>
        <w:rPr>
          <w:rFonts w:ascii="Noto Serif" w:hAnsi="Noto Serif" w:eastAsia="Noto Serif CJK SC" w:cs="Noto Serif"/>
          <w:color w:val="000000"/>
          <w:lang w:val="vi-VN" w:eastAsia="zh-CN" w:bidi="vi-VN"/>
        </w:rPr>
        <w:t>Lời giải ở cột cuối là ô gộp, áp dụng chung cho cả mười hai ngày được liệt kê.</w:t>
      </w:r>
      <w:bookmarkEnd w:id="81"/>
    </w:p>
    <w:tbl>
      <w:tblPr>
        <w:tblW w:type="dxa" w:w="583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1168"/>
        <w:gridCol w:w="1168"/>
        <w:gridCol w:w="1168"/>
        <w:gridCol w:w="1168"/>
        <w:gridCol w:w="1168"/>
      </w:tblGrid>
      <w:tr>
        <w:trPr>
          <w:cantSplit/>
          <w:tblHeader/>
        </w:trPr>
        <w:tc>
          <w:tcPr>
            <w:tcW w:type="dxa" w:w="1168"/>
            <w:vAlign w:val="center"/>
            <w:shd w:fill="EEEEEE" w:val="clear"/>
          </w:tcPr>
          <w:p>
            <w:pPr>
              <w:pStyle w:val="BookTable"/>
            </w:pPr>
            <w:bookmarkStart w:id="82" w:name="b4c1f5c0f5a6ae200595525c4af69ad"/>
            <w:r>
              <w:rPr>
                <w:rFonts w:ascii="Noto Serif" w:hAnsi="Noto Serif" w:eastAsia="Noto Serif CJK SC" w:cs="Noto Serif"/>
                <w:color w:val="000000"/>
                <w:b w:val="1"/>
                <w:bCs w:val="1"/>
                <w:lang w:val="vi-VN" w:eastAsia="zh-CN" w:bidi="vi-VN"/>
              </w:rPr>
              <w:t>Mục</w:t>
            </w:r>
          </w:p>
        </w:tc>
        <w:tc>
          <w:tcPr>
            <w:tcW w:type="dxa" w:w="1168"/>
            <w:vAlign w:val="center"/>
            <w:shd w:fill="EEEEEE" w:val="clear"/>
          </w:tcPr>
          <w:p>
            <w:pPr>
              <w:pStyle w:val="BookTable"/>
            </w:pPr>
            <w:r>
              <w:rPr>
                <w:rFonts w:ascii="Noto Serif" w:hAnsi="Noto Serif" w:eastAsia="Noto Serif CJK SC" w:cs="Noto Serif"/>
                <w:color w:val="000000"/>
                <w:b w:val="1"/>
                <w:bCs w:val="1"/>
                <w:lang w:val="vi-VN" w:eastAsia="zh-CN" w:bidi="vi-VN"/>
              </w:rPr>
              <w:t>Nội dung 2</w:t>
            </w:r>
          </w:p>
        </w:tc>
        <w:tc>
          <w:tcPr>
            <w:tcW w:type="dxa" w:w="1168"/>
            <w:vAlign w:val="center"/>
            <w:shd w:fill="EEEEEE" w:val="clear"/>
          </w:tcPr>
          <w:p>
            <w:pPr>
              <w:pStyle w:val="BookTable"/>
            </w:pPr>
            <w:r>
              <w:rPr>
                <w:rFonts w:ascii="Noto Serif" w:hAnsi="Noto Serif" w:eastAsia="Noto Serif CJK SC" w:cs="Noto Serif"/>
                <w:color w:val="000000"/>
                <w:b w:val="1"/>
                <w:bCs w:val="1"/>
                <w:lang w:val="vi-VN" w:eastAsia="zh-CN" w:bidi="vi-VN"/>
              </w:rPr>
              <w:t>Nội dung 3</w:t>
            </w:r>
          </w:p>
        </w:tc>
        <w:tc>
          <w:tcPr>
            <w:tcW w:type="dxa" w:w="1168"/>
            <w:vAlign w:val="center"/>
            <w:shd w:fill="EEEEEE" w:val="clear"/>
          </w:tcPr>
          <w:p>
            <w:pPr>
              <w:pStyle w:val="BookTable"/>
            </w:pPr>
            <w:r>
              <w:rPr>
                <w:rFonts w:ascii="Noto Serif" w:hAnsi="Noto Serif" w:eastAsia="Noto Serif CJK SC" w:cs="Noto Serif"/>
                <w:color w:val="000000"/>
                <w:b w:val="1"/>
                <w:bCs w:val="1"/>
                <w:lang w:val="vi-VN" w:eastAsia="zh-CN" w:bidi="vi-VN"/>
              </w:rPr>
              <w:t>Nội dung 4</w:t>
            </w:r>
          </w:p>
        </w:tc>
        <w:tc>
          <w:tcPr>
            <w:tcW w:type="dxa" w:w="1168"/>
            <w:vAlign w:val="center"/>
            <w:shd w:fill="EEEEEE" w:val="clear"/>
          </w:tcPr>
          <w:p>
            <w:pPr>
              <w:pStyle w:val="BookTable"/>
            </w:pPr>
            <w:r>
              <w:rPr>
                <w:rFonts w:ascii="Noto Serif" w:hAnsi="Noto Serif" w:eastAsia="Noto Serif CJK SC" w:cs="Noto Serif"/>
                <w:color w:val="000000"/>
                <w:b w:val="1"/>
                <w:bCs w:val="1"/>
                <w:lang w:val="vi-VN" w:eastAsia="zh-CN" w:bidi="vi-VN"/>
              </w:rPr>
              <w:t>Nội dung 5</w:t>
            </w:r>
          </w:p>
        </w:tc>
      </w:tr>
      <w:tr>
        <w:trPr>
          <w:cantSplit/>
        </w:trPr>
        <w:tc>
          <w:tcPr>
            <w:tcW w:type="dxa" w:w="1168"/>
            <w:vAlign w:val="center"/>
          </w:tcPr>
          <w:p>
            <w:pPr>
              <w:pStyle w:val="BookTable"/>
            </w:pPr>
            <w:r>
              <w:rPr>
                <w:rFonts w:ascii="Noto Serif" w:hAnsi="Noto Serif" w:eastAsia="Noto Serif CJK SC" w:cs="Noto Serif"/>
                <w:color w:val="000000"/>
                <w:lang w:val="vi-VN" w:eastAsia="zh-CN" w:bidi="vi-VN"/>
              </w:rPr>
              <w:t>Tháng giêng, ngày ‘Thân Dần’ (</w:t>
            </w:r>
            <w:r>
              <w:rPr>
                <w:rFonts w:ascii="Noto Serif CJK SC" w:hAnsi="Noto Serif CJK SC" w:eastAsia="Noto Serif CJK SC" w:cs="Noto Serif CJK SC"/>
                <w:color w:val="000000"/>
                <w:lang w:val="vi-VN" w:eastAsia="zh-CN" w:bidi="vi-VN"/>
              </w:rPr>
              <w:t xml:space="preserve">申寅, </w:t>
            </w:r>
            <w:r>
              <w:rPr>
                <w:rFonts w:ascii="Noto Serif" w:hAnsi="Noto Serif" w:eastAsia="Noto Serif CJK SC" w:cs="Noto Serif"/>
                <w:color w:val="000000"/>
                <w:lang w:val="vi-VN" w:eastAsia="zh-CN" w:bidi="vi-VN"/>
              </w:rPr>
              <w:t>giữ nguyên chữ đáng ngờ trong nguồn)</w:t>
            </w:r>
          </w:p>
        </w:tc>
        <w:tc>
          <w:tcPr>
            <w:tcW w:type="dxa" w:w="1168"/>
            <w:vAlign w:val="center"/>
          </w:tcPr>
          <w:p>
            <w:pPr>
              <w:pStyle w:val="BookTable"/>
            </w:pPr>
            <w:r>
              <w:rPr>
                <w:rFonts w:ascii="Noto Serif" w:hAnsi="Noto Serif" w:eastAsia="Noto Serif CJK SC" w:cs="Noto Serif"/>
                <w:color w:val="000000"/>
                <w:lang w:val="vi-VN" w:eastAsia="zh-CN" w:bidi="vi-VN"/>
              </w:rPr>
              <w:t>Tháng 2, ngày Ất Mão</w:t>
            </w:r>
          </w:p>
        </w:tc>
        <w:tc>
          <w:tcPr>
            <w:tcW w:type="dxa" w:w="1168"/>
            <w:vAlign w:val="center"/>
          </w:tcPr>
          <w:p>
            <w:pPr>
              <w:pStyle w:val="BookTable"/>
            </w:pPr>
            <w:r>
              <w:rPr>
                <w:rFonts w:ascii="Noto Serif" w:hAnsi="Noto Serif" w:eastAsia="Noto Serif CJK SC" w:cs="Noto Serif"/>
                <w:color w:val="000000"/>
                <w:lang w:val="vi-VN" w:eastAsia="zh-CN" w:bidi="vi-VN"/>
              </w:rPr>
              <w:t>Tháng 3, ngày Giáp Thìn</w:t>
            </w:r>
          </w:p>
        </w:tc>
        <w:tc>
          <w:tcPr>
            <w:tcW w:type="dxa" w:w="1168"/>
            <w:vAlign w:val="center"/>
          </w:tcPr>
          <w:p>
            <w:pPr>
              <w:pStyle w:val="BookTable"/>
            </w:pPr>
            <w:r>
              <w:rPr>
                <w:rFonts w:ascii="Noto Serif" w:hAnsi="Noto Serif" w:eastAsia="Noto Serif CJK SC" w:cs="Noto Serif"/>
                <w:color w:val="000000"/>
                <w:lang w:val="vi-VN" w:eastAsia="zh-CN" w:bidi="vi-VN"/>
              </w:rPr>
              <w:t>Tháng 4, ngày Đinh Tỵ</w:t>
            </w:r>
          </w:p>
        </w:tc>
        <w:tc>
          <w:tcPr>
            <w:tcW w:type="dxa" w:w="1168"/>
            <w:vAlign w:val="center"/>
          </w:tcPr>
          <w:p>
            <w:pPr>
              <w:pStyle w:val="BookTable"/>
            </w:pPr>
            <w:r>
              <w:rPr>
                <w:rFonts w:ascii="Noto Serif" w:hAnsi="Noto Serif" w:eastAsia="Noto Serif CJK SC" w:cs="Noto Serif"/>
                <w:color w:val="000000"/>
                <w:lang w:val="vi-VN" w:eastAsia="zh-CN" w:bidi="vi-VN"/>
              </w:rPr>
              <w:t>Đây là những ngày dương không đủ, đều nên kiêng.</w:t>
            </w:r>
          </w:p>
        </w:tc>
      </w:tr>
      <w:tr>
        <w:trPr>
          <w:cantSplit/>
        </w:trPr>
        <w:tc>
          <w:tcPr>
            <w:tcW w:type="dxa" w:w="1168"/>
            <w:vAlign w:val="center"/>
          </w:tcPr>
          <w:p>
            <w:pPr>
              <w:pStyle w:val="BookTable"/>
            </w:pPr>
            <w:r>
              <w:rPr>
                <w:rFonts w:ascii="Noto Serif" w:hAnsi="Noto Serif" w:eastAsia="Noto Serif CJK SC" w:cs="Noto Serif"/>
                <w:color w:val="000000"/>
                <w:lang w:val="vi-VN" w:eastAsia="zh-CN" w:bidi="vi-VN"/>
              </w:rPr>
              <w:t>Tháng 5, ngày Bính Ngọ</w:t>
            </w:r>
          </w:p>
        </w:tc>
        <w:tc>
          <w:tcPr>
            <w:tcW w:type="dxa" w:w="1168"/>
            <w:vAlign w:val="center"/>
          </w:tcPr>
          <w:p>
            <w:pPr>
              <w:pStyle w:val="BookTable"/>
            </w:pPr>
            <w:r>
              <w:rPr>
                <w:rFonts w:ascii="Noto Serif" w:hAnsi="Noto Serif" w:eastAsia="Noto Serif CJK SC" w:cs="Noto Serif"/>
                <w:color w:val="000000"/>
                <w:lang w:val="vi-VN" w:eastAsia="zh-CN" w:bidi="vi-VN"/>
              </w:rPr>
              <w:t>Tháng 6, ngày Đinh Mùi</w:t>
            </w:r>
          </w:p>
        </w:tc>
        <w:tc>
          <w:tcPr>
            <w:tcW w:type="dxa" w:w="1168"/>
            <w:vAlign w:val="center"/>
          </w:tcPr>
          <w:p>
            <w:pPr>
              <w:pStyle w:val="BookTable"/>
            </w:pPr>
            <w:r>
              <w:rPr>
                <w:rFonts w:ascii="Noto Serif" w:hAnsi="Noto Serif" w:eastAsia="Noto Serif CJK SC" w:cs="Noto Serif"/>
                <w:color w:val="000000"/>
                <w:lang w:val="vi-VN" w:eastAsia="zh-CN" w:bidi="vi-VN"/>
              </w:rPr>
              <w:t>Tháng 7, ngày Canh Thân</w:t>
            </w:r>
          </w:p>
        </w:tc>
        <w:tc>
          <w:tcPr>
            <w:tcW w:type="dxa" w:w="1168"/>
            <w:vAlign w:val="center"/>
          </w:tcPr>
          <w:p>
            <w:pPr>
              <w:pStyle w:val="BookTable"/>
            </w:pPr>
            <w:r>
              <w:rPr>
                <w:rFonts w:ascii="Noto Serif" w:hAnsi="Noto Serif" w:eastAsia="Noto Serif CJK SC" w:cs="Noto Serif"/>
                <w:color w:val="000000"/>
                <w:lang w:val="vi-VN" w:eastAsia="zh-CN" w:bidi="vi-VN"/>
              </w:rPr>
              <w:t>Tháng 8, ngày Tân Dậu</w:t>
            </w:r>
          </w:p>
        </w:tc>
        <w:tc>
          <w:tcPr>
            <w:tcW w:type="dxa" w:w="1168"/>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1168"/>
            <w:vAlign w:val="center"/>
          </w:tcPr>
          <w:p>
            <w:pPr>
              <w:pStyle w:val="BookTable"/>
            </w:pPr>
            <w:r>
              <w:rPr>
                <w:rFonts w:ascii="Noto Serif" w:hAnsi="Noto Serif" w:eastAsia="Noto Serif CJK SC" w:cs="Noto Serif"/>
                <w:color w:val="000000"/>
                <w:lang w:val="vi-VN" w:eastAsia="zh-CN" w:bidi="vi-VN"/>
              </w:rPr>
              <w:t>Tháng 9, ngày Canh Tuất</w:t>
            </w:r>
          </w:p>
        </w:tc>
        <w:tc>
          <w:tcPr>
            <w:tcW w:type="dxa" w:w="1168"/>
            <w:vAlign w:val="center"/>
          </w:tcPr>
          <w:p>
            <w:pPr>
              <w:pStyle w:val="BookTable"/>
            </w:pPr>
            <w:r>
              <w:rPr>
                <w:rFonts w:ascii="Noto Serif" w:hAnsi="Noto Serif" w:eastAsia="Noto Serif CJK SC" w:cs="Noto Serif"/>
                <w:color w:val="000000"/>
                <w:lang w:val="vi-VN" w:eastAsia="zh-CN" w:bidi="vi-VN"/>
              </w:rPr>
              <w:t>Tháng 10, ngày Quý Hợi</w:t>
            </w:r>
          </w:p>
        </w:tc>
        <w:tc>
          <w:tcPr>
            <w:tcW w:type="dxa" w:w="1168"/>
            <w:vAlign w:val="center"/>
          </w:tcPr>
          <w:p>
            <w:pPr>
              <w:pStyle w:val="BookTable"/>
            </w:pPr>
            <w:r>
              <w:rPr>
                <w:rFonts w:ascii="Noto Serif" w:hAnsi="Noto Serif" w:eastAsia="Noto Serif CJK SC" w:cs="Noto Serif"/>
                <w:color w:val="000000"/>
                <w:lang w:val="vi-VN" w:eastAsia="zh-CN" w:bidi="vi-VN"/>
              </w:rPr>
              <w:t>Tháng 11, ngày Nhâm Tý</w:t>
            </w:r>
          </w:p>
        </w:tc>
        <w:tc>
          <w:tcPr>
            <w:tcW w:type="dxa" w:w="1168"/>
            <w:vAlign w:val="center"/>
          </w:tcPr>
          <w:p>
            <w:pPr>
              <w:pStyle w:val="BookTable"/>
            </w:pPr>
            <w:r>
              <w:rPr>
                <w:rFonts w:ascii="Noto Serif" w:hAnsi="Noto Serif" w:eastAsia="Noto Serif CJK SC" w:cs="Noto Serif"/>
                <w:color w:val="000000"/>
                <w:lang w:val="vi-VN" w:eastAsia="zh-CN" w:bidi="vi-VN"/>
              </w:rPr>
              <w:t>Tháng 12, ngày Quý Sửu</w:t>
            </w:r>
          </w:p>
        </w:tc>
        <w:tc>
          <w:tcPr>
            <w:tcW w:type="dxa" w:w="1168"/>
            <w:vAlign w:val="center"/>
          </w:tcPr>
          <w:p>
            <w:pPr>
              <w:pStyle w:val="BookTable"/>
            </w:pPr>
            <w:r>
              <w:rPr>
                <w:rFonts w:ascii="Noto Serif" w:hAnsi="Noto Serif" w:eastAsia="Noto Serif CJK SC" w:cs="Noto Serif"/>
                <w:color w:val="000000"/>
                <w:lang w:val="vi-VN" w:eastAsia="zh-CN" w:bidi="vi-VN"/>
              </w:rPr>
              <w:t>—</w:t>
            </w:r>
            <w:bookmarkEnd w:id="82"/>
          </w:p>
        </w:tc>
      </w:tr>
    </w:tbl>
    <w:p>
      <w:pPr/>
      <w:bookmarkStart w:id="83" w:name="b824e61f08e455ebb30f9d84bfa6e5a"/>
      <w:r>
        <w:rPr>
          <w:rFonts w:ascii="Noto Serif" w:hAnsi="Noto Serif" w:eastAsia="Noto Serif CJK SC" w:cs="Noto Serif"/>
          <w:color w:val="000000"/>
          <w:lang w:val="vi-VN" w:eastAsia="zh-CN" w:bidi="vi-VN"/>
        </w:rPr>
        <w:t>Lời phê: Mỗi năm nên theo sách lịch Thời Hiến, tra rõ các kỳ kiêng nêu trên từng tháng, chép ra rồi kẹp vào quyển sách này để tuân theo mà kiêng giữ.</w:t>
      </w:r>
      <w:bookmarkEnd w:id="83"/>
    </w:p>
    <w:p>
      <w:pPr>
        <w:pStyle w:val="Heading3"/>
        <w:pageBreakBefore w:val="0"/>
      </w:pPr>
      <w:bookmarkStart w:id="85" w:name="b048b98e71cd62feb0c7dfa66c7fc53"/>
      <w:bookmarkStart w:id="84" w:name="b757577c2d01de62c1051bf017bdfdf"/>
      <w:bookmarkEnd w:id="84"/>
      <w:r>
        <w:rPr>
          <w:rFonts w:ascii="Noto Serif" w:hAnsi="Noto Serif" w:eastAsia="Noto Serif CJK SC" w:cs="Noto Serif"/>
          <w:color w:val="000000"/>
          <w:lang w:val="vi-VN" w:eastAsia="zh-CN" w:bidi="vi-VN"/>
        </w:rPr>
        <w:t>Thiên kỵ: cần nghiêm kiêng</w:t>
      </w:r>
      <w:bookmarkEnd w:id="85"/>
    </w:p>
    <w:tbl>
      <w:tblPr>
        <w:tblW w:type="dxa" w:w="583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2919"/>
        <w:gridCol w:w="2919"/>
      </w:tblGrid>
      <w:tr>
        <w:trPr>
          <w:cantSplit/>
          <w:tblHeader/>
        </w:trPr>
        <w:tc>
          <w:tcPr>
            <w:tcW w:type="dxa" w:w="2919"/>
            <w:vAlign w:val="center"/>
            <w:shd w:fill="EEEEEE" w:val="clear"/>
          </w:tcPr>
          <w:p>
            <w:pPr>
              <w:pStyle w:val="BookTable"/>
            </w:pPr>
            <w:bookmarkStart w:id="86" w:name="b083b624ee7f3a84a68992eb6db0797"/>
            <w:r>
              <w:rPr>
                <w:rFonts w:ascii="Noto Serif" w:hAnsi="Noto Serif" w:eastAsia="Noto Serif CJK SC" w:cs="Noto Serif"/>
                <w:color w:val="000000"/>
                <w:b w:val="1"/>
                <w:bCs w:val="1"/>
                <w:lang w:val="vi-VN" w:eastAsia="zh-CN" w:bidi="vi-VN"/>
              </w:rPr>
              <w:t>Mục</w:t>
            </w:r>
          </w:p>
        </w:tc>
        <w:tc>
          <w:tcPr>
            <w:tcW w:type="dxa" w:w="2919"/>
            <w:vAlign w:val="center"/>
            <w:shd w:fill="EEEEEE" w:val="clear"/>
          </w:tcPr>
          <w:p>
            <w:pPr>
              <w:pStyle w:val="BookTable"/>
            </w:pPr>
            <w:r>
              <w:rPr>
                <w:rFonts w:ascii="Noto Serif" w:hAnsi="Noto Serif" w:eastAsia="Noto Serif CJK SC" w:cs="Noto Serif"/>
                <w:color w:val="000000"/>
                <w:b w:val="1"/>
                <w:bCs w:val="1"/>
                <w:lang w:val="vi-VN" w:eastAsia="zh-CN" w:bidi="vi-VN"/>
              </w:rPr>
              <w:t>Nội dung 2</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Nóng bức dữ dội hoặc rét buốt.</w:t>
            </w:r>
          </w:p>
        </w:tc>
        <w:tc>
          <w:tcPr>
            <w:tcW w:type="dxa" w:w="2919"/>
            <w:vAlign w:val="center"/>
          </w:tcPr>
          <w:p>
            <w:pPr>
              <w:pStyle w:val="BookTable"/>
            </w:pPr>
            <w:r>
              <w:rPr>
                <w:rFonts w:ascii="Noto Serif" w:hAnsi="Noto Serif" w:eastAsia="Noto Serif CJK SC" w:cs="Noto Serif"/>
                <w:color w:val="000000"/>
                <w:lang w:val="vi-VN" w:eastAsia="zh-CN" w:bidi="vi-VN"/>
              </w:rPr>
              <w:t>Phạm thì mắc bệnh nặng không cứu được.</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Gió dữ, sấm mưa; trời đất tối tăm; nhật thực, nguyệt thực; cầu vồng hiện ra, đất rung chuyển.</w:t>
            </w:r>
          </w:p>
        </w:tc>
        <w:tc>
          <w:tcPr>
            <w:tcW w:type="dxa" w:w="2919"/>
            <w:vAlign w:val="center"/>
          </w:tcPr>
          <w:p>
            <w:pPr>
              <w:pStyle w:val="BookTable"/>
            </w:pPr>
            <w:r>
              <w:rPr>
                <w:rFonts w:ascii="Noto Serif" w:hAnsi="Noto Serif" w:eastAsia="Noto Serif CJK SC" w:cs="Noto Serif"/>
                <w:color w:val="000000"/>
                <w:lang w:val="vi-VN" w:eastAsia="zh-CN" w:bidi="vi-VN"/>
              </w:rPr>
              <w:t>Phạm thì sinh quái vật, bản thân chết.</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Ban ngày; dưới ánh sao trăng; trước ánh đèn lửa.</w:t>
            </w:r>
          </w:p>
        </w:tc>
        <w:tc>
          <w:tcPr>
            <w:tcW w:type="dxa" w:w="2919"/>
            <w:vAlign w:val="center"/>
          </w:tcPr>
          <w:p>
            <w:pPr>
              <w:pStyle w:val="BookTable"/>
            </w:pPr>
            <w:r>
              <w:rPr>
                <w:rFonts w:ascii="Noto Serif" w:hAnsi="Noto Serif" w:eastAsia="Noto Serif CJK SC" w:cs="Noto Serif"/>
                <w:color w:val="000000"/>
                <w:lang w:val="vi-VN" w:eastAsia="zh-CN" w:bidi="vi-VN"/>
              </w:rPr>
              <w:t>Phạm đều bị giảm tuổi thọ.</w:t>
            </w:r>
            <w:bookmarkEnd w:id="86"/>
          </w:p>
        </w:tc>
      </w:tr>
    </w:tbl>
    <w:p>
      <w:pPr>
        <w:pStyle w:val="Heading3"/>
        <w:pageBreakBefore w:val="0"/>
      </w:pPr>
      <w:bookmarkStart w:id="88" w:name="bd49d819accb7d57e9d8c9aba901088"/>
      <w:bookmarkStart w:id="87" w:name="b598980d89bc3bc6fcd7909a47a1a58"/>
      <w:bookmarkEnd w:id="87"/>
      <w:r>
        <w:rPr>
          <w:rFonts w:ascii="Noto Serif" w:hAnsi="Noto Serif" w:eastAsia="Noto Serif CJK SC" w:cs="Noto Serif"/>
          <w:color w:val="000000"/>
          <w:lang w:val="vi-VN" w:eastAsia="zh-CN" w:bidi="vi-VN"/>
        </w:rPr>
        <w:t>Địa kỵ: cần nghiêm kiêng</w:t>
      </w:r>
      <w:bookmarkEnd w:id="88"/>
    </w:p>
    <w:tbl>
      <w:tblPr>
        <w:tblW w:type="dxa" w:w="583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2919"/>
        <w:gridCol w:w="2919"/>
      </w:tblGrid>
      <w:tr>
        <w:trPr>
          <w:cantSplit/>
          <w:tblHeader/>
        </w:trPr>
        <w:tc>
          <w:tcPr>
            <w:tcW w:type="dxa" w:w="2919"/>
            <w:vAlign w:val="center"/>
            <w:shd w:fill="EEEEEE" w:val="clear"/>
          </w:tcPr>
          <w:p>
            <w:pPr>
              <w:pStyle w:val="BookTable"/>
            </w:pPr>
            <w:bookmarkStart w:id="89" w:name="b43ffcf1791e4e728f8dbe4c5a6b4f6"/>
            <w:r>
              <w:rPr>
                <w:rFonts w:ascii="Noto Serif" w:hAnsi="Noto Serif" w:eastAsia="Noto Serif CJK SC" w:cs="Noto Serif"/>
                <w:color w:val="000000"/>
                <w:b w:val="1"/>
                <w:bCs w:val="1"/>
                <w:lang w:val="vi-VN" w:eastAsia="zh-CN" w:bidi="vi-VN"/>
              </w:rPr>
              <w:t>Mục</w:t>
            </w:r>
          </w:p>
        </w:tc>
        <w:tc>
          <w:tcPr>
            <w:tcW w:type="dxa" w:w="2919"/>
            <w:vAlign w:val="center"/>
            <w:shd w:fill="EEEEEE" w:val="clear"/>
          </w:tcPr>
          <w:p>
            <w:pPr>
              <w:pStyle w:val="BookTable"/>
            </w:pPr>
            <w:r>
              <w:rPr>
                <w:rFonts w:ascii="Noto Serif" w:hAnsi="Noto Serif" w:eastAsia="Noto Serif CJK SC" w:cs="Noto Serif"/>
                <w:color w:val="000000"/>
                <w:b w:val="1"/>
                <w:bCs w:val="1"/>
                <w:lang w:val="vi-VN" w:eastAsia="zh-CN" w:bidi="vi-VN"/>
              </w:rPr>
              <w:t>Nội dung 2</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Trong miếu, chùa, đạo quán hoặc điện thờ.</w:t>
            </w:r>
          </w:p>
        </w:tc>
        <w:tc>
          <w:tcPr>
            <w:tcW w:type="dxa" w:w="2919"/>
            <w:vAlign w:val="center"/>
          </w:tcPr>
          <w:p>
            <w:pPr>
              <w:pStyle w:val="BookTable"/>
            </w:pPr>
            <w:r>
              <w:rPr>
                <w:rFonts w:ascii="Noto Serif" w:hAnsi="Noto Serif" w:eastAsia="Noto Serif CJK SC" w:cs="Noto Serif"/>
                <w:color w:val="000000"/>
                <w:lang w:val="vi-VN" w:eastAsia="zh-CN" w:bidi="vi-VN"/>
              </w:rPr>
              <w:t>Phạm thì phúc lộc và tuổi thọ bị giảm nhiều.</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Bên giếng, bếp, nhà xí; cạnh vườn hoang, mồ mả, thi thể hoặc quan tài.</w:t>
            </w:r>
          </w:p>
        </w:tc>
        <w:tc>
          <w:tcPr>
            <w:tcW w:type="dxa" w:w="2919"/>
            <w:vAlign w:val="center"/>
          </w:tcPr>
          <w:p>
            <w:pPr>
              <w:pStyle w:val="BookTable"/>
            </w:pPr>
            <w:r>
              <w:rPr>
                <w:rFonts w:ascii="Noto Serif" w:hAnsi="Noto Serif" w:eastAsia="Noto Serif CJK SC" w:cs="Noto Serif"/>
                <w:color w:val="000000"/>
                <w:lang w:val="vi-VN" w:eastAsia="zh-CN" w:bidi="vi-VN"/>
              </w:rPr>
              <w:t>Phạm thì ác thần nhập thai, lại sinh quái vật và bản thân chết.</w:t>
            </w:r>
            <w:bookmarkEnd w:id="89"/>
          </w:p>
        </w:tc>
      </w:tr>
    </w:tbl>
    <w:p>
      <w:pPr>
        <w:pStyle w:val="Heading3"/>
        <w:pageBreakBefore w:val="0"/>
      </w:pPr>
      <w:bookmarkStart w:id="91" w:name="bd378873aaeda37f9d273859f63a478"/>
      <w:bookmarkStart w:id="90" w:name="bafbf0bf725928b6fc03794ff28b793"/>
      <w:bookmarkEnd w:id="90"/>
      <w:r>
        <w:rPr>
          <w:rFonts w:ascii="Noto Serif" w:hAnsi="Noto Serif" w:eastAsia="Noto Serif CJK SC" w:cs="Noto Serif"/>
          <w:color w:val="000000"/>
          <w:lang w:val="vi-VN" w:eastAsia="zh-CN" w:bidi="vi-VN"/>
        </w:rPr>
        <w:t>Nhân kỵ: cần nghiêm kiêng</w:t>
      </w:r>
      <w:bookmarkEnd w:id="91"/>
    </w:p>
    <w:tbl>
      <w:tblPr>
        <w:tblW w:type="dxa" w:w="583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2919"/>
        <w:gridCol w:w="2919"/>
      </w:tblGrid>
      <w:tr>
        <w:trPr>
          <w:cantSplit/>
          <w:tblHeader/>
        </w:trPr>
        <w:tc>
          <w:tcPr>
            <w:tcW w:type="dxa" w:w="2919"/>
            <w:vAlign w:val="center"/>
            <w:shd w:fill="EEEEEE" w:val="clear"/>
          </w:tcPr>
          <w:p>
            <w:pPr>
              <w:pStyle w:val="BookTable"/>
            </w:pPr>
            <w:bookmarkStart w:id="92" w:name="bdb902c6a1abd74d04dca6362bcd86c"/>
            <w:r>
              <w:rPr>
                <w:rFonts w:ascii="Noto Serif" w:hAnsi="Noto Serif" w:eastAsia="Noto Serif CJK SC" w:cs="Noto Serif"/>
                <w:color w:val="000000"/>
                <w:b w:val="1"/>
                <w:bCs w:val="1"/>
                <w:lang w:val="vi-VN" w:eastAsia="zh-CN" w:bidi="vi-VN"/>
              </w:rPr>
              <w:t>Mục</w:t>
            </w:r>
          </w:p>
        </w:tc>
        <w:tc>
          <w:tcPr>
            <w:tcW w:type="dxa" w:w="2919"/>
            <w:vAlign w:val="center"/>
            <w:shd w:fill="EEEEEE" w:val="clear"/>
          </w:tcPr>
          <w:p>
            <w:pPr>
              <w:pStyle w:val="BookTable"/>
            </w:pPr>
            <w:r>
              <w:rPr>
                <w:rFonts w:ascii="Noto Serif" w:hAnsi="Noto Serif" w:eastAsia="Noto Serif CJK SC" w:cs="Noto Serif"/>
                <w:color w:val="000000"/>
                <w:b w:val="1"/>
                <w:bCs w:val="1"/>
                <w:lang w:val="vi-VN" w:eastAsia="zh-CN" w:bidi="vi-VN"/>
              </w:rPr>
              <w:t>Nội dung 2</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Uất giận</w:t>
            </w:r>
          </w:p>
        </w:tc>
        <w:tc>
          <w:tcPr>
            <w:tcW w:type="dxa" w:w="2919"/>
            <w:vAlign w:val="center"/>
          </w:tcPr>
          <w:p>
            <w:pPr>
              <w:pStyle w:val="BookTable"/>
            </w:pPr>
            <w:r>
              <w:rPr>
                <w:rFonts w:ascii="Noto Serif" w:hAnsi="Noto Serif" w:eastAsia="Noto Serif CJK SC" w:cs="Noto Serif"/>
                <w:color w:val="000000"/>
                <w:lang w:val="vi-VN" w:eastAsia="zh-CN" w:bidi="vi-VN"/>
              </w:rPr>
              <w:t>Giận dữ làm hại gan; phạm thì nhất định mắc bệnh.</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Đi xa</w:t>
            </w:r>
          </w:p>
        </w:tc>
        <w:tc>
          <w:tcPr>
            <w:tcW w:type="dxa" w:w="2919"/>
            <w:vAlign w:val="center"/>
          </w:tcPr>
          <w:p>
            <w:pPr>
              <w:pStyle w:val="BookTable"/>
            </w:pPr>
            <w:r>
              <w:rPr>
                <w:rFonts w:ascii="Noto Serif" w:hAnsi="Noto Serif" w:eastAsia="Noto Serif CJK SC" w:cs="Noto Serif"/>
                <w:color w:val="000000"/>
                <w:lang w:val="vi-VN" w:eastAsia="zh-CN" w:bidi="vi-VN"/>
              </w:rPr>
              <w:t>Giao hợp rồi đi một trăm dặm thì mắc bệnh; đi một trăm dặm rồi giao hợp thì chết.</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Say rượu, ăn no</w:t>
            </w:r>
          </w:p>
        </w:tc>
        <w:tc>
          <w:tcPr>
            <w:tcW w:type="dxa" w:w="2919"/>
            <w:vAlign w:val="center"/>
          </w:tcPr>
          <w:p>
            <w:pPr>
              <w:pStyle w:val="BookTable"/>
            </w:pPr>
            <w:r>
              <w:rPr>
                <w:rFonts w:ascii="Noto Serif" w:hAnsi="Noto Serif" w:eastAsia="Noto Serif CJK SC" w:cs="Noto Serif"/>
                <w:color w:val="000000"/>
                <w:lang w:val="vi-VN" w:eastAsia="zh-CN" w:bidi="vi-VN"/>
              </w:rPr>
              <w:t>Giao hợp khi say hoặc no làm ngũ tạng đảo lộn.</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Bụng đói</w:t>
            </w:r>
          </w:p>
        </w:tc>
        <w:tc>
          <w:tcPr>
            <w:tcW w:type="dxa" w:w="2919"/>
            <w:vAlign w:val="center"/>
          </w:tcPr>
          <w:p>
            <w:pPr>
              <w:pStyle w:val="BookTable"/>
            </w:pPr>
            <w:r>
              <w:rPr>
                <w:rFonts w:ascii="Noto Serif" w:hAnsi="Noto Serif" w:eastAsia="Noto Serif CJK SC" w:cs="Noto Serif"/>
                <w:color w:val="000000"/>
                <w:lang w:val="vi-VN" w:eastAsia="zh-CN" w:bidi="vi-VN"/>
              </w:rPr>
              <w:t>Phạm thì tổn hại nguyên thần.</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Sau khi bệnh</w:t>
            </w:r>
          </w:p>
        </w:tc>
        <w:tc>
          <w:tcPr>
            <w:tcW w:type="dxa" w:w="2919"/>
            <w:vAlign w:val="center"/>
          </w:tcPr>
          <w:p>
            <w:pPr>
              <w:pStyle w:val="BookTable"/>
            </w:pPr>
            <w:r>
              <w:rPr>
                <w:rFonts w:ascii="Noto Serif" w:hAnsi="Noto Serif" w:eastAsia="Noto Serif CJK SC" w:cs="Noto Serif"/>
                <w:color w:val="000000"/>
                <w:lang w:val="vi-VN" w:eastAsia="zh-CN" w:bidi="vi-VN"/>
              </w:rPr>
              <w:t>Phạm thì bệnh biến chứng, tái phát.</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Trong thai kỳ</w:t>
            </w:r>
          </w:p>
        </w:tc>
        <w:tc>
          <w:tcPr>
            <w:tcW w:type="dxa" w:w="2919"/>
            <w:vAlign w:val="center"/>
          </w:tcPr>
          <w:p>
            <w:pPr>
              <w:pStyle w:val="BookTable"/>
            </w:pPr>
            <w:r>
              <w:rPr>
                <w:rFonts w:ascii="Noto Serif" w:hAnsi="Noto Serif" w:eastAsia="Noto Serif CJK SC" w:cs="Noto Serif"/>
                <w:color w:val="000000"/>
                <w:lang w:val="vi-VN" w:eastAsia="zh-CN" w:bidi="vi-VN"/>
              </w:rPr>
              <w:t>Phạm thì tổn hại thai. Vì vậy, từ khi có thai nên ngủ riêng giường, dứt chuyện dục. Một là nghiêm theo lời dạy về dưỡng thai; nhờ vậy tránh nạn sẩy thai cùng các bệnh mà nguồn gọi là thai độc, thai tụy, chứng ban và đậu nguy hiểm, du phong, kinh giản, nha cam ở trẻ. Hai là con sinh ra, trai nhất định đoan nghiêm ngay thẳng, gái nhất định trinh tĩnh nhu mì, tự nhiên không phạm chuyện dâm dật.</w:t>
            </w:r>
            <w:bookmarkEnd w:id="92"/>
          </w:p>
        </w:tc>
      </w:tr>
    </w:tbl>
    <w:p>
      <w:pPr>
        <w:pStyle w:val="Heading3"/>
        <w:pageBreakBefore w:val="0"/>
      </w:pPr>
      <w:bookmarkStart w:id="94" w:name="b793d0b706ee0c4d7bc3bbbe08dc5fa"/>
      <w:bookmarkStart w:id="93" w:name="b0eb78ea8b7a64e7e444b1e43f7e207"/>
      <w:bookmarkEnd w:id="93"/>
      <w:r>
        <w:rPr>
          <w:rFonts w:ascii="Noto Serif" w:hAnsi="Noto Serif" w:eastAsia="Noto Serif CJK SC" w:cs="Noto Serif"/>
          <w:color w:val="000000"/>
          <w:lang w:val="vi-VN" w:eastAsia="zh-CN" w:bidi="vi-VN"/>
        </w:rPr>
        <w:t>Nhân kỵ (tiếp)</w:t>
      </w:r>
      <w:bookmarkEnd w:id="94"/>
    </w:p>
    <w:tbl>
      <w:tblPr>
        <w:tblW w:type="dxa" w:w="5839"/>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2919"/>
        <w:gridCol w:w="2919"/>
      </w:tblGrid>
      <w:tr>
        <w:trPr>
          <w:cantSplit/>
          <w:tblHeader/>
        </w:trPr>
        <w:tc>
          <w:tcPr>
            <w:tcW w:type="dxa" w:w="2919"/>
            <w:vAlign w:val="center"/>
            <w:shd w:fill="EEEEEE" w:val="clear"/>
          </w:tcPr>
          <w:p>
            <w:pPr>
              <w:pStyle w:val="BookTable"/>
            </w:pPr>
            <w:bookmarkStart w:id="95" w:name="b9b4b4f457146f52caf96f08e26f1dd"/>
            <w:r>
              <w:rPr>
                <w:rFonts w:ascii="Noto Serif" w:hAnsi="Noto Serif" w:eastAsia="Noto Serif CJK SC" w:cs="Noto Serif"/>
                <w:color w:val="000000"/>
                <w:b w:val="1"/>
                <w:bCs w:val="1"/>
                <w:lang w:val="vi-VN" w:eastAsia="zh-CN" w:bidi="vi-VN"/>
              </w:rPr>
              <w:t>Mục</w:t>
            </w:r>
          </w:p>
        </w:tc>
        <w:tc>
          <w:tcPr>
            <w:tcW w:type="dxa" w:w="2919"/>
            <w:vAlign w:val="center"/>
            <w:shd w:fill="EEEEEE" w:val="clear"/>
          </w:tcPr>
          <w:p>
            <w:pPr>
              <w:pStyle w:val="BookTable"/>
            </w:pPr>
            <w:r>
              <w:rPr>
                <w:rFonts w:ascii="Noto Serif" w:hAnsi="Noto Serif" w:eastAsia="Noto Serif CJK SC" w:cs="Noto Serif"/>
                <w:color w:val="000000"/>
                <w:b w:val="1"/>
                <w:bCs w:val="1"/>
                <w:lang w:val="vi-VN" w:eastAsia="zh-CN" w:bidi="vi-VN"/>
              </w:rPr>
              <w:t>Nội dung 2</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Sau sinh</w:t>
            </w:r>
          </w:p>
        </w:tc>
        <w:tc>
          <w:tcPr>
            <w:tcW w:type="dxa" w:w="2919"/>
            <w:vAlign w:val="center"/>
          </w:tcPr>
          <w:p>
            <w:pPr>
              <w:pStyle w:val="BookTable"/>
            </w:pPr>
            <w:r>
              <w:rPr>
                <w:rFonts w:ascii="Noto Serif" w:hAnsi="Noto Serif" w:eastAsia="Noto Serif CJK SC" w:cs="Noto Serif"/>
                <w:color w:val="000000"/>
                <w:lang w:val="vi-VN" w:eastAsia="zh-CN" w:bidi="vi-VN"/>
              </w:rPr>
              <w:t>Phạm trong hơn mười ngày đầu thì người vợ nhất định chết; phạm trong một trăm ngày đầu thì người vợ nhất định mắc bệnh.</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Khi có kinh nguyệt</w:t>
            </w:r>
          </w:p>
        </w:tc>
        <w:tc>
          <w:tcPr>
            <w:tcW w:type="dxa" w:w="2919"/>
            <w:vAlign w:val="center"/>
          </w:tcPr>
          <w:p>
            <w:pPr>
              <w:pStyle w:val="BookTable"/>
            </w:pPr>
            <w:r>
              <w:rPr>
                <w:rFonts w:ascii="Noto Serif" w:hAnsi="Noto Serif" w:eastAsia="Noto Serif CJK SC" w:cs="Noto Serif"/>
                <w:color w:val="000000"/>
                <w:lang w:val="vi-VN" w:eastAsia="zh-CN" w:bidi="vi-VN"/>
              </w:rPr>
              <w:t>Phạm thì thành chứng ‘huyết ma’ (</w:t>
            </w:r>
            <w:r>
              <w:rPr>
                <w:rFonts w:ascii="Noto Serif CJK SC" w:hAnsi="Noto Serif CJK SC" w:eastAsia="Noto Serif CJK SC" w:cs="Noto Serif CJK SC"/>
                <w:color w:val="000000"/>
                <w:lang w:val="vi-VN" w:eastAsia="zh-CN" w:bidi="vi-VN"/>
              </w:rPr>
              <w:t xml:space="preserve">血麻证), </w:t>
            </w:r>
            <w:r>
              <w:rPr>
                <w:rFonts w:ascii="Noto Serif" w:hAnsi="Noto Serif" w:eastAsia="Noto Serif CJK SC" w:cs="Noto Serif"/>
                <w:color w:val="000000"/>
                <w:lang w:val="vi-VN" w:eastAsia="zh-CN" w:bidi="vi-VN"/>
              </w:rPr>
              <w:t>cả nam lẫn nữ đều mắc bệnh.</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Chiếu tre</w:t>
            </w:r>
          </w:p>
        </w:tc>
        <w:tc>
          <w:tcPr>
            <w:tcW w:type="dxa" w:w="2919"/>
            <w:vAlign w:val="center"/>
          </w:tcPr>
          <w:p>
            <w:pPr>
              <w:pStyle w:val="BookTable"/>
            </w:pPr>
            <w:r>
              <w:rPr>
                <w:rFonts w:ascii="Noto Serif" w:hAnsi="Noto Serif" w:eastAsia="Noto Serif CJK SC" w:cs="Noto Serif"/>
                <w:color w:val="000000"/>
                <w:lang w:val="vi-VN" w:eastAsia="zh-CN" w:bidi="vi-VN"/>
              </w:rPr>
              <w:t>Tre có tính lạnh mát, phạm thì dễ nhiễm khí lạnh.</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Chăn mỏng</w:t>
            </w:r>
          </w:p>
        </w:tc>
        <w:tc>
          <w:tcPr>
            <w:tcW w:type="dxa" w:w="2919"/>
            <w:vAlign w:val="center"/>
          </w:tcPr>
          <w:p>
            <w:pPr>
              <w:pStyle w:val="BookTable"/>
            </w:pPr>
            <w:r>
              <w:rPr>
                <w:rFonts w:ascii="Noto Serif" w:hAnsi="Noto Serif" w:eastAsia="Noto Serif CJK SC" w:cs="Noto Serif"/>
                <w:color w:val="000000"/>
                <w:lang w:val="vi-VN" w:eastAsia="zh-CN" w:bidi="vi-VN"/>
              </w:rPr>
              <w:t>Phạm thì khí lạnh vào xương.</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Nên tránh gió lùa qua khe cửa; nên kiêng khi lên giường lúc đêm khuya.</w:t>
            </w:r>
          </w:p>
        </w:tc>
        <w:tc>
          <w:tcPr>
            <w:tcW w:type="dxa" w:w="29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Vừa giao hợp xong, nếu trẻ bên cạnh khóc thì đừng cho bú ngay.</w:t>
            </w:r>
          </w:p>
        </w:tc>
        <w:tc>
          <w:tcPr>
            <w:tcW w:type="dxa" w:w="29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Sau giao hợp đừng quạt ngay hoặc uống trà, nước lạnh; vì nếu nhiễm lạnh quá mức có thể chết ngay.</w:t>
            </w:r>
          </w:p>
        </w:tc>
        <w:tc>
          <w:tcPr>
            <w:tcW w:type="dxa" w:w="29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Đừng giao hợp hai lần trong một đêm.</w:t>
            </w:r>
          </w:p>
        </w:tc>
        <w:tc>
          <w:tcPr>
            <w:tcW w:type="dxa" w:w="29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Đừng dùng phương thuốc kích dục, tà dược.</w:t>
            </w:r>
          </w:p>
        </w:tc>
        <w:tc>
          <w:tcPr>
            <w:tcW w:type="dxa" w:w="29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Đừng nín giữ, không xuất tinh.</w:t>
            </w:r>
          </w:p>
        </w:tc>
        <w:tc>
          <w:tcPr>
            <w:tcW w:type="dxa" w:w="2919"/>
            <w:vAlign w:val="center"/>
          </w:tcPr>
          <w:p>
            <w:pPr>
              <w:pStyle w:val="BookTable"/>
            </w:pPr>
            <w:r>
              <w:rPr>
                <w:rFonts w:ascii="Noto Serif" w:hAnsi="Noto Serif" w:eastAsia="Noto Serif CJK SC" w:cs="Noto Serif"/>
                <w:color w:val="000000"/>
                <w:lang w:val="vi-VN" w:eastAsia="zh-CN" w:bidi="vi-VN"/>
              </w:rPr>
              <w:t>—</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Mắc bệnh; nổi nhọt; lên đậu</w:t>
            </w:r>
          </w:p>
        </w:tc>
        <w:tc>
          <w:tcPr>
            <w:tcW w:type="dxa" w:w="2919"/>
            <w:vAlign w:val="center"/>
          </w:tcPr>
          <w:p>
            <w:pPr>
              <w:pStyle w:val="BookTable"/>
            </w:pPr>
            <w:r>
              <w:rPr>
                <w:rFonts w:ascii="Noto Serif" w:hAnsi="Noto Serif" w:eastAsia="Noto Serif CJK SC" w:cs="Noto Serif"/>
                <w:color w:val="000000"/>
                <w:lang w:val="vi-VN" w:eastAsia="zh-CN" w:bidi="vi-VN"/>
              </w:rPr>
              <w:t>Chưa hoàn toàn bình phục thì tuyệt đối không được phạm; phạm thì phần lớn sẽ chết.</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Bệnh mắt</w:t>
            </w:r>
          </w:p>
        </w:tc>
        <w:tc>
          <w:tcPr>
            <w:tcW w:type="dxa" w:w="2919"/>
            <w:vAlign w:val="center"/>
          </w:tcPr>
          <w:p>
            <w:pPr>
              <w:pStyle w:val="BookTable"/>
            </w:pPr>
            <w:r>
              <w:rPr>
                <w:rFonts w:ascii="Noto Serif" w:hAnsi="Noto Serif" w:eastAsia="Noto Serif CJK SC" w:cs="Noto Serif"/>
                <w:color w:val="000000"/>
                <w:lang w:val="vi-VN" w:eastAsia="zh-CN" w:bidi="vi-VN"/>
              </w:rPr>
              <w:t>Chưa khỏi hoặc vừa mới khỏi mà phạm thì nhất định mù.</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Chứng hư lao</w:t>
            </w:r>
          </w:p>
        </w:tc>
        <w:tc>
          <w:tcPr>
            <w:tcW w:type="dxa" w:w="2919"/>
            <w:vAlign w:val="center"/>
          </w:tcPr>
          <w:p>
            <w:pPr>
              <w:pStyle w:val="BookTable"/>
            </w:pPr>
            <w:r>
              <w:rPr>
                <w:rFonts w:ascii="Noto Serif" w:hAnsi="Noto Serif" w:eastAsia="Noto Serif CJK SC" w:cs="Noto Serif"/>
                <w:color w:val="000000"/>
                <w:lang w:val="vi-VN" w:eastAsia="zh-CN" w:bidi="vi-VN"/>
              </w:rPr>
              <w:t>Dù đã dưỡng sức khỏe lại, vẫn phải dứt chuyện dục một năm. Nếu cho rằng đã bình phục mà phạm thì phần lớn sẽ chết.</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Tổn thương gân xương</w:t>
            </w:r>
          </w:p>
        </w:tc>
        <w:tc>
          <w:tcPr>
            <w:tcW w:type="dxa" w:w="2919"/>
            <w:vAlign w:val="center"/>
          </w:tcPr>
          <w:p>
            <w:pPr>
              <w:pStyle w:val="BookTable"/>
            </w:pPr>
            <w:r>
              <w:rPr>
                <w:rFonts w:ascii="Noto Serif" w:hAnsi="Noto Serif" w:eastAsia="Noto Serif CJK SC" w:cs="Noto Serif"/>
                <w:color w:val="000000"/>
                <w:lang w:val="vi-VN" w:eastAsia="zh-CN" w:bidi="vi-VN"/>
              </w:rPr>
              <w:t>Sau khi khỏi vẫn phải kiêng một trăm bảy mươi đến một trăm tám mươi ngày. Chưa qua một trăm ngày mà phạm thì nhất định chết; dù đã qua cũng nhất định thành tàn phế.</w:t>
            </w:r>
          </w:p>
        </w:tc>
      </w:tr>
      <w:tr>
        <w:trPr>
          <w:cantSplit/>
        </w:trPr>
        <w:tc>
          <w:tcPr>
            <w:tcW w:type="dxa" w:w="2919"/>
            <w:vAlign w:val="center"/>
          </w:tcPr>
          <w:p>
            <w:pPr>
              <w:pStyle w:val="BookTable"/>
            </w:pPr>
            <w:r>
              <w:rPr>
                <w:rFonts w:ascii="Noto Serif" w:hAnsi="Noto Serif" w:eastAsia="Noto Serif CJK SC" w:cs="Noto Serif"/>
                <w:color w:val="000000"/>
                <w:lang w:val="vi-VN" w:eastAsia="zh-CN" w:bidi="vi-VN"/>
              </w:rPr>
              <w:t>Làm lụng quá sức; lo nghĩ quá nhiều; quá nóng; quá kinh sợ; quá buồn rầu</w:t>
            </w:r>
          </w:p>
        </w:tc>
        <w:tc>
          <w:tcPr>
            <w:tcW w:type="dxa" w:w="2919"/>
            <w:vAlign w:val="center"/>
          </w:tcPr>
          <w:p>
            <w:pPr>
              <w:pStyle w:val="BookTable"/>
            </w:pPr>
            <w:r>
              <w:rPr>
                <w:rFonts w:ascii="Noto Serif" w:hAnsi="Noto Serif" w:eastAsia="Noto Serif CJK SC" w:cs="Noto Serif"/>
                <w:color w:val="000000"/>
                <w:lang w:val="vi-VN" w:eastAsia="zh-CN" w:bidi="vi-VN"/>
              </w:rPr>
              <w:t>Đều không được phạm. Phạm thì nhẹ mắc bệnh dai dẳng, nặng chết ngay.</w:t>
            </w:r>
            <w:bookmarkEnd w:id="95"/>
          </w:p>
        </w:tc>
      </w:tr>
    </w:tbl>
    <w:p>
      <w:pPr>
        <w:pStyle w:val="Heading3"/>
        <w:pageBreakBefore w:val="0"/>
      </w:pPr>
      <w:bookmarkStart w:id="97" w:name="ba071315b8d100d5e655985b74a9886"/>
      <w:bookmarkStart w:id="96" w:name="bf1fde0a8ede4d0341809220a7ef7ee"/>
      <w:bookmarkEnd w:id="96"/>
      <w:r>
        <w:rPr>
          <w:rFonts w:ascii="Noto Serif" w:hAnsi="Noto Serif" w:eastAsia="Noto Serif CJK SC" w:cs="Noto Serif"/>
          <w:color w:val="000000"/>
          <w:lang w:val="vi-VN" w:eastAsia="zh-CN" w:bidi="vi-VN"/>
        </w:rPr>
        <w:t>Lời kết của nguồn</w:t>
      </w:r>
      <w:bookmarkEnd w:id="97"/>
    </w:p>
    <w:p>
      <w:pPr>
        <w:pStyle w:val="BookFirst"/>
      </w:pPr>
      <w:bookmarkStart w:id="98" w:name="bb2b0d2ada3acf286d44ff1252916cb"/>
      <w:r>
        <w:rPr>
          <w:rFonts w:ascii="Noto Serif" w:hAnsi="Noto Serif" w:eastAsia="Noto Serif CJK SC" w:cs="Noto Serif"/>
          <w:color w:val="000000"/>
          <w:lang w:val="vi-VN" w:eastAsia="zh-CN" w:bidi="vi-VN"/>
        </w:rPr>
        <w:t>Ngoài những kỳ kiêng từng tháng và các ngày ‘thiên kỵ’, ‘nhân kỵ’ nói trên, mỗi tháng vẫn còn sáu, bảy ngày không vướng điều kỵ nào. Nguồn cho rằng người biết giữ thân vốn chỉ nên giao hợp nhiều nhất ‘ba, bốn lần’ mỗi tháng, nhờ đó bệnh tật không xâm phạm, tinh thần vững mạnh; lại khẳng định người ít dục nhất định sinh nhiều con trai, con cháu cũng nhất định khỏe mạnh. Những người trẻ mới cưới thường buông dục làm hại thân, khiến duyên tốt trăm năm hao tổn gần hết chỉ trong chốc lát, thật đáng buồn! Sao không ‘cẩn thận giữ kỳ kiêng’, bảo thân lập mệnh, để về sau có cảnh vợ chồng kính trọng nhau đến già, niềm vui đông con cháu và hạnh phúc gia đình trọn vẹn?</w:t>
      </w:r>
      <w:bookmarkEnd w:id="98"/>
    </w:p>
    <w:p>
      <w:pPr>
        <w:pStyle w:val="Heading2"/>
        <w:pageBreakBefore/>
      </w:pPr>
      <w:bookmarkStart w:id="100" w:name="b114d7eee5f23e528683bef1e22a756"/>
      <w:bookmarkStart w:id="99" w:name="b393e38a57936603e93ed6bd1e67a23"/>
      <w:bookmarkEnd w:id="99"/>
      <w:r>
        <w:rPr>
          <w:rFonts w:ascii="Noto Serif" w:hAnsi="Noto Serif" w:eastAsia="Noto Serif CJK SC" w:cs="Noto Serif"/>
          <w:color w:val="000000"/>
          <w:lang w:val="vi-VN" w:eastAsia="zh-CN" w:bidi="vi-VN"/>
        </w:rPr>
        <w:t>Ghi chú về những điểm chưa rõ trong nguồn</w:t>
      </w:r>
      <w:bookmarkEnd w:id="100"/>
    </w:p>
    <w:p>
      <w:pPr>
        <w:pStyle w:val="BookList"/>
        <w:numPr>
          <w:ilvl w:val="0"/>
          <w:numId w:val="1001"/>
        </w:numPr>
      </w:pPr>
      <w:bookmarkStart w:id="101" w:name="b63c55ef27b6f9ad3b20560fde994e1"/>
      <w:r>
        <w:rPr>
          <w:rFonts w:ascii="Noto Serif" w:hAnsi="Noto Serif" w:eastAsia="Noto Serif CJK SC" w:cs="Noto Serif"/>
          <w:color w:val="000000"/>
          <w:lang w:val="vi-VN" w:eastAsia="zh-CN" w:bidi="vi-VN"/>
        </w:rPr>
        <w:t>Mồng 1 tháng 7 và tháng 10 đều in “</w:t>
      </w:r>
      <w:r>
        <w:rPr>
          <w:rFonts w:ascii="Noto Serif CJK SC" w:hAnsi="Noto Serif CJK SC" w:eastAsia="Noto Serif CJK SC" w:cs="Noto Serif CJK SC"/>
          <w:color w:val="000000"/>
          <w:lang w:val="vi-VN" w:eastAsia="zh-CN" w:bidi="vi-VN"/>
        </w:rPr>
        <w:t xml:space="preserve">月晦”, </w:t>
      </w:r>
      <w:r>
        <w:rPr>
          <w:rFonts w:ascii="Noto Serif" w:hAnsi="Noto Serif" w:eastAsia="Noto Serif CJK SC" w:cs="Noto Serif"/>
          <w:color w:val="000000"/>
          <w:lang w:val="vi-VN" w:eastAsia="zh-CN" w:bidi="vi-VN"/>
        </w:rPr>
        <w:t>ngày hối cuối tháng; bản dịch giữ nguyên, không tự đổi thành ngày sóc.</w:t>
      </w:r>
    </w:p>
    <w:p>
      <w:pPr>
        <w:pStyle w:val="BookList"/>
        <w:numPr>
          <w:ilvl w:val="0"/>
          <w:numId w:val="1001"/>
        </w:numPr>
      </w:pPr>
      <w:r>
        <w:rPr>
          <w:rFonts w:ascii="Noto Serif" w:hAnsi="Noto Serif" w:eastAsia="Noto Serif CJK SC" w:cs="Noto Serif"/>
          <w:color w:val="000000"/>
          <w:lang w:val="vi-VN" w:eastAsia="zh-CN" w:bidi="vi-VN"/>
        </w:rPr>
        <w:t>Ngày đầu tiên của bảng dương thác in “</w:t>
      </w:r>
      <w:r>
        <w:rPr>
          <w:rFonts w:ascii="Noto Serif CJK SC" w:hAnsi="Noto Serif CJK SC" w:eastAsia="Noto Serif CJK SC" w:cs="Noto Serif CJK SC"/>
          <w:color w:val="000000"/>
          <w:lang w:val="vi-VN" w:eastAsia="zh-CN" w:bidi="vi-VN"/>
        </w:rPr>
        <w:t>申寅” (</w:t>
      </w:r>
      <w:r>
        <w:rPr>
          <w:rFonts w:ascii="Noto Serif" w:hAnsi="Noto Serif" w:eastAsia="Noto Serif CJK SC" w:cs="Noto Serif"/>
          <w:color w:val="000000"/>
          <w:lang w:val="vi-VN" w:eastAsia="zh-CN" w:bidi="vi-VN"/>
        </w:rPr>
        <w:t>Thân Dần). Giữ chữ này để đối chiếu, không tự sửa thành Giáp Dần.</w:t>
      </w:r>
    </w:p>
    <w:p>
      <w:pPr>
        <w:pStyle w:val="BookList"/>
        <w:numPr>
          <w:ilvl w:val="0"/>
          <w:numId w:val="1001"/>
        </w:numPr>
      </w:pPr>
      <w:r>
        <w:rPr>
          <w:rFonts w:ascii="Noto Serif" w:hAnsi="Noto Serif" w:eastAsia="Noto Serif CJK SC" w:cs="Noto Serif"/>
          <w:color w:val="000000"/>
          <w:lang w:val="vi-VN" w:eastAsia="zh-CN" w:bidi="vi-VN"/>
        </w:rPr>
        <w:t>Mồng 6 tháng 12 in “</w:t>
      </w:r>
      <w:r>
        <w:rPr>
          <w:rFonts w:ascii="Noto Serif CJK SC" w:hAnsi="Noto Serif CJK SC" w:eastAsia="Noto Serif CJK SC" w:cs="Noto Serif CJK SC"/>
          <w:color w:val="000000"/>
          <w:lang w:val="vi-VN" w:eastAsia="zh-CN" w:bidi="vi-VN"/>
        </w:rPr>
        <w:t xml:space="preserve">天仓开月”, </w:t>
      </w:r>
      <w:r>
        <w:rPr>
          <w:rFonts w:ascii="Noto Serif" w:hAnsi="Noto Serif" w:eastAsia="Noto Serif CJK SC" w:cs="Noto Serif"/>
          <w:color w:val="000000"/>
          <w:lang w:val="vi-VN" w:eastAsia="zh-CN" w:bidi="vi-VN"/>
        </w:rPr>
        <w:t>khác với bản web chép “</w:t>
      </w:r>
      <w:r>
        <w:rPr>
          <w:rFonts w:ascii="Noto Serif CJK SC" w:hAnsi="Noto Serif CJK SC" w:eastAsia="Noto Serif CJK SC" w:cs="Noto Serif CJK SC"/>
          <w:color w:val="000000"/>
          <w:lang w:val="vi-VN" w:eastAsia="zh-CN" w:bidi="vi-VN"/>
        </w:rPr>
        <w:t xml:space="preserve">天仓开日”. </w:t>
      </w:r>
      <w:r>
        <w:rPr>
          <w:rFonts w:ascii="Noto Serif" w:hAnsi="Noto Serif" w:eastAsia="Noto Serif CJK SC" w:cs="Noto Serif"/>
          <w:color w:val="000000"/>
          <w:lang w:val="vi-VN" w:eastAsia="zh-CN" w:bidi="vi-VN"/>
        </w:rPr>
        <w:t>Bản dịch giữ “tháng” của bản in và ghi rõ dị bản “ngày”.</w:t>
      </w:r>
    </w:p>
    <w:p>
      <w:pPr>
        <w:pStyle w:val="BookList"/>
        <w:numPr>
          <w:ilvl w:val="0"/>
          <w:numId w:val="1001"/>
        </w:numPr>
      </w:pPr>
      <w:r>
        <w:rPr>
          <w:rFonts w:ascii="Noto Serif" w:hAnsi="Noto Serif" w:eastAsia="Noto Serif CJK SC" w:cs="Noto Serif"/>
          <w:color w:val="000000"/>
          <w:lang w:val="vi-VN" w:eastAsia="zh-CN" w:bidi="vi-VN"/>
        </w:rPr>
        <w:t>“</w:t>
      </w:r>
      <w:r>
        <w:rPr>
          <w:rFonts w:ascii="Noto Serif CJK SC" w:hAnsi="Noto Serif CJK SC" w:eastAsia="Noto Serif CJK SC" w:cs="Noto Serif CJK SC"/>
          <w:color w:val="000000"/>
          <w:lang w:val="vi-VN" w:eastAsia="zh-CN" w:bidi="vi-VN"/>
        </w:rPr>
        <w:t xml:space="preserve">失瘏” </w:t>
      </w:r>
      <w:r>
        <w:rPr>
          <w:rFonts w:ascii="Noto Serif" w:hAnsi="Noto Serif" w:eastAsia="Noto Serif CJK SC" w:cs="Noto Serif"/>
          <w:color w:val="000000"/>
          <w:lang w:val="vi-VN" w:eastAsia="zh-CN" w:bidi="vi-VN"/>
        </w:rPr>
        <w:t>ở tháng 4 là chữ còn chưa rõ; không tự xác định một bệnh hay một quả báo khác.</w:t>
      </w:r>
    </w:p>
    <w:p>
      <w:pPr>
        <w:pStyle w:val="BookList"/>
        <w:numPr>
          <w:ilvl w:val="0"/>
          <w:numId w:val="1001"/>
        </w:numPr>
      </w:pPr>
      <w:r>
        <w:rPr>
          <w:rFonts w:ascii="Noto Serif" w:hAnsi="Noto Serif" w:eastAsia="Noto Serif CJK SC" w:cs="Noto Serif"/>
          <w:color w:val="000000"/>
          <w:lang w:val="vi-VN" w:eastAsia="zh-CN" w:bidi="vi-VN"/>
        </w:rPr>
        <w:t>Lời phê nguồn nói 225 ngày, trong khi bảng có 216 nhóm ngày ghi số rõ ràng, thêm điều kiện riêng về ngày Mậu trong mười ngày đầu tháng 12. Hai con số không cùng một phép đếm đã được xác minh; không thêm chín ngày để làm chúng khớp nhau.</w:t>
      </w:r>
      <w:bookmarkEnd w:id="101"/>
    </w:p>
    <w:p>
      <w:pPr>
        <w:pStyle w:val="BookFirst"/>
        <w:jc w:val="left"/>
      </w:pPr>
      <w:bookmarkStart w:id="102" w:name="b574ba5096d248060551d035cfacdd5"/>
      <w:r>
        <w:rPr>
          <w:rFonts w:ascii="Noto Serif" w:hAnsi="Noto Serif" w:eastAsia="Noto Serif CJK SC" w:cs="Noto Serif"/>
          <w:color w:val="000000"/>
          <w:lang w:val="vi-VN" w:eastAsia="zh-CN" w:bidi="vi-VN"/>
        </w:rPr>
        <w:t>Nguồn đối chiếu trực tuyến: https://www.jiexieyin.cn/post/1553.html . Bản PDF lưu cùng hồ sơ đối chiếu nguồn; phần sau bảng khớp mục tiếp theo tại https://www.jiexieyin.cn/post/1554.html .</w:t>
      </w:r>
      <w:bookmarkEnd w:id="102"/>
    </w:p>
    <w:sectPr w:rsidR="00FC693F" w:rsidRPr="0006063C" w:rsidSect="00034616">
      <w:headerReference w:type="default" r:id="rId9"/>
      <w:footerReference w:type="default" r:id="rId10"/>
      <w:pgSz w:w="8220" w:h="11622"/>
      <w:pgMar w:top="1134" w:right="964" w:bottom="1191" w:left="1247" w:header="510" w:footer="567" w:gutter="170"/>
      <w:cols w:space="720"/>
      <w:titlePg/>
      <w:docGrid w:linePitch="330" w:type="default"/>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oto Serif">
    <w:embedRegular r:id="rIdEmbed1" w:fontKey="{87507F7A-6664-555A-BAF6-E779837A4820}" w:subsetted="false"/>
    <w:embedBold r:id="rIdEmbed2" w:fontKey="{8973BBA9-2D7A-569B-9D32-DD6F447B84CA}" w:subsetted="false"/>
    <w:embedItalic r:id="rIdEmbed3" w:fontKey="{5A4BA43F-897C-5E8C-87F4-EEE877A6E128}" w:subsetted="false"/>
    <w:embedBoldItalic r:id="rIdEmbed4" w:fontKey="{CA56F28F-D9EC-5411-9292-97BF4C0E3D46}" w:subsetted="false"/>
  </w:font>
  <w:font w:name="Noto Serif CJK SC">
    <w:embedRegular r:id="rIdEmbed5" w:fontKey="{5B2A5A97-7FCF-5C1F-8540-DABFFBBEE21E}" w:subsetted="false"/>
    <w:embedBold r:id="rIdEmbed6" w:fontKey="{CDE06BFD-3AF7-5173-8432-6B26AC7F775F}"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fldChar w:fldCharType="begin"/>
    </w:r>
    <w:r>
      <w:instrText xml:space="preserve"> PAGE </w:instrText>
    </w:r>
    <w:r>
      <w:fldChar w:fldCharType="separate"/>
    </w:r>
    <w:r>
      <w:rPr>
        <w:rFonts w:ascii="Noto Serif" w:hAnsi="Noto Serif" w:eastAsia="Noto Serif CJK SC" w:cs="Noto Serif"/>
        <w:color w:val="000000"/>
        <w:sz w:val="17"/>
        <w:szCs w:val="17"/>
        <w:lang w:val="vi-VN" w:eastAsia="zh-CN" w:bidi="vi-VN"/>
        <w:rStyle w:val="GeneratedPageReference"/>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rPr>
        <w:rFonts w:ascii="Noto Serif" w:hAnsi="Noto Serif" w:eastAsia="Noto Serif CJK SC" w:cs="Noto Serif"/>
        <w:color w:val="000000"/>
        <w:sz w:val="17"/>
        <w:szCs w:val="17"/>
        <w:lang w:val="vi-VN" w:eastAsia="zh-CN" w:bidi="vi-VN"/>
      </w:rPr>
      <w:t>Phụ biểu tham khảo riêng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1000">
    <w:multiLevelType w:val="singleLevel"/>
    <w:lvl w:ilvl="0">
      <w:start w:val="1"/>
      <w:numFmt w:val="bullet"/>
      <w:lvlText w:val="•"/>
      <w:lvlJc w:val="left"/>
      <w:pPr>
        <w:tabs>
          <w:tab w:val="num" w:pos="340"/>
        </w:tabs>
        <w:ind w:left="340" w:hanging="250"/>
      </w:pPr>
    </w:lvl>
  </w:abstractNum>
  <w:num w:numId="1001">
    <w:abstractNumId w:val="1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ExpandShiftReturn/>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updateFields w:val="true"/>
  <w:embedTrueTypeFonts/>
  <w:saveSubsetFonts w:val="0"/>
  <w:autoHyphenation w:val="0"/>
  <w:consecutiveHyphenLimit w:val="2"/>
  <w:hyphenationZone w:val="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oto Serif" w:hAnsi="Noto Serif" w:eastAsia="Noto Serif CJK SC" w:cs="Noto Serif"/>
        <w:sz w:val="22"/>
        <w:szCs w:val="22"/>
        <w:lang w:val="vi-VN" w:eastAsia="zh-CN" w:bidi="vi-VN"/>
        <w:color w:val="000000"/>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0" w:line="330" w:lineRule="atLeast"/>
      <w:ind w:firstLine="333"/>
      <w:jc w:val="both"/>
      <w:contextualSpacing w:val="0"/>
      <w:suppressAutoHyphens w:val="1"/>
      <w:kinsoku w:val="1"/>
      <w:wordWrap w:val="0"/>
      <w:overflowPunct w:val="0"/>
    </w:pPr>
    <w:rPr>
      <w:rFonts w:ascii="Noto Serif" w:hAnsi="Noto Serif" w:eastAsia="Noto Serif CJK SC" w:cs="Noto Serif"/>
      <w:color w:val="000000"/>
      <w:sz w:val="22"/>
      <w:szCs w:val="22"/>
      <w:b w:val="0"/>
      <w:bCs w:val="0"/>
      <w:lang w:val="vi-VN" w:eastAsia="zh-CN" w:bidi="vi-V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val="0"/>
      <w:widowControl/>
      <w:spacing w:before="600" w:after="480" w:line="660" w:lineRule="atLeast"/>
      <w:ind w:firstLine="0"/>
      <w:jc w:val="center"/>
      <w:outlineLvl w:val="0"/>
      <w:contextualSpacing w:val="0"/>
      <w:suppressAutoHyphens w:val="1"/>
      <w:kinsoku w:val="1"/>
      <w:wordWrap w:val="0"/>
      <w:overflowPunct w:val="0"/>
    </w:pPr>
    <w:rPr>
      <w:rFonts w:ascii="Noto Serif" w:hAnsi="Noto Serif" w:eastAsia="Noto Serif CJK SC" w:cs="Noto Serif"/>
      <w:b w:val="1"/>
      <w:bCs w:val="1"/>
      <w:color w:val="000000"/>
      <w:sz w:val="46"/>
      <w:szCs w:val="46"/>
      <w:lang w:val="vi-VN" w:eastAsia="zh-CN" w:bidi="vi-VN"/>
    </w:rPr>
  </w:style>
  <w:style w:type="paragraph" w:styleId="Heading2">
    <w:name w:val="heading 2"/>
    <w:basedOn w:val="Normal"/>
    <w:next w:val="Normal"/>
    <w:link w:val="Heading2Char"/>
    <w:uiPriority w:val="9"/>
    <w:unhideWhenUsed/>
    <w:qFormat/>
    <w:rsid w:val="00FC693F"/>
    <w:pPr>
      <w:keepNext/>
      <w:keepLines w:val="0"/>
      <w:widowControl/>
      <w:spacing w:before="520" w:after="420" w:line="540" w:lineRule="atLeast"/>
      <w:ind w:firstLine="0"/>
      <w:jc w:val="center"/>
      <w:outlineLvl w:val="1"/>
      <w:contextualSpacing w:val="0"/>
      <w:suppressAutoHyphens w:val="1"/>
      <w:kinsoku w:val="1"/>
      <w:wordWrap w:val="0"/>
      <w:overflowPunct w:val="0"/>
    </w:pPr>
    <w:rPr>
      <w:rFonts w:ascii="Noto Serif" w:hAnsi="Noto Serif" w:eastAsia="Noto Serif CJK SC" w:cs="Noto Serif"/>
      <w:b w:val="1"/>
      <w:bCs w:val="1"/>
      <w:color w:val="000000"/>
      <w:sz w:val="36"/>
      <w:szCs w:val="36"/>
      <w:lang w:val="vi-VN" w:eastAsia="zh-CN" w:bidi="vi-VN"/>
    </w:rPr>
  </w:style>
  <w:style w:type="paragraph" w:styleId="Heading3">
    <w:name w:val="heading 3"/>
    <w:basedOn w:val="Normal"/>
    <w:next w:val="Normal"/>
    <w:link w:val="Heading3Char"/>
    <w:uiPriority w:val="9"/>
    <w:unhideWhenUsed/>
    <w:qFormat/>
    <w:rsid w:val="00FC693F"/>
    <w:pPr>
      <w:keepNext/>
      <w:keepLines w:val="0"/>
      <w:widowControl/>
      <w:spacing w:before="300" w:after="140" w:line="350" w:lineRule="atLeast"/>
      <w:ind w:firstLine="0"/>
      <w:jc w:val="left"/>
      <w:outlineLvl w:val="2"/>
      <w:contextualSpacing w:val="0"/>
      <w:suppressAutoHyphens w:val="1"/>
      <w:kinsoku w:val="1"/>
      <w:wordWrap w:val="0"/>
      <w:overflowPunct w:val="0"/>
    </w:pPr>
    <w:rPr>
      <w:rFonts w:ascii="Noto Serif" w:hAnsi="Noto Serif" w:eastAsia="Noto Serif CJK SC" w:cs="Noto Serif"/>
      <w:b w:val="1"/>
      <w:bCs w:val="1"/>
      <w:color w:val="000000"/>
      <w:sz w:val="24"/>
      <w:szCs w:val="24"/>
      <w:lang w:val="vi-VN" w:eastAsia="zh-CN" w:bidi="vi-VN"/>
    </w:rPr>
  </w:style>
  <w:style w:type="paragraph" w:styleId="Heading4">
    <w:name w:val="heading 4"/>
    <w:basedOn w:val="Normal"/>
    <w:next w:val="Normal"/>
    <w:link w:val="Heading4Char"/>
    <w:uiPriority w:val="9"/>
    <w:semiHidden/>
    <w:unhideWhenUsed/>
    <w:qFormat/>
    <w:rsid w:val="00FC693F"/>
    <w:pPr>
      <w:keepNext/>
      <w:keepLines w:val="0"/>
      <w:widowControl/>
      <w:spacing w:before="220" w:after="100" w:line="330" w:lineRule="atLeast"/>
      <w:ind w:firstLine="0"/>
      <w:jc w:val="left"/>
      <w:outlineLvl w:val="3"/>
      <w:contextualSpacing w:val="0"/>
      <w:suppressAutoHyphens w:val="1"/>
      <w:kinsoku w:val="1"/>
      <w:wordWrap w:val="0"/>
      <w:overflowPunct w:val="0"/>
    </w:pPr>
    <w:rPr>
      <w:rFonts w:ascii="Noto Serif" w:hAnsi="Noto Serif" w:eastAsia="Noto Serif CJK SC" w:cs="Noto Serif"/>
      <w:b w:val="1"/>
      <w:bCs w:val="1"/>
      <w:i/>
      <w:iCs/>
      <w:color w:val="000000"/>
      <w:sz w:val="22"/>
      <w:szCs w:val="22"/>
      <w:lang w:val="vi-VN" w:eastAsia="zh-CN" w:bidi="vi-VN"/>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themeColor="accent1"/>
    </w:rPr>
  </w:style>
  <w:style w:type="paragraph" w:styleId="Title">
    <w:name w:val="Title"/>
    <w:basedOn w:val="Normal"/>
    <w:next w:val="Normal"/>
    <w:link w:val="TitleChar"/>
    <w:uiPriority w:val="10"/>
    <w:qFormat/>
    <w:rsid w:val="00FC693F"/>
    <w:pPr>
      <w:keepNext w:val="0"/>
      <w:keepLines w:val="0"/>
      <w:widowControl/>
      <w:spacing w:after="520" w:line="760" w:lineRule="atLeast" w:before="1400"/>
      <w:ind w:firstLine="0"/>
      <w:contextualSpacing w:val="0"/>
      <w:jc w:val="center"/>
      <w:suppressAutoHyphens w:val="1"/>
      <w:kinsoku w:val="1"/>
      <w:wordWrap w:val="0"/>
      <w:overflowPunct w:val="0"/>
    </w:pPr>
    <w:rPr>
      <w:rFonts w:ascii="Noto Serif" w:hAnsi="Noto Serif" w:eastAsia="Noto Serif CJK SC" w:cs="Noto Serif"/>
      <w:color w:val="000000"/>
      <w:kern w:val="28"/>
      <w:sz w:val="54"/>
      <w:szCs w:val="54"/>
      <w:b w:val="0"/>
      <w:bCs w:val="0"/>
      <w:lang w:val="vi-VN" w:eastAsia="zh-CN" w:bidi="vi-V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color w:val="000000"/>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color w:val="00000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000000" w:themeColor="accent1"/>
    </w:rPr>
  </w:style>
  <w:style w:type="character" w:styleId="SubtleEmphasis">
    <w:name w:val="Subtle Emphasis"/>
    <w:basedOn w:val="DefaultParagraphFont"/>
    <w:uiPriority w:val="19"/>
    <w:qFormat/>
    <w:rsid w:val="00FC693F"/>
    <w:rPr>
      <w:i/>
      <w:iCs/>
      <w:color w:val="000000" w:themeColor="text1" w:themeTint="7F"/>
    </w:rPr>
  </w:style>
  <w:style w:type="character" w:styleId="IntenseEmphasis">
    <w:name w:val="Intense Emphasis"/>
    <w:basedOn w:val="DefaultParagraphFont"/>
    <w:uiPriority w:val="21"/>
    <w:qFormat/>
    <w:rsid w:val="00FC693F"/>
    <w:rPr>
      <w:b/>
      <w:bCs/>
      <w:i/>
      <w:iCs/>
      <w:color w:val="000000" w:themeColor="accent1"/>
    </w:rPr>
  </w:style>
  <w:style w:type="character" w:styleId="SubtleReference">
    <w:name w:val="Subtle Reference"/>
    <w:basedOn w:val="DefaultParagraphFont"/>
    <w:uiPriority w:val="31"/>
    <w:qFormat/>
    <w:rsid w:val="00FC693F"/>
    <w:rPr>
      <w:smallCaps/>
      <w:color w:val="000000" w:themeColor="accent2"/>
      <w:u w:val="single"/>
    </w:rPr>
  </w:style>
  <w:style w:type="character" w:styleId="IntenseReference">
    <w:name w:val="Intense Reference"/>
    <w:basedOn w:val="DefaultParagraphFont"/>
    <w:uiPriority w:val="32"/>
    <w:qFormat/>
    <w:rsid w:val="00FC693F"/>
    <w:rPr>
      <w:b/>
      <w:bCs/>
      <w:smallCaps/>
      <w:color w:val="000000" w:themeColor="accent2"/>
      <w:spacing w:val="5"/>
      <w:u w:val="single"/>
    </w:rPr>
  </w:style>
  <w:style w:type="character" w:styleId="BookTitle">
    <w:name w:val="Book Title"/>
    <w:basedOn w:val="DefaultParagraphFont"/>
    <w:uiPriority w:val="33"/>
    <w:qFormat/>
    <w:rsid w:val="00FC693F"/>
    <w:rPr>
      <w:b/>
      <w:bCs/>
      <w:smallCaps/>
      <w:spacing w:val="5"/>
      <w:color w:val="000000"/>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First">
    <w:name w:val="Book First"/>
    <w:basedOn w:val="Normal"/>
    <w:pPr>
      <w:keepNext w:val="0"/>
      <w:keepLines w:val="0"/>
      <w:widowControl/>
      <w:spacing w:before="0" w:after="0" w:line="330" w:lineRule="atLeast"/>
      <w:ind w:firstLine="0"/>
      <w:jc w:val="both"/>
      <w:contextualSpacing w:val="0"/>
      <w:suppressAutoHyphens w:val="1"/>
      <w:kinsoku w:val="1"/>
      <w:wordWrap w:val="0"/>
      <w:overflowPunct w:val="0"/>
    </w:pPr>
    <w:rPr>
      <w:rFonts w:ascii="Noto Serif" w:hAnsi="Noto Serif" w:eastAsia="Noto Serif CJK SC" w:cs="Noto Serif"/>
      <w:color w:val="000000"/>
      <w:sz w:val="22"/>
      <w:szCs w:val="22"/>
      <w:b w:val="0"/>
      <w:bCs w:val="0"/>
      <w:lang w:val="vi-VN" w:eastAsia="zh-CN" w:bidi="vi-VN"/>
    </w:rPr>
  </w:style>
  <w:style w:type="paragraph" w:customStyle="1" w:styleId="BookAuthor">
    <w:name w:val="Book Author"/>
    <w:basedOn w:val="Normal"/>
    <w:pPr>
      <w:keepNext w:val="0"/>
      <w:keepLines w:val="0"/>
      <w:widowControl/>
      <w:spacing w:before="320" w:after="0" w:line="400" w:lineRule="atLeast"/>
      <w:ind w:firstLine="0"/>
      <w:jc w:val="center"/>
      <w:contextualSpacing w:val="0"/>
      <w:suppressAutoHyphens w:val="1"/>
      <w:kinsoku w:val="1"/>
      <w:wordWrap w:val="0"/>
      <w:overflowPunct w:val="0"/>
    </w:pPr>
    <w:rPr>
      <w:rFonts w:ascii="Noto Serif" w:hAnsi="Noto Serif" w:eastAsia="Noto Serif CJK SC" w:cs="Noto Serif"/>
      <w:color w:val="000000"/>
      <w:sz w:val="26"/>
      <w:szCs w:val="26"/>
      <w:b w:val="0"/>
      <w:bCs w:val="0"/>
      <w:lang w:val="vi-VN" w:eastAsia="zh-CN" w:bidi="vi-VN"/>
    </w:rPr>
  </w:style>
  <w:style w:type="paragraph" w:customStyle="1" w:styleId="BookSourceTitle">
    <w:name w:val="Book Source Title"/>
    <w:basedOn w:val="Normal"/>
    <w:pPr>
      <w:keepNext/>
      <w:keepLines w:val="0"/>
      <w:widowControl/>
      <w:spacing w:before="300" w:after="400" w:line="620" w:lineRule="atLeast"/>
      <w:ind w:firstLine="0"/>
      <w:jc w:val="center"/>
      <w:contextualSpacing w:val="0"/>
      <w:suppressAutoHyphens w:val="1"/>
      <w:kinsoku w:val="1"/>
      <w:wordWrap w:val="0"/>
      <w:overflowPunct w:val="0"/>
      <w:outlineLvl w:val="9"/>
    </w:pPr>
    <w:rPr>
      <w:rFonts w:ascii="Noto Serif" w:hAnsi="Noto Serif" w:eastAsia="Noto Serif CJK SC" w:cs="Noto Serif"/>
      <w:color w:val="000000"/>
      <w:sz w:val="44"/>
      <w:szCs w:val="44"/>
      <w:b w:val="1"/>
      <w:bCs w:val="1"/>
      <w:lang w:val="vi-VN" w:eastAsia="zh-CN" w:bidi="vi-VN"/>
    </w:rPr>
  </w:style>
  <w:style w:type="paragraph" w:customStyle="1" w:styleId="BookSubtitle">
    <w:name w:val="Book Subtitle"/>
    <w:basedOn w:val="Normal"/>
    <w:pPr>
      <w:keepNext/>
      <w:keepLines w:val="0"/>
      <w:widowControl/>
      <w:spacing w:before="60" w:after="240" w:line="420" w:lineRule="atLeast"/>
      <w:ind w:firstLine="0"/>
      <w:jc w:val="center"/>
      <w:contextualSpacing w:val="0"/>
      <w:suppressAutoHyphens w:val="1"/>
      <w:kinsoku w:val="1"/>
      <w:wordWrap w:val="0"/>
      <w:overflowPunct w:val="0"/>
      <w:outlineLvl w:val="9"/>
    </w:pPr>
    <w:rPr>
      <w:rFonts w:ascii="Noto Serif" w:hAnsi="Noto Serif" w:eastAsia="Noto Serif CJK SC" w:cs="Noto Serif"/>
      <w:color w:val="000000"/>
      <w:sz w:val="26"/>
      <w:szCs w:val="26"/>
      <w:b w:val="0"/>
      <w:bCs w:val="0"/>
      <w:lang w:val="vi-VN" w:eastAsia="zh-CN" w:bidi="vi-VN"/>
    </w:rPr>
  </w:style>
  <w:style w:type="paragraph" w:customStyle="1" w:styleId="BookContentsHeading">
    <w:name w:val="Book Contents Heading"/>
    <w:basedOn w:val="Normal"/>
    <w:pPr>
      <w:keepNext/>
      <w:keepLines w:val="0"/>
      <w:widowControl/>
      <w:spacing w:before="400" w:after="400" w:line="560" w:lineRule="atLeast"/>
      <w:ind w:firstLine="0"/>
      <w:jc w:val="center"/>
      <w:contextualSpacing w:val="0"/>
      <w:suppressAutoHyphens w:val="1"/>
      <w:kinsoku w:val="1"/>
      <w:wordWrap w:val="0"/>
      <w:overflowPunct w:val="0"/>
      <w:outlineLvl w:val="9"/>
    </w:pPr>
    <w:rPr>
      <w:rFonts w:ascii="Noto Serif" w:hAnsi="Noto Serif" w:eastAsia="Noto Serif CJK SC" w:cs="Noto Serif"/>
      <w:color w:val="000000"/>
      <w:sz w:val="36"/>
      <w:szCs w:val="36"/>
      <w:b w:val="1"/>
      <w:bCs w:val="1"/>
      <w:lang w:val="vi-VN" w:eastAsia="zh-CN" w:bidi="vi-VN"/>
    </w:rPr>
  </w:style>
  <w:style w:type="paragraph" w:customStyle="1" w:styleId="TOC1">
    <w:name w:val="TOC 1"/>
    <w:basedOn w:val="Normal"/>
    <w:pPr>
      <w:keepNext w:val="0"/>
      <w:keepLines/>
      <w:widowControl/>
      <w:spacing w:before="100" w:after="100" w:line="300" w:lineRule="atLeast"/>
      <w:ind w:firstLine="0" w:left="0" w:right="0"/>
      <w:jc w:val="left"/>
      <w:contextualSpacing w:val="0"/>
      <w:suppressAutoHyphens w:val="1"/>
      <w:kinsoku w:val="1"/>
      <w:wordWrap w:val="0"/>
      <w:overflowPunct w:val="0"/>
    </w:pPr>
    <w:rPr>
      <w:rFonts w:ascii="Noto Serif" w:hAnsi="Noto Serif" w:eastAsia="Noto Serif CJK SC" w:cs="Noto Serif"/>
      <w:color w:val="000000"/>
      <w:sz w:val="21"/>
      <w:szCs w:val="21"/>
      <w:b w:val="1"/>
      <w:bCs w:val="1"/>
      <w:lang w:val="vi-VN" w:eastAsia="zh-CN" w:bidi="vi-VN"/>
    </w:rPr>
  </w:style>
  <w:style w:type="paragraph" w:customStyle="1" w:styleId="TOC2">
    <w:name w:val="TOC 2"/>
    <w:basedOn w:val="Normal"/>
    <w:pPr>
      <w:keepNext w:val="0"/>
      <w:keepLines/>
      <w:widowControl/>
      <w:spacing w:before="0" w:after="100" w:line="300" w:lineRule="atLeast"/>
      <w:ind w:firstLine="0" w:left="200" w:right="0"/>
      <w:jc w:val="left"/>
      <w:contextualSpacing w:val="0"/>
      <w:suppressAutoHyphens w:val="1"/>
      <w:kinsoku w:val="1"/>
      <w:wordWrap w:val="0"/>
      <w:overflowPunct w:val="0"/>
    </w:pPr>
    <w:rPr>
      <w:rFonts w:ascii="Noto Serif" w:hAnsi="Noto Serif" w:eastAsia="Noto Serif CJK SC" w:cs="Noto Serif"/>
      <w:color w:val="000000"/>
      <w:sz w:val="21"/>
      <w:szCs w:val="21"/>
      <w:b w:val="0"/>
      <w:bCs w:val="0"/>
      <w:lang w:val="vi-VN" w:eastAsia="zh-CN" w:bidi="vi-VN"/>
    </w:rPr>
  </w:style>
  <w:style w:type="paragraph" w:customStyle="1" w:styleId="BookSourceContents">
    <w:name w:val="Book Source Contents"/>
    <w:basedOn w:val="Normal"/>
    <w:pPr>
      <w:keepNext w:val="0"/>
      <w:keepLines/>
      <w:widowControl/>
      <w:spacing w:before="0" w:after="120" w:line="330" w:lineRule="atLeast"/>
      <w:ind w:firstLine="0"/>
      <w:jc w:val="left"/>
      <w:contextualSpacing w:val="0"/>
      <w:suppressAutoHyphens w:val="1"/>
      <w:kinsoku w:val="1"/>
      <w:wordWrap w:val="0"/>
      <w:overflowPunct w:val="0"/>
    </w:pPr>
    <w:rPr>
      <w:rFonts w:ascii="Noto Serif" w:hAnsi="Noto Serif" w:eastAsia="Noto Serif CJK SC" w:cs="Noto Serif"/>
      <w:color w:val="000000"/>
      <w:sz w:val="22"/>
      <w:szCs w:val="22"/>
      <w:b w:val="0"/>
      <w:bCs w:val="0"/>
      <w:lang w:val="vi-VN" w:eastAsia="zh-CN" w:bidi="vi-VN"/>
    </w:rPr>
  </w:style>
  <w:style w:type="paragraph" w:customStyle="1" w:styleId="BookQuote">
    <w:name w:val="Book Quote"/>
    <w:basedOn w:val="Normal"/>
    <w:pPr>
      <w:keepNext w:val="0"/>
      <w:keepLines w:val="0"/>
      <w:widowControl/>
      <w:spacing w:before="100" w:after="100" w:line="330" w:lineRule="atLeast"/>
      <w:ind w:firstLine="0" w:left="280" w:right="280"/>
      <w:jc w:val="left"/>
      <w:contextualSpacing w:val="0"/>
      <w:suppressAutoHyphens w:val="1"/>
      <w:kinsoku w:val="1"/>
      <w:wordWrap w:val="0"/>
      <w:overflowPunct w:val="0"/>
    </w:pPr>
    <w:rPr>
      <w:rFonts w:ascii="Noto Serif" w:hAnsi="Noto Serif" w:eastAsia="Noto Serif CJK SC" w:cs="Noto Serif"/>
      <w:color w:val="000000"/>
      <w:sz w:val="22"/>
      <w:szCs w:val="22"/>
      <w:b w:val="0"/>
      <w:bCs w:val="0"/>
      <w:lang w:val="vi-VN" w:eastAsia="zh-CN" w:bidi="vi-VN"/>
    </w:rPr>
  </w:style>
  <w:style w:type="paragraph" w:customStyle="1" w:styleId="BookNote">
    <w:name w:val="Book Note"/>
    <w:basedOn w:val="Normal"/>
    <w:pPr>
      <w:keepNext w:val="0"/>
      <w:keepLines w:val="0"/>
      <w:widowControl/>
      <w:spacing w:before="0" w:after="140" w:line="300" w:lineRule="atLeast"/>
      <w:ind w:firstLine="0"/>
      <w:jc w:val="left"/>
      <w:contextualSpacing w:val="0"/>
      <w:suppressAutoHyphens w:val="1"/>
      <w:kinsoku w:val="1"/>
      <w:wordWrap w:val="0"/>
      <w:overflowPunct w:val="0"/>
    </w:pPr>
    <w:rPr>
      <w:rFonts w:ascii="Noto Serif" w:hAnsi="Noto Serif" w:eastAsia="Noto Serif CJK SC" w:cs="Noto Serif"/>
      <w:color w:val="000000"/>
      <w:sz w:val="20"/>
      <w:szCs w:val="20"/>
      <w:b w:val="0"/>
      <w:bCs w:val="0"/>
      <w:lang w:val="vi-VN" w:eastAsia="zh-CN" w:bidi="vi-VN"/>
    </w:rPr>
  </w:style>
  <w:style w:type="paragraph" w:customStyle="1" w:styleId="BookList">
    <w:name w:val="Book List"/>
    <w:basedOn w:val="Normal"/>
    <w:pPr>
      <w:keepNext w:val="0"/>
      <w:keepLines w:val="0"/>
      <w:widowControl/>
      <w:spacing w:before="0" w:after="100" w:line="330" w:lineRule="atLeast"/>
      <w:ind w:firstLine="0"/>
      <w:jc w:val="left"/>
      <w:contextualSpacing w:val="0"/>
      <w:suppressAutoHyphens w:val="1"/>
      <w:kinsoku w:val="1"/>
      <w:wordWrap w:val="0"/>
      <w:overflowPunct w:val="0"/>
    </w:pPr>
    <w:rPr>
      <w:rFonts w:ascii="Noto Serif" w:hAnsi="Noto Serif" w:eastAsia="Noto Serif CJK SC" w:cs="Noto Serif"/>
      <w:color w:val="000000"/>
      <w:sz w:val="22"/>
      <w:szCs w:val="22"/>
      <w:b w:val="0"/>
      <w:bCs w:val="0"/>
      <w:lang w:val="vi-VN" w:eastAsia="zh-CN" w:bidi="vi-VN"/>
    </w:rPr>
  </w:style>
  <w:style w:type="paragraph" w:customStyle="1" w:styleId="BookTable">
    <w:name w:val="Book Table"/>
    <w:basedOn w:val="Normal"/>
    <w:pPr>
      <w:keepNext w:val="0"/>
      <w:keepLines w:val="0"/>
      <w:widowControl/>
      <w:spacing w:before="0" w:after="60" w:line="290" w:lineRule="atLeast"/>
      <w:ind w:firstLine="0"/>
      <w:jc w:val="left"/>
      <w:contextualSpacing w:val="0"/>
      <w:suppressAutoHyphens w:val="1"/>
      <w:kinsoku w:val="1"/>
      <w:wordWrap w:val="0"/>
      <w:overflowPunct w:val="0"/>
    </w:pPr>
    <w:rPr>
      <w:rFonts w:ascii="Noto Serif" w:hAnsi="Noto Serif" w:eastAsia="Noto Serif CJK SC" w:cs="Noto Serif"/>
      <w:color w:val="000000"/>
      <w:sz w:val="20"/>
      <w:szCs w:val="20"/>
      <w:b w:val="0"/>
      <w:bCs w:val="0"/>
      <w:lang w:val="vi-VN" w:eastAsia="zh-CN" w:bidi="vi-VN"/>
    </w:rPr>
  </w:style>
  <w:style w:type="paragraph" w:customStyle="1" w:styleId="BookVerse">
    <w:name w:val="Book Verse"/>
    <w:basedOn w:val="Normal"/>
    <w:pPr>
      <w:keepNext w:val="0"/>
      <w:keepLines w:val="0"/>
      <w:widowControl/>
      <w:spacing w:before="0" w:after="40" w:line="330" w:lineRule="atLeast"/>
      <w:ind w:firstLine="0"/>
      <w:jc w:val="center"/>
      <w:contextualSpacing w:val="0"/>
      <w:suppressAutoHyphens w:val="1"/>
      <w:kinsoku w:val="1"/>
      <w:wordWrap w:val="0"/>
      <w:overflowPunct w:val="0"/>
    </w:pPr>
    <w:rPr>
      <w:rFonts w:ascii="Noto Serif" w:hAnsi="Noto Serif" w:eastAsia="Noto Serif CJK SC" w:cs="Noto Serif"/>
      <w:color w:val="000000"/>
      <w:sz w:val="22"/>
      <w:szCs w:val="22"/>
      <w:b w:val="0"/>
      <w:bCs w:val="0"/>
      <w:lang w:val="vi-VN" w:eastAsia="zh-CN" w:bidi="vi-VN"/>
    </w:rPr>
  </w:style>
  <w:style w:type="paragraph" w:customStyle="1" w:styleId="BookSmall">
    <w:name w:val="Book Small"/>
    <w:basedOn w:val="Normal"/>
    <w:pPr>
      <w:keepNext w:val="0"/>
      <w:keepLines w:val="0"/>
      <w:widowControl/>
      <w:spacing w:before="0" w:after="0" w:line="220" w:lineRule="atLeast"/>
      <w:ind w:firstLine="0"/>
      <w:jc w:val="center"/>
      <w:contextualSpacing w:val="0"/>
      <w:suppressAutoHyphens w:val="1"/>
      <w:kinsoku w:val="1"/>
      <w:wordWrap w:val="0"/>
      <w:overflowPunct w:val="0"/>
    </w:pPr>
    <w:rPr>
      <w:rFonts w:ascii="Noto Serif" w:hAnsi="Noto Serif" w:eastAsia="Noto Serif CJK SC" w:cs="Noto Serif"/>
      <w:color w:val="000000"/>
      <w:sz w:val="17"/>
      <w:szCs w:val="17"/>
      <w:b w:val="0"/>
      <w:bCs w:val="0"/>
      <w:lang w:val="vi-VN" w:eastAsia="zh-CN" w:bidi="vi-VN"/>
    </w:rPr>
  </w:style>
  <w:style w:type="paragraph" w:customStyle="1" w:styleId="BookBlank">
    <w:name w:val="Book Blank"/>
    <w:basedOn w:val="Normal"/>
    <w:pPr>
      <w:keepNext w:val="0"/>
      <w:keepLines w:val="0"/>
      <w:widowControl/>
      <w:spacing w:before="0" w:after="0" w:line="20" w:lineRule="atLeast"/>
      <w:ind w:firstLine="0"/>
      <w:jc w:val="left"/>
      <w:contextualSpacing w:val="0"/>
      <w:suppressAutoHyphens w:val="1"/>
      <w:kinsoku w:val="1"/>
      <w:wordWrap w:val="0"/>
      <w:overflowPunct w:val="0"/>
    </w:pPr>
    <w:rPr>
      <w:rFonts w:ascii="Noto Serif" w:hAnsi="Noto Serif" w:eastAsia="Noto Serif CJK SC" w:cs="Noto Serif"/>
      <w:color w:val="000000"/>
      <w:sz w:val="2"/>
      <w:szCs w:val="2"/>
      <w:b w:val="0"/>
      <w:bCs w:val="0"/>
      <w:lang w:val="vi-VN" w:eastAsia="zh-CN" w:bidi="vi-VN"/>
    </w:rPr>
  </w:style>
  <w:style w:type="paragraph" w:customStyle="1" w:styleId="BookPlateText">
    <w:name w:val="Book Plate Text"/>
    <w:basedOn w:val="Normal"/>
    <w:pPr>
      <w:keepNext w:val="0"/>
      <w:keepLines w:val="0"/>
      <w:widowControl/>
      <w:spacing w:before="0" w:after="100" w:line="284" w:lineRule="atLeast"/>
      <w:ind w:firstLine="0"/>
      <w:jc w:val="both"/>
      <w:contextualSpacing w:val="0"/>
      <w:suppressAutoHyphens w:val="1"/>
      <w:kinsoku w:val="1"/>
      <w:wordWrap w:val="0"/>
      <w:overflowPunct w:val="0"/>
    </w:pPr>
    <w:rPr>
      <w:rFonts w:ascii="Noto Serif" w:hAnsi="Noto Serif" w:eastAsia="Noto Serif CJK SC" w:cs="Noto Serif"/>
      <w:color w:val="000000"/>
      <w:sz w:val="20"/>
      <w:szCs w:val="20"/>
      <w:b w:val="0"/>
      <w:bCs w:val="0"/>
      <w:lang w:val="vi-VN" w:eastAsia="zh-CN" w:bidi="vi-VN"/>
    </w:rPr>
  </w:style>
  <w:style w:type="character" w:customStyle="1" w:styleId="GeneratedPageReference">
    <w:name w:val="GeneratedPageReference"/>
    <w:rPr>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
<Relationships xmlns="http://schemas.openxmlformats.org/package/2006/relationships"><Relationship Id="rIdEmbed1" Type="http://schemas.openxmlformats.org/officeDocument/2006/relationships/font" Target="fonts/font1.odttf"/><Relationship Id="rIdEmbed2" Type="http://schemas.openxmlformats.org/officeDocument/2006/relationships/font" Target="fonts/font2.odttf"/><Relationship Id="rIdEmbed3" Type="http://schemas.openxmlformats.org/officeDocument/2006/relationships/font" Target="fonts/font3.odttf"/><Relationship Id="rIdEmbed4" Type="http://schemas.openxmlformats.org/officeDocument/2006/relationships/font" Target="fonts/font4.odttf"/><Relationship Id="rIdEmbed5" Type="http://schemas.openxmlformats.org/officeDocument/2006/relationships/font" Target="fonts/font5.odttf"/><Relationship Id="rIdEmbed6" Type="http://schemas.openxmlformats.org/officeDocument/2006/relationships/font" Target="fonts/font6.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Phụ biểu tham khảo: Kỳ kiêng giữ thân và các điều thiên kỵ, địa kỵ, nhân kỵ</dc:title>
  <dc:subject/>
  <dc:creator/>
  <cp:keywords/>
  <dc:description/>
  <cp:lastModifiedBy/>
  <cp:revision>1</cp:revision>
  <dcterms:created xsi:type="dcterms:W3CDTF">2013-12-23T23:15:00Z</dcterms:created>
  <dcterms:modified xsi:type="dcterms:W3CDTF">2013-12-23T23:15:00Z</dcterms:modified>
  <cp:category/>
  <dc:language>vi-VN</dc:language>
</cp:coreProperties>
</file>